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Dictée de texte – CE2 (modèle vierge)</w:t>
      </w:r>
    </w:p>
    <w:p>
      <w:r>
        <w:t>École : ___________________________      Classe : CE2</w:t>
      </w:r>
    </w:p>
    <w:p>
      <w:r>
        <w:t>Prénom : __________________________      Date : ____ / ____ / ______</w:t>
      </w:r>
    </w:p>
    <w:p/>
    <w:p>
      <w:pPr>
        <w:jc w:val="center"/>
      </w:pPr>
      <w:r>
        <w:rPr>
          <w:b/>
        </w:rPr>
        <w:t>DICTÉE DE TEXTE</w:t>
      </w:r>
    </w:p>
    <w:p/>
    <w:p>
      <w:r>
        <w:t>Consigne : Écris le texte dicté avec soin. N’oublie pas les accents, les majuscules et la ponctuation.</w:t>
      </w:r>
    </w:p>
    <w:p/>
    <w:p>
      <w:r>
        <w:t>Titre de la dictée : __________________________________________</w:t>
      </w:r>
    </w:p>
    <w:p/>
    <w:p>
      <w:r>
        <w:t>Ligne 1 : ______________________________________________________</w:t>
      </w:r>
    </w:p>
    <w:p>
      <w:r>
        <w:t>Ligne 2 : ______________________________________________________</w:t>
      </w:r>
    </w:p>
    <w:p>
      <w:r>
        <w:t>Ligne 3 : ______________________________________________________</w:t>
      </w:r>
    </w:p>
    <w:p>
      <w:r>
        <w:t>Ligne 4 : ______________________________________________________</w:t>
      </w:r>
    </w:p>
    <w:p>
      <w:r>
        <w:t>Ligne 5 : ______________________________________________________</w:t>
      </w:r>
    </w:p>
    <w:p>
      <w:r>
        <w:t>Ligne 6 : ______________________________________________________</w:t>
      </w:r>
    </w:p>
    <w:p>
      <w:r>
        <w:t>Ligne 7 : ______________________________________________________</w:t>
      </w:r>
    </w:p>
    <w:p>
      <w:r>
        <w:t>Ligne 8 : ______________________________________________________</w:t>
      </w:r>
    </w:p>
    <w:p/>
    <w:p>
      <w:r>
        <w:t>Remarques du professeur :</w:t>
      </w:r>
    </w:p>
    <w:p>
      <w:r>
        <w:t>_______________________________________________________________</w:t>
      </w:r>
    </w:p>
    <w:p>
      <w:r>
        <w:t>_______________________________________________________________</w:t>
      </w:r>
    </w:p>
    <w:p/>
    <w:p>
      <w:r>
        <w:t>Signature des parents : _______________________________</w:t>
      </w:r>
    </w:p>
    <w:p>
      <w:r>
        <w:br w:type="page"/>
      </w:r>
    </w:p>
    <w:p>
      <w:pPr>
        <w:pStyle w:val="Heading2"/>
        <w:jc w:val="center"/>
      </w:pPr>
      <w:r>
        <w:t>Exemple – Dictée de texte (CE2)</w:t>
      </w:r>
    </w:p>
    <w:p>
      <w:r>
        <w:rPr>
          <w:b/>
        </w:rPr>
        <w:t>Titre : Une matinée à la campagne</w:t>
      </w:r>
    </w:p>
    <w:p>
      <w:r>
        <w:t>Ce matin, le soleil se lève doucement derrière les collines.</w:t>
      </w:r>
    </w:p>
    <w:p>
      <w:r>
        <w:t>Dans le jardin, les oiseaux chantent et les fleurs s’ouvrent.</w:t>
      </w:r>
    </w:p>
    <w:p>
      <w:r>
        <w:t>Je marche sur le petit chemin et j’écoute le bruit du vent.</w:t>
      </w:r>
    </w:p>
    <w:p>
      <w:r>
        <w:t>Au loin, les vaches broutent près de la rivière tranquille.</w:t>
      </w:r>
    </w:p>
    <w:p>
      <w:r>
        <w:t>Je respire l’air frais et je profite de cette belle journée.</w:t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i/>
        <w:sz w:val="16"/>
      </w:rPr>
      <w:t>Modèle de dictée CE2 –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