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Dictée de phrases – CE2 (modèle vierge)</w:t>
      </w:r>
    </w:p>
    <w:p>
      <w:r>
        <w:t>École : ___________________________      Classe : CE2</w:t>
      </w:r>
    </w:p>
    <w:p>
      <w:r>
        <w:t>Prénom : __________________________      Date : ____ / ____ / ______</w:t>
      </w:r>
    </w:p>
    <w:p/>
    <w:p>
      <w:pPr>
        <w:jc w:val="center"/>
      </w:pPr>
      <w:r>
        <w:rPr>
          <w:b/>
        </w:rPr>
        <w:t>DICTÉE DE PHRASES</w:t>
      </w:r>
    </w:p>
    <w:p/>
    <w:p>
      <w:r>
        <w:t>Consigne : Écris soigneusement chaque phrase dictée, en respectant les majuscules, la ponctuation et les accords.</w:t>
      </w:r>
    </w:p>
    <w:p/>
    <w:p>
      <w:r>
        <w:t>Phrase 1 :</w:t>
      </w:r>
    </w:p>
    <w:p>
      <w:r>
        <w:t>_______________________________________________________________</w:t>
      </w:r>
    </w:p>
    <w:p>
      <w:r>
        <w:t>_______________________________________________________________</w:t>
      </w:r>
    </w:p>
    <w:p>
      <w:r>
        <w:t>Phrase 2 :</w:t>
      </w:r>
    </w:p>
    <w:p>
      <w:r>
        <w:t>_______________________________________________________________</w:t>
      </w:r>
    </w:p>
    <w:p>
      <w:r>
        <w:t>_______________________________________________________________</w:t>
      </w:r>
    </w:p>
    <w:p>
      <w:r>
        <w:t>Phrase 3 :</w:t>
      </w:r>
    </w:p>
    <w:p>
      <w:r>
        <w:t>_______________________________________________________________</w:t>
      </w:r>
    </w:p>
    <w:p>
      <w:r>
        <w:t>_______________________________________________________________</w:t>
      </w:r>
    </w:p>
    <w:p>
      <w:r>
        <w:t>Phrase 4 :</w:t>
      </w:r>
    </w:p>
    <w:p>
      <w:r>
        <w:t>_______________________________________________________________</w:t>
      </w:r>
    </w:p>
    <w:p>
      <w:r>
        <w:t>_______________________________________________________________</w:t>
      </w:r>
    </w:p>
    <w:p>
      <w:r>
        <w:t>Phrase 5 :</w:t>
      </w:r>
    </w:p>
    <w:p>
      <w:r>
        <w:t>_______________________________________________________________</w:t>
      </w:r>
    </w:p>
    <w:p>
      <w:r>
        <w:t>_______________________________________________________________</w:t>
      </w:r>
    </w:p>
    <w:p/>
    <w:p>
      <w:r>
        <w:t>Signature des parents : _______________________________</w:t>
      </w:r>
    </w:p>
    <w:p>
      <w:r>
        <w:br w:type="page"/>
      </w:r>
    </w:p>
    <w:p>
      <w:pPr>
        <w:pStyle w:val="Heading2"/>
        <w:jc w:val="center"/>
      </w:pPr>
      <w:r>
        <w:t>Exemple – Dictée de phrases (CE2)</w:t>
      </w:r>
    </w:p>
    <w:p>
      <w:r>
        <w:t xml:space="preserve">Phrase 1 : </w:t>
      </w:r>
      <w:r>
        <w:rPr>
          <w:b/>
        </w:rPr>
        <w:t>Les enfants jouent dans la cour de l’école.</w:t>
      </w:r>
    </w:p>
    <w:p>
      <w:r>
        <w:t xml:space="preserve">Phrase 2 : </w:t>
      </w:r>
      <w:r>
        <w:rPr>
          <w:b/>
        </w:rPr>
        <w:t>Ma petite sœur range ses jouets dans le grand coffre.</w:t>
      </w:r>
    </w:p>
    <w:p>
      <w:r>
        <w:t xml:space="preserve">Phrase 3 : </w:t>
      </w:r>
      <w:r>
        <w:rPr>
          <w:b/>
        </w:rPr>
        <w:t>Ce matin, le maître explique une nouvelle leçon de grammaire.</w:t>
      </w:r>
    </w:p>
    <w:p>
      <w:r>
        <w:t xml:space="preserve">Phrase 4 : </w:t>
      </w:r>
      <w:r>
        <w:rPr>
          <w:b/>
        </w:rPr>
        <w:t>Les oiseaux chantent près de la fenêtre de la classe.</w:t>
      </w:r>
    </w:p>
    <w:p>
      <w:r>
        <w:t xml:space="preserve">Phrase 5 : </w:t>
      </w:r>
      <w:r>
        <w:rPr>
          <w:b/>
        </w:rPr>
        <w:t>Nous écrivons la dictée tranquillement dans nos cahiers.</w:t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i/>
        <w:sz w:val="16"/>
      </w:rPr>
      <w:t>Modèle de dictée CE2 –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