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2F5496"/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40 phrases de politesse en français – Version couleur</w:t>
            </w:r>
          </w:p>
        </w:tc>
      </w:tr>
    </w:tbl>
    <w:p/>
    <w:p>
      <w:pPr>
        <w:jc w:val="center"/>
      </w:pPr>
      <w:r>
        <w:rPr>
          <w:i/>
          <w:color w:val="4F81BD"/>
          <w:sz w:val="22"/>
        </w:rPr>
        <w:t>Feuille prête à imprimer pour vos courriers, e-mails et documents administratifs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E2EFDA"/>
          </w:tcPr>
          <w:p>
            <w:r>
              <w:rPr>
                <w:b/>
                <w:sz w:val="22"/>
              </w:rPr>
              <w:t xml:space="preserve">Astuce d’utilisation : </w:t>
            </w:r>
            <w:r>
              <w:rPr>
                <w:sz w:val="22"/>
              </w:rPr>
              <w:t>imprimez cette page, glissez-la dans votre dossier ou affichez-la près de votre poste de travail pour choisir rapidement la formule adaptée au ton de votre message.</w:t>
            </w:r>
          </w:p>
        </w:tc>
      </w:tr>
    </w:tbl>
    <w:p/>
    <w:p>
      <w:r>
        <w:rPr>
          <w:b/>
          <w:color w:val="2F5496"/>
          <w:sz w:val="24"/>
        </w:rPr>
        <w:t>Formules très formelles (courriers officiels)</w:t>
      </w:r>
    </w:p>
    <w:tbl>
      <w:tblPr>
        <w:tblStyle w:val="LightShading-Accent1"/>
        <w:tblW w:type="auto" w:w="0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</w:tcPr>
          <w:p>
            <w:r>
              <w:rPr>
                <w:b/>
              </w:rPr>
              <w:t>N°</w:t>
            </w:r>
          </w:p>
        </w:tc>
        <w:tc>
          <w:tcPr>
            <w:tcW w:type="dxa" w:w="4819"/>
          </w:tcPr>
          <w:p>
            <w:r>
              <w:rPr>
                <w:b/>
              </w:rPr>
              <w:t>Formule</w:t>
            </w:r>
          </w:p>
        </w:tc>
      </w:tr>
      <w:tr>
        <w:tc>
          <w:tcPr>
            <w:tcW w:type="dxa" w:w="4819"/>
          </w:tcPr>
          <w:p>
            <w:r>
              <w:t>1</w:t>
            </w:r>
          </w:p>
        </w:tc>
        <w:tc>
          <w:tcPr>
            <w:tcW w:type="dxa" w:w="4819"/>
          </w:tcPr>
          <w:p>
            <w:r>
              <w:t>Je vous prie d’agréer, Madame, Monsieur, l’expression de mes salutations distinguées.</w:t>
            </w:r>
          </w:p>
        </w:tc>
      </w:tr>
      <w:tr>
        <w:tc>
          <w:tcPr>
            <w:tcW w:type="dxa" w:w="4819"/>
          </w:tcPr>
          <w:p>
            <w:r>
              <w:t>2</w:t>
            </w:r>
          </w:p>
        </w:tc>
        <w:tc>
          <w:tcPr>
            <w:tcW w:type="dxa" w:w="4819"/>
          </w:tcPr>
          <w:p>
            <w:r>
              <w:t>Veuillez recevoir, Madame, Monsieur, l’assurance de ma considération respectueuse.</w:t>
            </w:r>
          </w:p>
        </w:tc>
      </w:tr>
      <w:tr>
        <w:tc>
          <w:tcPr>
            <w:tcW w:type="dxa" w:w="4819"/>
          </w:tcPr>
          <w:p>
            <w:r>
              <w:t>3</w:t>
            </w:r>
          </w:p>
        </w:tc>
        <w:tc>
          <w:tcPr>
            <w:tcW w:type="dxa" w:w="4819"/>
          </w:tcPr>
          <w:p>
            <w:r>
              <w:t>Je vous remercie par avance de l’attention que vous porterez à ma demande.</w:t>
            </w:r>
          </w:p>
        </w:tc>
      </w:tr>
      <w:tr>
        <w:tc>
          <w:tcPr>
            <w:tcW w:type="dxa" w:w="4819"/>
          </w:tcPr>
          <w:p>
            <w:r>
              <w:t>4</w:t>
            </w:r>
          </w:p>
        </w:tc>
        <w:tc>
          <w:tcPr>
            <w:tcW w:type="dxa" w:w="4819"/>
          </w:tcPr>
          <w:p>
            <w:r>
              <w:t>Je reste bien entendu à votre disposition pour tout complément d’information.</w:t>
            </w:r>
          </w:p>
        </w:tc>
      </w:tr>
      <w:tr>
        <w:tc>
          <w:tcPr>
            <w:tcW w:type="dxa" w:w="4819"/>
          </w:tcPr>
          <w:p>
            <w:r>
              <w:t>5</w:t>
            </w:r>
          </w:p>
        </w:tc>
        <w:tc>
          <w:tcPr>
            <w:tcW w:type="dxa" w:w="4819"/>
          </w:tcPr>
          <w:p>
            <w:r>
              <w:t>Je vous remercie sincèrement pour le temps que vous m’avez consacré.</w:t>
            </w:r>
          </w:p>
        </w:tc>
      </w:tr>
      <w:tr>
        <w:tc>
          <w:tcPr>
            <w:tcW w:type="dxa" w:w="4819"/>
          </w:tcPr>
          <w:p>
            <w:r>
              <w:t>6</w:t>
            </w:r>
          </w:p>
        </w:tc>
        <w:tc>
          <w:tcPr>
            <w:tcW w:type="dxa" w:w="4819"/>
          </w:tcPr>
          <w:p>
            <w:r>
              <w:t>Dans l’attente de votre retour, je vous adresse mes salutations les plus cordiales.</w:t>
            </w:r>
          </w:p>
        </w:tc>
      </w:tr>
      <w:tr>
        <w:tc>
          <w:tcPr>
            <w:tcW w:type="dxa" w:w="4819"/>
          </w:tcPr>
          <w:p>
            <w:r>
              <w:t>7</w:t>
            </w:r>
          </w:p>
        </w:tc>
        <w:tc>
          <w:tcPr>
            <w:tcW w:type="dxa" w:w="4819"/>
          </w:tcPr>
          <w:p>
            <w:r>
              <w:t>Je vous prie de bien vouloir accepter mes excuses pour ce désagrément.</w:t>
            </w:r>
          </w:p>
        </w:tc>
      </w:tr>
      <w:tr>
        <w:tc>
          <w:tcPr>
            <w:tcW w:type="dxa" w:w="4819"/>
          </w:tcPr>
          <w:p>
            <w:r>
              <w:t>8</w:t>
            </w:r>
          </w:p>
        </w:tc>
        <w:tc>
          <w:tcPr>
            <w:tcW w:type="dxa" w:w="4819"/>
          </w:tcPr>
          <w:p>
            <w:r>
              <w:t>Je vous remercie de votre compréhension et de votre patience.</w:t>
            </w:r>
          </w:p>
        </w:tc>
      </w:tr>
      <w:tr>
        <w:tc>
          <w:tcPr>
            <w:tcW w:type="dxa" w:w="4819"/>
          </w:tcPr>
          <w:p>
            <w:r>
              <w:t>9</w:t>
            </w:r>
          </w:p>
        </w:tc>
        <w:tc>
          <w:tcPr>
            <w:tcW w:type="dxa" w:w="4819"/>
          </w:tcPr>
          <w:p>
            <w:r>
              <w:t>En vous remerciant de votre confiance, je vous adresse mes salutations distinguées.</w:t>
            </w:r>
          </w:p>
        </w:tc>
      </w:tr>
      <w:tr>
        <w:tc>
          <w:tcPr>
            <w:tcW w:type="dxa" w:w="4819"/>
          </w:tcPr>
          <w:p>
            <w:r>
              <w:t>10</w:t>
            </w:r>
          </w:p>
        </w:tc>
        <w:tc>
          <w:tcPr>
            <w:tcW w:type="dxa" w:w="4819"/>
          </w:tcPr>
          <w:p>
            <w:r>
              <w:t>Je vous saurais gré de bien vouloir me confirmer la bonne réception de ce message.</w:t>
            </w:r>
          </w:p>
        </w:tc>
      </w:tr>
    </w:tbl>
    <w:p/>
    <w:p>
      <w:r>
        <w:rPr>
          <w:b/>
          <w:color w:val="2F5496"/>
          <w:sz w:val="24"/>
        </w:rPr>
        <w:t>Formules professionnelles courantes</w:t>
      </w:r>
    </w:p>
    <w:tbl>
      <w:tblPr>
        <w:tblStyle w:val="LightShading-Accent1"/>
        <w:tblW w:type="auto" w:w="0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</w:tcPr>
          <w:p>
            <w:r>
              <w:rPr>
                <w:b/>
              </w:rPr>
              <w:t>N°</w:t>
            </w:r>
          </w:p>
        </w:tc>
        <w:tc>
          <w:tcPr>
            <w:tcW w:type="dxa" w:w="4819"/>
          </w:tcPr>
          <w:p>
            <w:r>
              <w:rPr>
                <w:b/>
              </w:rPr>
              <w:t>Formule</w:t>
            </w:r>
          </w:p>
        </w:tc>
      </w:tr>
      <w:tr>
        <w:tc>
          <w:tcPr>
            <w:tcW w:type="dxa" w:w="4819"/>
          </w:tcPr>
          <w:p>
            <w:r>
              <w:t>11</w:t>
            </w:r>
          </w:p>
        </w:tc>
        <w:tc>
          <w:tcPr>
            <w:tcW w:type="dxa" w:w="4819"/>
          </w:tcPr>
          <w:p>
            <w:r>
              <w:t>Je tiens à vous exprimer toute ma gratitude pour votre aide précieuse.</w:t>
            </w:r>
          </w:p>
        </w:tc>
      </w:tr>
      <w:tr>
        <w:tc>
          <w:tcPr>
            <w:tcW w:type="dxa" w:w="4819"/>
          </w:tcPr>
          <w:p>
            <w:r>
              <w:t>12</w:t>
            </w:r>
          </w:p>
        </w:tc>
        <w:tc>
          <w:tcPr>
            <w:tcW w:type="dxa" w:w="4819"/>
          </w:tcPr>
          <w:p>
            <w:r>
              <w:t>Veuillez agréer, Madame, Monsieur, l’expression de mes meilleurs sentiments.</w:t>
            </w:r>
          </w:p>
        </w:tc>
      </w:tr>
      <w:tr>
        <w:tc>
          <w:tcPr>
            <w:tcW w:type="dxa" w:w="4819"/>
          </w:tcPr>
          <w:p>
            <w:r>
              <w:t>13</w:t>
            </w:r>
          </w:p>
        </w:tc>
        <w:tc>
          <w:tcPr>
            <w:tcW w:type="dxa" w:w="4819"/>
          </w:tcPr>
          <w:p>
            <w:r>
              <w:t>Je vous remercie chaleureusement pour votre disponibilité et votre écoute.</w:t>
            </w:r>
          </w:p>
        </w:tc>
      </w:tr>
      <w:tr>
        <w:tc>
          <w:tcPr>
            <w:tcW w:type="dxa" w:w="4819"/>
          </w:tcPr>
          <w:p>
            <w:r>
              <w:t>14</w:t>
            </w:r>
          </w:p>
        </w:tc>
        <w:tc>
          <w:tcPr>
            <w:tcW w:type="dxa" w:w="4819"/>
          </w:tcPr>
          <w:p>
            <w:r>
              <w:t>Dans l’attente de votre réponse, je vous adresse mes salutations respectueuses.</w:t>
            </w:r>
          </w:p>
        </w:tc>
      </w:tr>
      <w:tr>
        <w:tc>
          <w:tcPr>
            <w:tcW w:type="dxa" w:w="4819"/>
          </w:tcPr>
          <w:p>
            <w:r>
              <w:t>15</w:t>
            </w:r>
          </w:p>
        </w:tc>
        <w:tc>
          <w:tcPr>
            <w:tcW w:type="dxa" w:w="4819"/>
          </w:tcPr>
          <w:p>
            <w:r>
              <w:t>Je vous remercie vivement pour la qualité de nos échanges.</w:t>
            </w:r>
          </w:p>
        </w:tc>
      </w:tr>
      <w:tr>
        <w:tc>
          <w:tcPr>
            <w:tcW w:type="dxa" w:w="4819"/>
          </w:tcPr>
          <w:p>
            <w:r>
              <w:t>16</w:t>
            </w:r>
          </w:p>
        </w:tc>
        <w:tc>
          <w:tcPr>
            <w:tcW w:type="dxa" w:w="4819"/>
          </w:tcPr>
          <w:p>
            <w:r>
              <w:t>En vous remerciant de l’intérêt porté à mon dossier, je vous prie d’agréer mes salutations distinguées.</w:t>
            </w:r>
          </w:p>
        </w:tc>
      </w:tr>
      <w:tr>
        <w:tc>
          <w:tcPr>
            <w:tcW w:type="dxa" w:w="4819"/>
          </w:tcPr>
          <w:p>
            <w:r>
              <w:t>17</w:t>
            </w:r>
          </w:p>
        </w:tc>
        <w:tc>
          <w:tcPr>
            <w:tcW w:type="dxa" w:w="4819"/>
          </w:tcPr>
          <w:p>
            <w:r>
              <w:t>Je vous suis reconnaissant(e) pour le suivi attentif que vous accordez à cette demande.</w:t>
            </w:r>
          </w:p>
        </w:tc>
      </w:tr>
      <w:tr>
        <w:tc>
          <w:tcPr>
            <w:tcW w:type="dxa" w:w="4819"/>
          </w:tcPr>
          <w:p>
            <w:r>
              <w:t>18</w:t>
            </w:r>
          </w:p>
        </w:tc>
        <w:tc>
          <w:tcPr>
            <w:tcW w:type="dxa" w:w="4819"/>
          </w:tcPr>
          <w:p>
            <w:r>
              <w:t>Veuillez bien vouloir excuser ce contretemps indépendant de ma volonté.</w:t>
            </w:r>
          </w:p>
        </w:tc>
      </w:tr>
      <w:tr>
        <w:tc>
          <w:tcPr>
            <w:tcW w:type="dxa" w:w="4819"/>
          </w:tcPr>
          <w:p>
            <w:r>
              <w:t>19</w:t>
            </w:r>
          </w:p>
        </w:tc>
        <w:tc>
          <w:tcPr>
            <w:tcW w:type="dxa" w:w="4819"/>
          </w:tcPr>
          <w:p>
            <w:r>
              <w:t>Je vous remercie pour votre retour rapide et votre efficacité.</w:t>
            </w:r>
          </w:p>
        </w:tc>
      </w:tr>
      <w:tr>
        <w:tc>
          <w:tcPr>
            <w:tcW w:type="dxa" w:w="4819"/>
          </w:tcPr>
          <w:p>
            <w:r>
              <w:t>20</w:t>
            </w:r>
          </w:p>
        </w:tc>
        <w:tc>
          <w:tcPr>
            <w:tcW w:type="dxa" w:w="4819"/>
          </w:tcPr>
          <w:p>
            <w:r>
              <w:t>Je reste à votre entière disposition pour tout renseignement complémentaire.</w:t>
            </w:r>
          </w:p>
        </w:tc>
      </w:tr>
    </w:tbl>
    <w:p/>
    <w:p>
      <w:r>
        <w:rPr>
          <w:b/>
          <w:color w:val="2F5496"/>
          <w:sz w:val="24"/>
        </w:rPr>
        <w:t>Remerciements et disponibilité</w:t>
      </w:r>
    </w:p>
    <w:tbl>
      <w:tblPr>
        <w:tblStyle w:val="LightShading-Accent1"/>
        <w:tblW w:type="auto" w:w="0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</w:tcPr>
          <w:p>
            <w:r>
              <w:rPr>
                <w:b/>
              </w:rPr>
              <w:t>N°</w:t>
            </w:r>
          </w:p>
        </w:tc>
        <w:tc>
          <w:tcPr>
            <w:tcW w:type="dxa" w:w="4819"/>
          </w:tcPr>
          <w:p>
            <w:r>
              <w:rPr>
                <w:b/>
              </w:rPr>
              <w:t>Formule</w:t>
            </w:r>
          </w:p>
        </w:tc>
      </w:tr>
      <w:tr>
        <w:tc>
          <w:tcPr>
            <w:tcW w:type="dxa" w:w="4819"/>
          </w:tcPr>
          <w:p>
            <w:r>
              <w:t>21</w:t>
            </w:r>
          </w:p>
        </w:tc>
        <w:tc>
          <w:tcPr>
            <w:tcW w:type="dxa" w:w="4819"/>
          </w:tcPr>
          <w:p>
            <w:r>
              <w:t>Je vous remercie par avance de votre collaboration.</w:t>
            </w:r>
          </w:p>
        </w:tc>
      </w:tr>
      <w:tr>
        <w:tc>
          <w:tcPr>
            <w:tcW w:type="dxa" w:w="4819"/>
          </w:tcPr>
          <w:p>
            <w:r>
              <w:t>22</w:t>
            </w:r>
          </w:p>
        </w:tc>
        <w:tc>
          <w:tcPr>
            <w:tcW w:type="dxa" w:w="4819"/>
          </w:tcPr>
          <w:p>
            <w:r>
              <w:t>Je vous adresse mes sincères remerciements pour votre soutien.</w:t>
            </w:r>
          </w:p>
        </w:tc>
      </w:tr>
      <w:tr>
        <w:tc>
          <w:tcPr>
            <w:tcW w:type="dxa" w:w="4819"/>
          </w:tcPr>
          <w:p>
            <w:r>
              <w:t>23</w:t>
            </w:r>
          </w:p>
        </w:tc>
        <w:tc>
          <w:tcPr>
            <w:tcW w:type="dxa" w:w="4819"/>
          </w:tcPr>
          <w:p>
            <w:r>
              <w:t>Je vous remercie de l’attention bienveillante que vous portez à cette situation.</w:t>
            </w:r>
          </w:p>
        </w:tc>
      </w:tr>
      <w:tr>
        <w:tc>
          <w:tcPr>
            <w:tcW w:type="dxa" w:w="4819"/>
          </w:tcPr>
          <w:p>
            <w:r>
              <w:t>24</w:t>
            </w:r>
          </w:p>
        </w:tc>
        <w:tc>
          <w:tcPr>
            <w:tcW w:type="dxa" w:w="4819"/>
          </w:tcPr>
          <w:p>
            <w:r>
              <w:t>Avec mes remerciements renouvelés, je vous adresse mes salutations les plus respectueuses.</w:t>
            </w:r>
          </w:p>
        </w:tc>
      </w:tr>
      <w:tr>
        <w:tc>
          <w:tcPr>
            <w:tcW w:type="dxa" w:w="4819"/>
          </w:tcPr>
          <w:p>
            <w:r>
              <w:t>25</w:t>
            </w:r>
          </w:p>
        </w:tc>
        <w:tc>
          <w:tcPr>
            <w:tcW w:type="dxa" w:w="4819"/>
          </w:tcPr>
          <w:p>
            <w:r>
              <w:t>Je vous prie d’agréer, Madame, Monsieur, l’expression de ma haute considération.</w:t>
            </w:r>
          </w:p>
        </w:tc>
      </w:tr>
      <w:tr>
        <w:tc>
          <w:tcPr>
            <w:tcW w:type="dxa" w:w="4819"/>
          </w:tcPr>
          <w:p>
            <w:r>
              <w:t>26</w:t>
            </w:r>
          </w:p>
        </w:tc>
        <w:tc>
          <w:tcPr>
            <w:tcW w:type="dxa" w:w="4819"/>
          </w:tcPr>
          <w:p>
            <w:r>
              <w:t>En espérant que ma demande retiendra votre attention, je vous adresse mes salutations distinguées.</w:t>
            </w:r>
          </w:p>
        </w:tc>
      </w:tr>
      <w:tr>
        <w:tc>
          <w:tcPr>
            <w:tcW w:type="dxa" w:w="4819"/>
          </w:tcPr>
          <w:p>
            <w:r>
              <w:t>27</w:t>
            </w:r>
          </w:p>
        </w:tc>
        <w:tc>
          <w:tcPr>
            <w:tcW w:type="dxa" w:w="4819"/>
          </w:tcPr>
          <w:p>
            <w:r>
              <w:t>Je vous remercie de bien vouloir me tenir informé(e) de la suite donnée à ce courrier.</w:t>
            </w:r>
          </w:p>
        </w:tc>
      </w:tr>
      <w:tr>
        <w:tc>
          <w:tcPr>
            <w:tcW w:type="dxa" w:w="4819"/>
          </w:tcPr>
          <w:p>
            <w:r>
              <w:t>28</w:t>
            </w:r>
          </w:p>
        </w:tc>
        <w:tc>
          <w:tcPr>
            <w:tcW w:type="dxa" w:w="4819"/>
          </w:tcPr>
          <w:p>
            <w:r>
              <w:t>Je vous remercie pour la confiance que vous m’accordez.</w:t>
            </w:r>
          </w:p>
        </w:tc>
      </w:tr>
      <w:tr>
        <w:tc>
          <w:tcPr>
            <w:tcW w:type="dxa" w:w="4819"/>
          </w:tcPr>
          <w:p>
            <w:r>
              <w:t>29</w:t>
            </w:r>
          </w:p>
        </w:tc>
        <w:tc>
          <w:tcPr>
            <w:tcW w:type="dxa" w:w="4819"/>
          </w:tcPr>
          <w:p>
            <w:r>
              <w:t>Je vous remercie d’avance pour votre aide et votre disponibilité.</w:t>
            </w:r>
          </w:p>
        </w:tc>
      </w:tr>
      <w:tr>
        <w:tc>
          <w:tcPr>
            <w:tcW w:type="dxa" w:w="4819"/>
          </w:tcPr>
          <w:p>
            <w:r>
              <w:t>30</w:t>
            </w:r>
          </w:p>
        </w:tc>
        <w:tc>
          <w:tcPr>
            <w:tcW w:type="dxa" w:w="4819"/>
          </w:tcPr>
          <w:p>
            <w:r>
              <w:t>Je reste à votre disposition pour convenir d’un rendez-vous à votre meilleure convenance.</w:t>
            </w:r>
          </w:p>
        </w:tc>
      </w:tr>
    </w:tbl>
    <w:p/>
    <w:p>
      <w:r>
        <w:rPr>
          <w:b/>
          <w:color w:val="2F5496"/>
          <w:sz w:val="24"/>
        </w:rPr>
        <w:t>Excuses, compréhension et collaboration</w:t>
      </w:r>
    </w:p>
    <w:tbl>
      <w:tblPr>
        <w:tblStyle w:val="LightShading-Accent1"/>
        <w:tblW w:type="auto" w:w="0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</w:tcPr>
          <w:p>
            <w:r>
              <w:rPr>
                <w:b/>
              </w:rPr>
              <w:t>N°</w:t>
            </w:r>
          </w:p>
        </w:tc>
        <w:tc>
          <w:tcPr>
            <w:tcW w:type="dxa" w:w="4819"/>
          </w:tcPr>
          <w:p>
            <w:r>
              <w:rPr>
                <w:b/>
              </w:rPr>
              <w:t>Formule</w:t>
            </w:r>
          </w:p>
        </w:tc>
      </w:tr>
      <w:tr>
        <w:tc>
          <w:tcPr>
            <w:tcW w:type="dxa" w:w="4819"/>
          </w:tcPr>
          <w:p>
            <w:r>
              <w:t>31</w:t>
            </w:r>
          </w:p>
        </w:tc>
        <w:tc>
          <w:tcPr>
            <w:tcW w:type="dxa" w:w="4819"/>
          </w:tcPr>
          <w:p>
            <w:r>
              <w:t>Je vous remercie d’avoir pris le temps de lire ce message avec attention.</w:t>
            </w:r>
          </w:p>
        </w:tc>
      </w:tr>
      <w:tr>
        <w:tc>
          <w:tcPr>
            <w:tcW w:type="dxa" w:w="4819"/>
          </w:tcPr>
          <w:p>
            <w:r>
              <w:t>32</w:t>
            </w:r>
          </w:p>
        </w:tc>
        <w:tc>
          <w:tcPr>
            <w:tcW w:type="dxa" w:w="4819"/>
          </w:tcPr>
          <w:p>
            <w:r>
              <w:t>Veuillez recevoir l’expression de ma sincère reconnaissance.</w:t>
            </w:r>
          </w:p>
        </w:tc>
      </w:tr>
      <w:tr>
        <w:tc>
          <w:tcPr>
            <w:tcW w:type="dxa" w:w="4819"/>
          </w:tcPr>
          <w:p>
            <w:r>
              <w:t>33</w:t>
            </w:r>
          </w:p>
        </w:tc>
        <w:tc>
          <w:tcPr>
            <w:tcW w:type="dxa" w:w="4819"/>
          </w:tcPr>
          <w:p>
            <w:r>
              <w:t>Je vous remercie de l’intérêt que vous portez à notre collaboration.</w:t>
            </w:r>
          </w:p>
        </w:tc>
      </w:tr>
      <w:tr>
        <w:tc>
          <w:tcPr>
            <w:tcW w:type="dxa" w:w="4819"/>
          </w:tcPr>
          <w:p>
            <w:r>
              <w:t>34</w:t>
            </w:r>
          </w:p>
        </w:tc>
        <w:tc>
          <w:tcPr>
            <w:tcW w:type="dxa" w:w="4819"/>
          </w:tcPr>
          <w:p>
            <w:r>
              <w:t>En vous remerciant de votre retour, je vous adresse mes salutations cordiales.</w:t>
            </w:r>
          </w:p>
        </w:tc>
      </w:tr>
      <w:tr>
        <w:tc>
          <w:tcPr>
            <w:tcW w:type="dxa" w:w="4819"/>
          </w:tcPr>
          <w:p>
            <w:r>
              <w:t>35</w:t>
            </w:r>
          </w:p>
        </w:tc>
        <w:tc>
          <w:tcPr>
            <w:tcW w:type="dxa" w:w="4819"/>
          </w:tcPr>
          <w:p>
            <w:r>
              <w:t>Je vous présente mes excuses pour la gêne occasionnée.</w:t>
            </w:r>
          </w:p>
        </w:tc>
      </w:tr>
      <w:tr>
        <w:tc>
          <w:tcPr>
            <w:tcW w:type="dxa" w:w="4819"/>
          </w:tcPr>
          <w:p>
            <w:r>
              <w:t>36</w:t>
            </w:r>
          </w:p>
        </w:tc>
        <w:tc>
          <w:tcPr>
            <w:tcW w:type="dxa" w:w="4819"/>
          </w:tcPr>
          <w:p>
            <w:r>
              <w:t>Je vous remercie pour votre accueil et votre professionnalisme.</w:t>
            </w:r>
          </w:p>
        </w:tc>
      </w:tr>
      <w:tr>
        <w:tc>
          <w:tcPr>
            <w:tcW w:type="dxa" w:w="4819"/>
          </w:tcPr>
          <w:p>
            <w:r>
              <w:t>37</w:t>
            </w:r>
          </w:p>
        </w:tc>
        <w:tc>
          <w:tcPr>
            <w:tcW w:type="dxa" w:w="4819"/>
          </w:tcPr>
          <w:p>
            <w:r>
              <w:t>Je reste joignable pour toute précision complémentaire.</w:t>
            </w:r>
          </w:p>
        </w:tc>
      </w:tr>
      <w:tr>
        <w:tc>
          <w:tcPr>
            <w:tcW w:type="dxa" w:w="4819"/>
          </w:tcPr>
          <w:p>
            <w:r>
              <w:t>38</w:t>
            </w:r>
          </w:p>
        </w:tc>
        <w:tc>
          <w:tcPr>
            <w:tcW w:type="dxa" w:w="4819"/>
          </w:tcPr>
          <w:p>
            <w:r>
              <w:t>Je vous remercie d’avance pour votre retour, que j’attends avec intérêt.</w:t>
            </w:r>
          </w:p>
        </w:tc>
      </w:tr>
      <w:tr>
        <w:tc>
          <w:tcPr>
            <w:tcW w:type="dxa" w:w="4819"/>
          </w:tcPr>
          <w:p>
            <w:r>
              <w:t>39</w:t>
            </w:r>
          </w:p>
        </w:tc>
        <w:tc>
          <w:tcPr>
            <w:tcW w:type="dxa" w:w="4819"/>
          </w:tcPr>
          <w:p>
            <w:r>
              <w:t>Avec tous mes remerciements, je vous prie d’agréer l’expression de mes salutations distinguées.</w:t>
            </w:r>
          </w:p>
        </w:tc>
      </w:tr>
      <w:tr>
        <w:tc>
          <w:tcPr>
            <w:tcW w:type="dxa" w:w="4819"/>
          </w:tcPr>
          <w:p>
            <w:r>
              <w:t>40</w:t>
            </w:r>
          </w:p>
        </w:tc>
        <w:tc>
          <w:tcPr>
            <w:tcW w:type="dxa" w:w="4819"/>
          </w:tcPr>
          <w:p>
            <w:r>
              <w:t>Je vous adresse, Madame, Monsieur, mes salutations respectueuses.</w:t>
            </w:r>
          </w:p>
        </w:tc>
      </w:tr>
    </w:tbl>
    <w:p/>
    <w:sectPr w:rsidR="00FC693F" w:rsidRPr="0006063C" w:rsidSect="00034616">
      <w:footerReference w:type="default" r:id="rId9"/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40 phrases de politesse – Version couleur – 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