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color w:val="8E44AD"/>
          <w:sz w:val="52"/>
        </w:rPr>
        <w:t>30 phrases déclaratives d’amour</w:t>
      </w:r>
    </w:p>
    <w:p>
      <w:pPr>
        <w:jc w:val="center"/>
      </w:pPr>
      <w:r>
        <w:rPr>
          <w:rFonts w:ascii="Calibri" w:hAnsi="Calibri"/>
          <w:color w:val="C0392B"/>
          <w:sz w:val="22"/>
        </w:rPr>
        <w:t>Modèle pour travailler les phrases déclaratives sur le thème de l’amour : phrases affirmatives sans point d’interrogation ni point d’exclamation.</w:t>
      </w:r>
    </w:p>
    <w:p/>
    <w:p>
      <w:pPr>
        <w:spacing w:after="240"/>
      </w:pPr>
      <w:r>
        <w:rPr>
          <w:rFonts w:ascii="Calibri" w:hAnsi="Calibri"/>
          <w:color w:val="4A4A4A"/>
          <w:sz w:val="22"/>
        </w:rPr>
        <w:t>Ces phrases peuvent servir de support d’écriture, de dictée ou d’exercices de transformation en d’autres types de phrases. Tu peux aussi demander d’imaginer une suite à partir de chacune d’elles.</w:t>
      </w:r>
    </w:p>
    <w:tbl>
      <w:tblPr>
        <w:tblStyle w:val="LightGrid-Accent2"/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61"/>
        <w:gridCol w:w="4961"/>
      </w:tblGrid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2"/>
              </w:rPr>
              <w:t>N°</w:t>
            </w:r>
          </w:p>
        </w:tc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2"/>
              </w:rPr>
              <w:t>Phrase déclarative d’amour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1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8E44AD"/>
                <w:sz w:val="22"/>
              </w:rPr>
              <w:t>Je t’aime plus que je ne saurais le dire.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2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8E44AD"/>
                <w:sz w:val="22"/>
              </w:rPr>
              <w:t>Ta présence apaise mes peurs et illumine mes journées.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3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8E44AD"/>
                <w:sz w:val="22"/>
              </w:rPr>
              <w:t>Je me sens chez moi lorsque je suis près de toi.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4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8E44AD"/>
                <w:sz w:val="22"/>
              </w:rPr>
              <w:t>Ton sourire change la couleur de ma journée.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5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8E44AD"/>
                <w:sz w:val="22"/>
              </w:rPr>
              <w:t>Je pense à toi dès que j’ouvre les yeux le matin.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6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8E44AD"/>
                <w:sz w:val="22"/>
              </w:rPr>
              <w:t>Mon cœur se repose lorsque je sais que tu vas bien.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7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8E44AD"/>
                <w:sz w:val="22"/>
              </w:rPr>
              <w:t>Je te choisis chaque jour avec douceur et conviction.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8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8E44AD"/>
                <w:sz w:val="22"/>
              </w:rPr>
              <w:t>Ta voix reste dans ma tête longtemps après nos conversations.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9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8E44AD"/>
                <w:sz w:val="22"/>
              </w:rPr>
              <w:t>Je me sens plus fort depuis que tu marches à mes côtés.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10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8E44AD"/>
                <w:sz w:val="22"/>
              </w:rPr>
              <w:t>Je respecte tes rêves et je souhaite les voir se réaliser.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11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C0392B"/>
                <w:sz w:val="22"/>
              </w:rPr>
              <w:t>Ton bonheur compte pour moi autant que le mien.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12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C0392B"/>
                <w:sz w:val="22"/>
              </w:rPr>
              <w:t>Je t’écoute avec attention parce que tes mots me touchent.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13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C0392B"/>
                <w:sz w:val="22"/>
              </w:rPr>
              <w:t>Je garde précieusement les souvenirs de nos instants partagés.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14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C0392B"/>
                <w:sz w:val="22"/>
              </w:rPr>
              <w:t>Je te fais confiance et je protège la confiance que tu as en moi.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15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C0392B"/>
                <w:sz w:val="22"/>
              </w:rPr>
              <w:t>Je me sens privilégié de partager ce morceau de vie avec toi.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16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C0392B"/>
                <w:sz w:val="22"/>
              </w:rPr>
              <w:t>Je vois en toi une personne unique que je veux soutenir.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17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C0392B"/>
                <w:sz w:val="22"/>
              </w:rPr>
              <w:t>Je prends soin de toi comme de ce que j’ai de plus précieux.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18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C0392B"/>
                <w:sz w:val="22"/>
              </w:rPr>
              <w:t>Je te regarde évoluer avec admiration et tendresse.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19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C0392B"/>
                <w:sz w:val="22"/>
              </w:rPr>
              <w:t>Je trouve du sens à mes efforts lorsque je pense à notre avenir.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20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C0392B"/>
                <w:sz w:val="22"/>
              </w:rPr>
              <w:t>Je te remercie pour ta patience et ta présence à mes côtés.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21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D95C7B"/>
                <w:sz w:val="22"/>
              </w:rPr>
              <w:t>Je me sens compris quand tu prends le temps de m’écouter.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22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D95C7B"/>
                <w:sz w:val="22"/>
              </w:rPr>
              <w:t>Mon cœur se calme lorsque je sais que tu es en sécurité.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23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D95C7B"/>
                <w:sz w:val="22"/>
              </w:rPr>
              <w:t>Je vois dans ton regard un refuge que je ne trouve nulle part ailleurs.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24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D95C7B"/>
                <w:sz w:val="22"/>
              </w:rPr>
              <w:t>Je me projette avec toi dans les saisons qui viennent.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25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D95C7B"/>
                <w:sz w:val="22"/>
              </w:rPr>
              <w:t>Je mesure chaque jour la chance que j’ai de t’avoir rencontré.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26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D95C7B"/>
                <w:sz w:val="22"/>
              </w:rPr>
              <w:t>Je te considère comme une priorité dans mes choix de vie.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27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D95C7B"/>
                <w:sz w:val="22"/>
              </w:rPr>
              <w:t>Je découvre encore des choses que j’aime chez toi.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28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D95C7B"/>
                <w:sz w:val="22"/>
              </w:rPr>
              <w:t>Je garde tes messages comme de petits trésors du quotidien.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29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D95C7B"/>
                <w:sz w:val="22"/>
              </w:rPr>
              <w:t>Je me sens complet lorsque ta main tient la mienne.</w:t>
            </w:r>
          </w:p>
        </w:tc>
      </w:tr>
      <w:tr>
        <w:tc>
          <w:tcPr>
            <w:tcW w:type="dxa" w:w="4961"/>
          </w:tcPr>
          <w:p>
            <w:pPr>
              <w:jc w:val="center"/>
            </w:pPr>
            <w:r>
              <w:rPr>
                <w:rFonts w:ascii="Calibri" w:hAnsi="Calibri"/>
                <w:sz w:val="20"/>
              </w:rPr>
              <w:t>30</w:t>
            </w:r>
          </w:p>
        </w:tc>
        <w:tc>
          <w:tcPr>
            <w:tcW w:type="dxa" w:w="4961"/>
          </w:tcPr>
          <w:p>
            <w:pPr>
              <w:jc w:val="left"/>
            </w:pPr>
            <w:r>
              <w:rPr>
                <w:rFonts w:ascii="Calibri" w:hAnsi="Calibri"/>
                <w:color w:val="D95C7B"/>
                <w:sz w:val="22"/>
              </w:rPr>
              <w:t>Je souhaite te voir épanoui et entouré de toute l’affection que tu mérites.</w:t>
            </w:r>
          </w:p>
        </w:tc>
      </w:tr>
    </w:tbl>
    <w:sectPr w:rsidR="00FC693F" w:rsidRPr="0006063C" w:rsidSect="00034616">
      <w:pgSz w:w="11906" w:h="16838"/>
      <w:pgMar w:top="992" w:right="992" w:bottom="992" w:left="9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