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2F5496"/>
          </w:tcPr>
          <w:p>
            <w:pPr>
              <w:jc w:val="center"/>
            </w:pPr>
            <w:r>
              <w:rPr>
                <w:b/>
                <w:color w:val="FFFFFF"/>
                <w:sz w:val="32"/>
              </w:rPr>
              <w:t>Mémo – Formules de politesse pour lettres de motivation</w:t>
            </w:r>
          </w:p>
        </w:tc>
      </w:tr>
    </w:tbl>
    <w:p/>
    <w:p>
      <w:pPr>
        <w:jc w:val="center"/>
      </w:pPr>
      <w:r>
        <w:rPr>
          <w:i/>
          <w:color w:val="4F81BD"/>
          <w:sz w:val="22"/>
        </w:rPr>
        <w:t>Aide-mémoire prêt à imprimer pour vos candidatures (emploi, stage, alternance)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E2EFDA"/>
          </w:tcPr>
          <w:p>
            <w:pPr>
              <w:jc w:val="left"/>
            </w:pPr>
            <w:r>
              <w:rPr>
                <w:b/>
                <w:sz w:val="22"/>
              </w:rPr>
              <w:t xml:space="preserve">Conseil : </w:t>
            </w:r>
            <w:r>
              <w:rPr>
                <w:sz w:val="22"/>
              </w:rPr>
              <w:t>adaptez toujours la formule au poste, au nom de l’entreprise et au type de candidature (réponse à annonce, stage, alternance, candidature spontanée).</w:t>
            </w:r>
          </w:p>
        </w:tc>
      </w:tr>
    </w:tbl>
    <w:p/>
    <w:p>
      <w:pPr>
        <w:jc w:val="left"/>
      </w:pPr>
      <w:r>
        <w:rPr>
          <w:b/>
          <w:color w:val="2F5496"/>
          <w:sz w:val="24"/>
        </w:rPr>
        <w:t>1. Formules d’ouverture de la lettre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D9E1F2"/>
          </w:tcPr>
          <w:p>
            <w:r>
              <w:rPr>
                <w:b/>
                <w:sz w:val="20"/>
              </w:rPr>
              <w:t>Contexte</w:t>
            </w:r>
          </w:p>
        </w:tc>
        <w:tc>
          <w:tcPr>
            <w:tcW w:type="dxa" w:w="4819"/>
            <w:shd w:val="clear" w:color="auto" w:fill="D9E1F2"/>
          </w:tcPr>
          <w:p>
            <w:r>
              <w:rPr>
                <w:b/>
                <w:sz w:val="20"/>
              </w:rPr>
              <w:t>Formule possible</w:t>
            </w:r>
          </w:p>
        </w:tc>
      </w:tr>
      <w:tr>
        <w:tc>
          <w:tcPr>
            <w:tcW w:type="dxa" w:w="4819"/>
          </w:tcPr>
          <w:p>
            <w:r>
              <w:t>Réponse à une offre</w:t>
            </w:r>
          </w:p>
        </w:tc>
        <w:tc>
          <w:tcPr>
            <w:tcW w:type="dxa" w:w="4819"/>
          </w:tcPr>
          <w:p>
            <w:r>
              <w:t>Faisant suite à votre annonce parue sur [nom du site] pour le poste de [intitulé du poste], je vous présente ma candidature avec un vif intérêt.</w:t>
            </w:r>
          </w:p>
        </w:tc>
      </w:tr>
      <w:tr>
        <w:tc>
          <w:tcPr>
            <w:tcW w:type="dxa" w:w="4819"/>
          </w:tcPr>
          <w:p>
            <w:r>
              <w:t>Réponse à une offre</w:t>
            </w:r>
          </w:p>
        </w:tc>
        <w:tc>
          <w:tcPr>
            <w:tcW w:type="dxa" w:w="4819"/>
          </w:tcPr>
          <w:p>
            <w:r>
              <w:t>Suite à la publication de votre offre de [intitulé du poste], je me permets de vous adresser ma candidature.</w:t>
            </w:r>
          </w:p>
        </w:tc>
      </w:tr>
      <w:tr>
        <w:tc>
          <w:tcPr>
            <w:tcW w:type="dxa" w:w="4819"/>
          </w:tcPr>
          <w:p>
            <w:r>
              <w:t>Réponse à une offre</w:t>
            </w:r>
          </w:p>
        </w:tc>
        <w:tc>
          <w:tcPr>
            <w:tcW w:type="dxa" w:w="4819"/>
          </w:tcPr>
          <w:p>
            <w:r>
              <w:t>Votre annonce pour le poste de [intitulé du poste] a retenu toute mon attention et je souhaite vous proposer ma candidature.</w:t>
            </w:r>
          </w:p>
        </w:tc>
      </w:tr>
      <w:tr>
        <w:tc>
          <w:tcPr>
            <w:tcW w:type="dxa" w:w="4819"/>
          </w:tcPr>
          <w:p>
            <w:r>
              <w:t>Candidature spontanée</w:t>
            </w:r>
          </w:p>
        </w:tc>
        <w:tc>
          <w:tcPr>
            <w:tcW w:type="dxa" w:w="4819"/>
          </w:tcPr>
          <w:p>
            <w:r>
              <w:t>Souhaitant rejoindre une structure telle que la vôtre, je me permets de vous adresser ma candidature au poste de [intitulé du poste].</w:t>
            </w:r>
          </w:p>
        </w:tc>
      </w:tr>
      <w:tr>
        <w:tc>
          <w:tcPr>
            <w:tcW w:type="dxa" w:w="4819"/>
          </w:tcPr>
          <w:p>
            <w:r>
              <w:t>Candidature spontanée</w:t>
            </w:r>
          </w:p>
        </w:tc>
        <w:tc>
          <w:tcPr>
            <w:tcW w:type="dxa" w:w="4819"/>
          </w:tcPr>
          <w:p>
            <w:r>
              <w:t>Attiré(e) par les valeurs et les projets de [Nom de l’entreprise], je vous soumets ma candidature pour un poste de [intitulé du poste / domaine].</w:t>
            </w:r>
          </w:p>
        </w:tc>
      </w:tr>
      <w:tr>
        <w:tc>
          <w:tcPr>
            <w:tcW w:type="dxa" w:w="4819"/>
          </w:tcPr>
          <w:p>
            <w:r>
              <w:t>Candidature spontanée</w:t>
            </w:r>
          </w:p>
        </w:tc>
        <w:tc>
          <w:tcPr>
            <w:tcW w:type="dxa" w:w="4819"/>
          </w:tcPr>
          <w:p>
            <w:r>
              <w:t>Convaincu(e) que mon profil pourrait répondre à certains de vos besoins, je vous présente ma candidature spontanée au sein de [Nom de l’entreprise].</w:t>
            </w:r>
          </w:p>
        </w:tc>
      </w:tr>
    </w:tbl>
    <w:p/>
    <w:p>
      <w:pPr>
        <w:jc w:val="left"/>
      </w:pPr>
      <w:r>
        <w:rPr>
          <w:b/>
          <w:color w:val="2F5496"/>
          <w:sz w:val="24"/>
        </w:rPr>
        <w:t>2. Transition polie vers l’argumentaire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FCE4D6"/>
          </w:tcPr>
          <w:p>
            <w:r>
              <w:rPr>
                <w:b/>
                <w:sz w:val="20"/>
              </w:rPr>
              <w:t>Usage</w:t>
            </w:r>
          </w:p>
        </w:tc>
        <w:tc>
          <w:tcPr>
            <w:tcW w:type="dxa" w:w="4819"/>
            <w:shd w:val="clear" w:color="auto" w:fill="FCE4D6"/>
          </w:tcPr>
          <w:p>
            <w:r>
              <w:rPr>
                <w:b/>
                <w:sz w:val="20"/>
              </w:rPr>
              <w:t>Formule possible</w:t>
            </w:r>
          </w:p>
        </w:tc>
      </w:tr>
      <w:tr>
        <w:tc>
          <w:tcPr>
            <w:tcW w:type="dxa" w:w="4819"/>
          </w:tcPr>
          <w:p>
            <w:r>
              <w:t>Introduire vos atouts</w:t>
            </w:r>
          </w:p>
        </w:tc>
        <w:tc>
          <w:tcPr>
            <w:tcW w:type="dxa" w:w="4819"/>
          </w:tcPr>
          <w:p>
            <w:r>
              <w:t>Permettez-moi, à ce titre, de vous présenter plus en détail mon parcours et mes motivations.</w:t>
            </w:r>
          </w:p>
        </w:tc>
      </w:tr>
      <w:tr>
        <w:tc>
          <w:tcPr>
            <w:tcW w:type="dxa" w:w="4819"/>
          </w:tcPr>
          <w:p>
            <w:r>
              <w:t>Introduire vos atouts</w:t>
            </w:r>
          </w:p>
        </w:tc>
        <w:tc>
          <w:tcPr>
            <w:tcW w:type="dxa" w:w="4819"/>
          </w:tcPr>
          <w:p>
            <w:r>
              <w:t>Je souhaite, à travers cette lettre, vous exposer les principaux atouts que je pourrais mettre au service de votre équipe.</w:t>
            </w:r>
          </w:p>
        </w:tc>
      </w:tr>
      <w:tr>
        <w:tc>
          <w:tcPr>
            <w:tcW w:type="dxa" w:w="4819"/>
          </w:tcPr>
          <w:p>
            <w:r>
              <w:t>Introduire vos atouts</w:t>
            </w:r>
          </w:p>
        </w:tc>
        <w:tc>
          <w:tcPr>
            <w:tcW w:type="dxa" w:w="4819"/>
          </w:tcPr>
          <w:p>
            <w:r>
              <w:t>Je me permets donc de vous présenter ci-dessous les éléments qui, selon moi, font la cohérence de ma candidature.</w:t>
            </w:r>
          </w:p>
        </w:tc>
      </w:tr>
      <w:tr>
        <w:tc>
          <w:tcPr>
            <w:tcW w:type="dxa" w:w="4819"/>
          </w:tcPr>
          <w:p>
            <w:r>
              <w:t>Insister sur la contribution</w:t>
            </w:r>
          </w:p>
        </w:tc>
        <w:tc>
          <w:tcPr>
            <w:tcW w:type="dxa" w:w="4819"/>
          </w:tcPr>
          <w:p>
            <w:r>
              <w:t>Dans ce contexte, je serais heureux(se) de pouvoir mettre à votre service les compétences acquises au fil de mes expériences.</w:t>
            </w:r>
          </w:p>
        </w:tc>
      </w:tr>
    </w:tbl>
    <w:p/>
    <w:p>
      <w:pPr>
        <w:jc w:val="left"/>
      </w:pPr>
      <w:r>
        <w:rPr>
          <w:b/>
          <w:color w:val="2F5496"/>
          <w:sz w:val="24"/>
        </w:rPr>
        <w:t>3. Exprimer son intérêt et sa motivation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E2EFDA"/>
          </w:tcPr>
          <w:p>
            <w:r>
              <w:rPr>
                <w:b/>
                <w:sz w:val="20"/>
              </w:rPr>
              <w:t>Intention</w:t>
            </w:r>
          </w:p>
        </w:tc>
        <w:tc>
          <w:tcPr>
            <w:tcW w:type="dxa" w:w="4819"/>
            <w:shd w:val="clear" w:color="auto" w:fill="E2EFDA"/>
          </w:tcPr>
          <w:p>
            <w:r>
              <w:rPr>
                <w:b/>
                <w:sz w:val="20"/>
              </w:rPr>
              <w:t>Formule possible</w:t>
            </w:r>
          </w:p>
        </w:tc>
      </w:tr>
      <w:tr>
        <w:tc>
          <w:tcPr>
            <w:tcW w:type="dxa" w:w="4819"/>
          </w:tcPr>
          <w:p>
            <w:r>
              <w:t>Montrer l’intérêt pour le poste</w:t>
            </w:r>
          </w:p>
        </w:tc>
        <w:tc>
          <w:tcPr>
            <w:tcW w:type="dxa" w:w="4819"/>
          </w:tcPr>
          <w:p>
            <w:r>
              <w:t>Intégrer votre entreprise représenterait pour moi une opportunité stimulante de [préciser : développer X, contribuer à Y, etc.].</w:t>
            </w:r>
          </w:p>
        </w:tc>
      </w:tr>
      <w:tr>
        <w:tc>
          <w:tcPr>
            <w:tcW w:type="dxa" w:w="4819"/>
          </w:tcPr>
          <w:p>
            <w:r>
              <w:t>Valoriser les missions</w:t>
            </w:r>
          </w:p>
        </w:tc>
        <w:tc>
          <w:tcPr>
            <w:tcW w:type="dxa" w:w="4819"/>
          </w:tcPr>
          <w:p>
            <w:r>
              <w:t>Je serais particulièrement motivé(e) à l’idée de participer à [projet / mission] au sein de vos équipes.</w:t>
            </w:r>
          </w:p>
        </w:tc>
      </w:tr>
      <w:tr>
        <w:tc>
          <w:tcPr>
            <w:tcW w:type="dxa" w:w="4819"/>
          </w:tcPr>
          <w:p>
            <w:r>
              <w:t>Mettre en avant les valeurs</w:t>
            </w:r>
          </w:p>
        </w:tc>
        <w:tc>
          <w:tcPr>
            <w:tcW w:type="dxa" w:w="4819"/>
          </w:tcPr>
          <w:p>
            <w:r>
              <w:t>La perspective de rejoindre une structure engagée dans [domaine / valeur] constitue un véritable moteur dans ma démarche.</w:t>
            </w:r>
          </w:p>
        </w:tc>
      </w:tr>
      <w:tr>
        <w:tc>
          <w:tcPr>
            <w:tcW w:type="dxa" w:w="4819"/>
          </w:tcPr>
          <w:p>
            <w:r>
              <w:t>Insister sur l’engagement</w:t>
            </w:r>
          </w:p>
        </w:tc>
        <w:tc>
          <w:tcPr>
            <w:tcW w:type="dxa" w:w="4819"/>
          </w:tcPr>
          <w:p>
            <w:r>
              <w:t>Je me projette pleinement dans les missions proposées et je suis prêt(e) à m’investir durablement à vos côtés.</w:t>
            </w:r>
          </w:p>
        </w:tc>
      </w:tr>
    </w:tbl>
    <w:p/>
    <w:p>
      <w:pPr>
        <w:jc w:val="left"/>
      </w:pPr>
      <w:r>
        <w:rPr>
          <w:b/>
          <w:color w:val="2F5496"/>
          <w:sz w:val="24"/>
        </w:rPr>
        <w:t>4. Demander un entretien avec politesse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FFF2CC"/>
          </w:tcPr>
          <w:p>
            <w:r>
              <w:rPr>
                <w:b/>
                <w:sz w:val="20"/>
              </w:rPr>
              <w:t>Style</w:t>
            </w:r>
          </w:p>
        </w:tc>
        <w:tc>
          <w:tcPr>
            <w:tcW w:type="dxa" w:w="4819"/>
            <w:shd w:val="clear" w:color="auto" w:fill="FFF2CC"/>
          </w:tcPr>
          <w:p>
            <w:r>
              <w:rPr>
                <w:b/>
                <w:sz w:val="20"/>
              </w:rPr>
              <w:t>Formule possible</w:t>
            </w:r>
          </w:p>
        </w:tc>
      </w:tr>
      <w:tr>
        <w:tc>
          <w:tcPr>
            <w:tcW w:type="dxa" w:w="4819"/>
          </w:tcPr>
          <w:p>
            <w:r>
              <w:t>Professionnel neutre</w:t>
            </w:r>
          </w:p>
        </w:tc>
        <w:tc>
          <w:tcPr>
            <w:tcW w:type="dxa" w:w="4819"/>
          </w:tcPr>
          <w:p>
            <w:r>
              <w:t>Je me tiens naturellement à votre disposition pour un entretien, au cours duquel je pourrais vous présenter plus en détail ma motivation.</w:t>
            </w:r>
          </w:p>
        </w:tc>
      </w:tr>
      <w:tr>
        <w:tc>
          <w:tcPr>
            <w:tcW w:type="dxa" w:w="4819"/>
          </w:tcPr>
          <w:p>
            <w:r>
              <w:t>Professionnel neutre</w:t>
            </w:r>
          </w:p>
        </w:tc>
        <w:tc>
          <w:tcPr>
            <w:tcW w:type="dxa" w:w="4819"/>
          </w:tcPr>
          <w:p>
            <w:r>
              <w:t>Je serais heureux(se) de pouvoir échanger avec vous lors d’un entretien afin d’évaluer plus concrètement l’adéquation entre vos besoins et mon profil.</w:t>
            </w:r>
          </w:p>
        </w:tc>
      </w:tr>
      <w:tr>
        <w:tc>
          <w:tcPr>
            <w:tcW w:type="dxa" w:w="4819"/>
          </w:tcPr>
          <w:p>
            <w:r>
              <w:t>Professionnel neutre</w:t>
            </w:r>
          </w:p>
        </w:tc>
        <w:tc>
          <w:tcPr>
            <w:tcW w:type="dxa" w:w="4819"/>
          </w:tcPr>
          <w:p>
            <w:r>
              <w:t>Je me tiens à votre entière disposition pour convenir d’un rendez-vous à la date et à l’horaire qui vous conviendront.</w:t>
            </w:r>
          </w:p>
        </w:tc>
      </w:tr>
      <w:tr>
        <w:tc>
          <w:tcPr>
            <w:tcW w:type="dxa" w:w="4819"/>
          </w:tcPr>
          <w:p>
            <w:r>
              <w:t>Plus dynamique</w:t>
            </w:r>
          </w:p>
        </w:tc>
        <w:tc>
          <w:tcPr>
            <w:tcW w:type="dxa" w:w="4819"/>
          </w:tcPr>
          <w:p>
            <w:r>
              <w:t>Je serais ravi(e) de vous rencontrer afin de vous exposer de vive voix ce que je pourrais apporter à votre équipe.</w:t>
            </w:r>
          </w:p>
        </w:tc>
      </w:tr>
      <w:tr>
        <w:tc>
          <w:tcPr>
            <w:tcW w:type="dxa" w:w="4819"/>
          </w:tcPr>
          <w:p>
            <w:r>
              <w:t>Plus dynamique</w:t>
            </w:r>
          </w:p>
        </w:tc>
        <w:tc>
          <w:tcPr>
            <w:tcW w:type="dxa" w:w="4819"/>
          </w:tcPr>
          <w:p>
            <w:r>
              <w:t>Un entretien me permettrait de vous détailler davantage la manière dont je pourrais contribuer à vos projets.</w:t>
            </w:r>
          </w:p>
        </w:tc>
      </w:tr>
    </w:tbl>
    <w:p/>
    <w:p>
      <w:pPr>
        <w:jc w:val="left"/>
      </w:pPr>
      <w:r>
        <w:rPr>
          <w:b/>
          <w:color w:val="2F5496"/>
          <w:sz w:val="24"/>
        </w:rPr>
        <w:t>5. Formules finales pour clôturer la lettre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DDEBF7"/>
          </w:tcPr>
          <w:p>
            <w:r>
              <w:rPr>
                <w:b/>
                <w:sz w:val="20"/>
              </w:rPr>
              <w:t>Niveau de formalité</w:t>
            </w:r>
          </w:p>
        </w:tc>
        <w:tc>
          <w:tcPr>
            <w:tcW w:type="dxa" w:w="4819"/>
            <w:shd w:val="clear" w:color="auto" w:fill="DDEBF7"/>
          </w:tcPr>
          <w:p>
            <w:r>
              <w:rPr>
                <w:b/>
                <w:sz w:val="20"/>
              </w:rPr>
              <w:t>Formule possible</w:t>
            </w:r>
          </w:p>
        </w:tc>
      </w:tr>
      <w:tr>
        <w:tc>
          <w:tcPr>
            <w:tcW w:type="dxa" w:w="4819"/>
          </w:tcPr>
          <w:p>
            <w:r>
              <w:t>Très formel</w:t>
            </w:r>
          </w:p>
        </w:tc>
        <w:tc>
          <w:tcPr>
            <w:tcW w:type="dxa" w:w="4819"/>
          </w:tcPr>
          <w:p>
            <w:r>
              <w:t>Je vous prie d’agréer, Madame, Monsieur, l’expression de mes salutations distinguées.</w:t>
            </w:r>
          </w:p>
        </w:tc>
      </w:tr>
      <w:tr>
        <w:tc>
          <w:tcPr>
            <w:tcW w:type="dxa" w:w="4819"/>
          </w:tcPr>
          <w:p>
            <w:r>
              <w:t>Très formel</w:t>
            </w:r>
          </w:p>
        </w:tc>
        <w:tc>
          <w:tcPr>
            <w:tcW w:type="dxa" w:w="4819"/>
          </w:tcPr>
          <w:p>
            <w:r>
              <w:t>Je vous prie d’agréer, Madame, Monsieur, l’expression de ma considération respectueuse.</w:t>
            </w:r>
          </w:p>
        </w:tc>
      </w:tr>
      <w:tr>
        <w:tc>
          <w:tcPr>
            <w:tcW w:type="dxa" w:w="4819"/>
          </w:tcPr>
          <w:p>
            <w:r>
              <w:t>Professionnel courant</w:t>
            </w:r>
          </w:p>
        </w:tc>
        <w:tc>
          <w:tcPr>
            <w:tcW w:type="dxa" w:w="4819"/>
          </w:tcPr>
          <w:p>
            <w:r>
              <w:t>Je vous adresse, Madame, Monsieur, mes salutations respectueuses.</w:t>
            </w:r>
          </w:p>
        </w:tc>
      </w:tr>
      <w:tr>
        <w:tc>
          <w:tcPr>
            <w:tcW w:type="dxa" w:w="4819"/>
          </w:tcPr>
          <w:p>
            <w:r>
              <w:t>Professionnel courant</w:t>
            </w:r>
          </w:p>
        </w:tc>
        <w:tc>
          <w:tcPr>
            <w:tcW w:type="dxa" w:w="4819"/>
          </w:tcPr>
          <w:p>
            <w:r>
              <w:t>Dans l’attente de votre retour, je vous adresse, Madame, Monsieur, mes salutations distinguées.</w:t>
            </w:r>
          </w:p>
        </w:tc>
      </w:tr>
      <w:tr>
        <w:tc>
          <w:tcPr>
            <w:tcW w:type="dxa" w:w="4819"/>
          </w:tcPr>
          <w:p>
            <w:r>
              <w:t>Destinataire identifié</w:t>
            </w:r>
          </w:p>
        </w:tc>
        <w:tc>
          <w:tcPr>
            <w:tcW w:type="dxa" w:w="4819"/>
          </w:tcPr>
          <w:p>
            <w:r>
              <w:t>Je vous prie d’agréer, Madame [Nom], Monsieur [Nom], l’expression de mes salutations distinguées.</w:t>
            </w:r>
          </w:p>
        </w:tc>
      </w:tr>
      <w:tr>
        <w:tc>
          <w:tcPr>
            <w:tcW w:type="dxa" w:w="4819"/>
          </w:tcPr>
          <w:p>
            <w:r>
              <w:t>Destinataire identifié</w:t>
            </w:r>
          </w:p>
        </w:tc>
        <w:tc>
          <w:tcPr>
            <w:tcW w:type="dxa" w:w="4819"/>
          </w:tcPr>
          <w:p>
            <w:r>
              <w:t>Veuillez agréer, Madame [Nom], Monsieur [Nom], l’assurance de ma considération distinguée.</w:t>
            </w:r>
          </w:p>
        </w:tc>
      </w:tr>
    </w:tbl>
    <w:p/>
    <w:sectPr w:rsidR="00FC693F" w:rsidRPr="0006063C" w:rsidSect="00034616">
      <w:footerReference w:type="default" r:id="rId9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Mémo – Formules de politesse pour lettres de motivation –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