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fill="254E70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REGISTRE DES RECETTES QUOTIDIENNES - CAISSE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3326"/>
            <w:shd w:fill="D9E1F2"/>
          </w:tcPr>
          <w:p>
            <w:r>
              <w:rPr>
                <w:b/>
              </w:rPr>
              <w:t xml:space="preserve">Nom de l'entreprise : </w:t>
            </w:r>
            <w:r>
              <w:t>_____________________</w:t>
            </w:r>
          </w:p>
        </w:tc>
        <w:tc>
          <w:tcPr>
            <w:tcW w:type="dxa" w:w="3326"/>
            <w:shd w:fill="D9E1F2"/>
          </w:tcPr>
          <w:p>
            <w:r>
              <w:rPr>
                <w:b/>
              </w:rPr>
              <w:t xml:space="preserve">Date du jour : </w:t>
            </w:r>
            <w:r>
              <w:t>_____________________</w:t>
            </w:r>
          </w:p>
        </w:tc>
        <w:tc>
          <w:tcPr>
            <w:tcW w:type="dxa" w:w="3326"/>
            <w:shd w:fill="D9E1F2"/>
          </w:tcPr>
          <w:p>
            <w:r>
              <w:rPr>
                <w:b/>
              </w:rPr>
              <w:t xml:space="preserve">N° de page : </w:t>
            </w:r>
            <w:r>
              <w:t>_____________________</w:t>
            </w:r>
          </w:p>
        </w:tc>
      </w:tr>
      <w:tr>
        <w:tc>
          <w:tcPr>
            <w:tcW w:type="dxa" w:w="3326"/>
            <w:shd w:fill="D9E1F2"/>
          </w:tcPr>
          <w:p>
            <w:r>
              <w:rPr>
                <w:b/>
              </w:rPr>
              <w:t xml:space="preserve">Point de vente / Caisse : </w:t>
            </w:r>
            <w:r>
              <w:t>_____________________</w:t>
            </w:r>
          </w:p>
        </w:tc>
        <w:tc>
          <w:tcPr>
            <w:tcW w:type="dxa" w:w="3326"/>
            <w:shd w:fill="D9E1F2"/>
          </w:tcPr>
          <w:p>
            <w:r>
              <w:rPr>
                <w:b/>
              </w:rPr>
              <w:t xml:space="preserve">Responsable : </w:t>
            </w:r>
            <w:r>
              <w:t>_____________________</w:t>
            </w:r>
          </w:p>
        </w:tc>
        <w:tc>
          <w:tcPr>
            <w:tcW w:type="dxa" w:w="3326"/>
            <w:shd w:fill="D9E1F2"/>
          </w:tcPr>
          <w:p>
            <w:r>
              <w:rPr>
                <w:b/>
              </w:rPr>
              <w:t xml:space="preserve">Exercice comptable : </w:t>
            </w:r>
            <w:r>
              <w:t>_____________________</w:t>
            </w:r>
          </w:p>
        </w:tc>
      </w:tr>
    </w:tbl>
    <w:p/>
    <w:p>
      <w:r>
        <w:rPr>
          <w:b/>
          <w:color w:val="254E70"/>
        </w:rPr>
        <w:t>1. Détail des encaissements du jour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>
        <w:tc>
          <w:tcPr>
            <w:tcW w:type="dxa" w:w="1425"/>
            <w:shd w:fill="B7DEE8"/>
          </w:tcPr>
          <w:p>
            <w:pPr>
              <w:jc w:val="center"/>
            </w:pPr>
            <w:r>
              <w:rPr>
                <w:b/>
                <w:sz w:val="18"/>
              </w:rPr>
              <w:t>Heure</w:t>
            </w:r>
          </w:p>
        </w:tc>
        <w:tc>
          <w:tcPr>
            <w:tcW w:type="dxa" w:w="1425"/>
            <w:shd w:fill="B7DEE8"/>
          </w:tcPr>
          <w:p>
            <w:pPr>
              <w:jc w:val="center"/>
            </w:pPr>
            <w:r>
              <w:rPr>
                <w:b/>
                <w:sz w:val="18"/>
              </w:rPr>
              <w:t>N° pièce / ticket</w:t>
            </w:r>
          </w:p>
        </w:tc>
        <w:tc>
          <w:tcPr>
            <w:tcW w:type="dxa" w:w="1425"/>
            <w:shd w:fill="B7DEE8"/>
          </w:tcPr>
          <w:p>
            <w:pPr>
              <w:jc w:val="center"/>
            </w:pPr>
            <w:r>
              <w:rPr>
                <w:b/>
                <w:sz w:val="18"/>
              </w:rPr>
              <w:t>Client / Libellé</w:t>
            </w:r>
          </w:p>
        </w:tc>
        <w:tc>
          <w:tcPr>
            <w:tcW w:type="dxa" w:w="1425"/>
            <w:shd w:fill="B7DEE8"/>
          </w:tcPr>
          <w:p>
            <w:pPr>
              <w:jc w:val="center"/>
            </w:pPr>
            <w:r>
              <w:rPr>
                <w:b/>
                <w:sz w:val="18"/>
              </w:rPr>
              <w:t>Espèces (€)</w:t>
            </w:r>
          </w:p>
        </w:tc>
        <w:tc>
          <w:tcPr>
            <w:tcW w:type="dxa" w:w="1425"/>
            <w:shd w:fill="B7DEE8"/>
          </w:tcPr>
          <w:p>
            <w:pPr>
              <w:jc w:val="center"/>
            </w:pPr>
            <w:r>
              <w:rPr>
                <w:b/>
                <w:sz w:val="18"/>
              </w:rPr>
              <w:t>Carte bancaire (€)</w:t>
            </w:r>
          </w:p>
        </w:tc>
        <w:tc>
          <w:tcPr>
            <w:tcW w:type="dxa" w:w="1425"/>
            <w:shd w:fill="B7DEE8"/>
          </w:tcPr>
          <w:p>
            <w:pPr>
              <w:jc w:val="center"/>
            </w:pPr>
            <w:r>
              <w:rPr>
                <w:b/>
                <w:sz w:val="18"/>
              </w:rPr>
              <w:t>Chèque / Virement (€)</w:t>
            </w:r>
          </w:p>
        </w:tc>
        <w:tc>
          <w:tcPr>
            <w:tcW w:type="dxa" w:w="1425"/>
            <w:shd w:fill="B7DEE8"/>
          </w:tcPr>
          <w:p>
            <w:pPr>
              <w:jc w:val="center"/>
            </w:pPr>
            <w:r>
              <w:rPr>
                <w:b/>
                <w:sz w:val="18"/>
              </w:rPr>
              <w:t>Autre / Bon (€)</w:t>
            </w:r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  <w:tr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  <w:tc>
          <w:tcPr>
            <w:tcW w:type="dxa" w:w="1425"/>
          </w:tcPr>
          <w:p>
            <w:r/>
          </w:p>
        </w:tc>
      </w:tr>
    </w:tbl>
    <w:p/>
    <w:p>
      <w:r>
        <w:rPr>
          <w:b/>
          <w:color w:val="006600"/>
        </w:rPr>
        <w:t>2. Synthèse des recettes par mode de règlement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3326"/>
        <w:gridCol w:w="3326"/>
        <w:gridCol w:w="3326"/>
      </w:tblGrid>
      <w:tr>
        <w:tc>
          <w:tcPr>
            <w:tcW w:type="dxa" w:w="3326"/>
            <w:shd w:fill="E2EFDA"/>
          </w:tcPr>
          <w:p>
            <w:pPr>
              <w:jc w:val="center"/>
            </w:pPr>
            <w:r>
              <w:rPr>
                <w:b/>
              </w:rPr>
              <w:t>Mode de règlement</w:t>
            </w:r>
          </w:p>
        </w:tc>
        <w:tc>
          <w:tcPr>
            <w:tcW w:type="dxa" w:w="3326"/>
            <w:shd w:fill="E2EFDA"/>
          </w:tcPr>
          <w:p>
            <w:pPr>
              <w:jc w:val="center"/>
            </w:pPr>
            <w:r>
              <w:rPr>
                <w:b/>
              </w:rPr>
              <w:t>Montant du jour (€)</w:t>
            </w:r>
          </w:p>
        </w:tc>
        <w:tc>
          <w:tcPr>
            <w:tcW w:type="dxa" w:w="3326"/>
            <w:shd w:fill="E2EFDA"/>
          </w:tcPr>
          <w:p>
            <w:pPr>
              <w:jc w:val="center"/>
            </w:pPr>
            <w:r>
              <w:rPr>
                <w:b/>
              </w:rPr>
              <w:t>Observations</w:t>
            </w:r>
          </w:p>
        </w:tc>
      </w:tr>
      <w:tr>
        <w:tc>
          <w:tcPr>
            <w:tcW w:type="dxa" w:w="3326"/>
          </w:tcPr>
          <w:p>
            <w:r>
              <w:t>Espèces</w:t>
            </w:r>
          </w:p>
        </w:tc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</w:tr>
      <w:tr>
        <w:tc>
          <w:tcPr>
            <w:tcW w:type="dxa" w:w="3326"/>
          </w:tcPr>
          <w:p>
            <w:r>
              <w:t>Carte bancaire</w:t>
            </w:r>
          </w:p>
        </w:tc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</w:tr>
      <w:tr>
        <w:tc>
          <w:tcPr>
            <w:tcW w:type="dxa" w:w="3326"/>
          </w:tcPr>
          <w:p>
            <w:r>
              <w:t>Chèques</w:t>
            </w:r>
          </w:p>
        </w:tc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</w:tr>
      <w:tr>
        <w:tc>
          <w:tcPr>
            <w:tcW w:type="dxa" w:w="3326"/>
          </w:tcPr>
          <w:p>
            <w:r>
              <w:t>Virements</w:t>
            </w:r>
          </w:p>
        </w:tc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</w:tr>
      <w:tr>
        <w:tc>
          <w:tcPr>
            <w:tcW w:type="dxa" w:w="3326"/>
          </w:tcPr>
          <w:p>
            <w:r>
              <w:t>Autres / Bons</w:t>
            </w:r>
          </w:p>
        </w:tc>
        <w:tc>
          <w:tcPr>
            <w:tcW w:type="dxa" w:w="3326"/>
          </w:tcPr>
          <w:p>
            <w:r/>
          </w:p>
        </w:tc>
        <w:tc>
          <w:tcPr>
            <w:tcW w:type="dxa" w:w="3326"/>
          </w:tcPr>
          <w:p>
            <w:r/>
          </w:p>
        </w:tc>
      </w:tr>
    </w:tbl>
    <w:p/>
    <w:p>
      <w:r>
        <w:rPr>
          <w:b/>
          <w:color w:val="7030A0"/>
        </w:rPr>
        <w:t>3. Contrôle de caisse et validation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fill="E4DFEC"/>
          </w:tcPr>
          <w:p>
            <w:r>
              <w:rPr>
                <w:b/>
              </w:rPr>
              <w:t>Solde d'ouverture de caisse (espèces) :</w:t>
            </w:r>
          </w:p>
        </w:tc>
        <w:tc>
          <w:tcPr>
            <w:tcW w:type="dxa" w:w="4989"/>
          </w:tcPr>
          <w:p>
            <w:r>
              <w:t>_____________________ €</w:t>
            </w:r>
          </w:p>
        </w:tc>
      </w:tr>
      <w:tr>
        <w:tc>
          <w:tcPr>
            <w:tcW w:type="dxa" w:w="4989"/>
            <w:shd w:fill="E4DFEC"/>
          </w:tcPr>
          <w:p>
            <w:r>
              <w:rPr>
                <w:b/>
              </w:rPr>
              <w:t>Recettes du jour (total espèces) :</w:t>
            </w:r>
          </w:p>
        </w:tc>
        <w:tc>
          <w:tcPr>
            <w:tcW w:type="dxa" w:w="4989"/>
          </w:tcPr>
          <w:p>
            <w:r>
              <w:t>_____________________ €</w:t>
            </w:r>
          </w:p>
        </w:tc>
      </w:tr>
      <w:tr>
        <w:tc>
          <w:tcPr>
            <w:tcW w:type="dxa" w:w="4989"/>
            <w:shd w:fill="E4DFEC"/>
          </w:tcPr>
          <w:p>
            <w:r>
              <w:rPr>
                <w:b/>
              </w:rPr>
              <w:t>Dépôts en banque / remises de caisse :</w:t>
            </w:r>
          </w:p>
        </w:tc>
        <w:tc>
          <w:tcPr>
            <w:tcW w:type="dxa" w:w="4989"/>
          </w:tcPr>
          <w:p>
            <w:r>
              <w:t>_____________________ €</w:t>
            </w:r>
          </w:p>
        </w:tc>
      </w:tr>
      <w:tr>
        <w:tc>
          <w:tcPr>
            <w:tcW w:type="dxa" w:w="4989"/>
            <w:shd w:fill="E4DFEC"/>
          </w:tcPr>
          <w:p>
            <w:r>
              <w:rPr>
                <w:b/>
              </w:rPr>
              <w:t>Solde théorique de caisse en fin de journée :</w:t>
            </w:r>
          </w:p>
        </w:tc>
        <w:tc>
          <w:tcPr>
            <w:tcW w:type="dxa" w:w="4989"/>
          </w:tcPr>
          <w:p>
            <w:r>
              <w:t>_____________________ €</w:t>
            </w:r>
          </w:p>
        </w:tc>
      </w:tr>
      <w:tr>
        <w:tc>
          <w:tcPr>
            <w:tcW w:type="dxa" w:w="4989"/>
            <w:shd w:fill="E4DFEC"/>
          </w:tcPr>
          <w:p>
            <w:r>
              <w:rPr>
                <w:b/>
              </w:rPr>
              <w:t>Comptage réel des espèces en caisse :</w:t>
            </w:r>
          </w:p>
        </w:tc>
        <w:tc>
          <w:tcPr>
            <w:tcW w:type="dxa" w:w="4989"/>
          </w:tcPr>
          <w:p>
            <w:r>
              <w:t>_____________________ €</w:t>
            </w:r>
          </w:p>
        </w:tc>
      </w:tr>
      <w:tr>
        <w:tc>
          <w:tcPr>
            <w:tcW w:type="dxa" w:w="4989"/>
            <w:shd w:fill="E4DFEC"/>
          </w:tcPr>
          <w:p>
            <w:r>
              <w:rPr>
                <w:b/>
              </w:rPr>
              <w:t>Écart (théorique - réel) :</w:t>
            </w:r>
          </w:p>
        </w:tc>
        <w:tc>
          <w:tcPr>
            <w:tcW w:type="dxa" w:w="4989"/>
          </w:tcPr>
          <w:p>
            <w:r>
              <w:t>_____________________ €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t>Signature du responsable caisse :</w:t>
              <w:br/>
              <w:br/>
              <w:br/>
            </w:r>
          </w:p>
        </w:tc>
        <w:tc>
          <w:tcPr>
            <w:tcW w:type="dxa" w:w="4989"/>
          </w:tcPr>
          <w:p>
            <w:r>
              <w:t>Visa de la direction / comptabilité :</w:t>
              <w:br/>
              <w:br/>
              <w:br/>
            </w:r>
          </w:p>
        </w:tc>
      </w:tr>
    </w:tbl>
    <w:sectPr w:rsidR="00FC693F" w:rsidRPr="0006063C" w:rsidSect="00034616">
      <w:pgSz w:w="11906" w:h="16838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