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shd w:fill="404040"/>
          </w:tcPr>
          <w:p>
            <w:pPr>
              <w:jc w:val="center"/>
            </w:pPr>
            <w:r>
              <w:rPr>
                <w:b/>
                <w:color w:val="FFFFFF"/>
                <w:sz w:val="36"/>
              </w:rPr>
              <w:t>LIVRE DE RECETTES JOURNALIÈRES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326"/>
        <w:gridCol w:w="3326"/>
        <w:gridCol w:w="3326"/>
      </w:tblGrid>
      <w:tr>
        <w:tc>
          <w:tcPr>
            <w:tcW w:type="dxa" w:w="3326"/>
            <w:shd w:fill="D9D9D9"/>
          </w:tcPr>
          <w:p>
            <w:r>
              <w:rPr>
                <w:b/>
              </w:rPr>
              <w:t xml:space="preserve">Nom de l'entreprise : </w:t>
            </w:r>
            <w:r>
              <w:t>_____________________</w:t>
            </w:r>
          </w:p>
        </w:tc>
        <w:tc>
          <w:tcPr>
            <w:tcW w:type="dxa" w:w="3326"/>
            <w:shd w:fill="D9D9D9"/>
          </w:tcPr>
          <w:p>
            <w:r>
              <w:rPr>
                <w:b/>
              </w:rPr>
              <w:t xml:space="preserve">Période (du ... au ...) : </w:t>
            </w:r>
            <w:r>
              <w:t>_____________________</w:t>
            </w:r>
          </w:p>
        </w:tc>
        <w:tc>
          <w:tcPr>
            <w:tcW w:type="dxa" w:w="3326"/>
            <w:shd w:fill="D9D9D9"/>
          </w:tcPr>
          <w:p>
            <w:r>
              <w:rPr>
                <w:b/>
              </w:rPr>
              <w:t xml:space="preserve">Exercice comptable : </w:t>
            </w:r>
            <w:r>
              <w:t>_____________________</w:t>
            </w:r>
          </w:p>
        </w:tc>
      </w:tr>
      <w:tr>
        <w:tc>
          <w:tcPr>
            <w:tcW w:type="dxa" w:w="3326"/>
            <w:shd w:fill="D9D9D9"/>
          </w:tcPr>
          <w:p>
            <w:r>
              <w:rPr>
                <w:b/>
              </w:rPr>
              <w:t xml:space="preserve">Établissement / Site : </w:t>
            </w:r>
            <w:r>
              <w:t>_____________________</w:t>
            </w:r>
          </w:p>
        </w:tc>
        <w:tc>
          <w:tcPr>
            <w:tcW w:type="dxa" w:w="3326"/>
            <w:shd w:fill="D9D9D9"/>
          </w:tcPr>
          <w:p>
            <w:r>
              <w:rPr>
                <w:b/>
              </w:rPr>
              <w:t xml:space="preserve">Responsable caisse : </w:t>
            </w:r>
            <w:r>
              <w:t>_____________________</w:t>
            </w:r>
          </w:p>
        </w:tc>
        <w:tc>
          <w:tcPr>
            <w:tcW w:type="dxa" w:w="3326"/>
            <w:shd w:fill="D9D9D9"/>
          </w:tcPr>
          <w:p>
            <w:r>
              <w:rPr>
                <w:b/>
              </w:rPr>
              <w:t xml:space="preserve">Page n° : </w:t>
            </w:r>
            <w:r>
              <w:t>_____________________</w:t>
            </w:r>
          </w:p>
        </w:tc>
      </w:tr>
    </w:tbl>
    <w:p/>
    <w:p>
      <w:pPr>
        <w:jc w:val="left"/>
      </w:pPr>
      <w:r>
        <w:rPr>
          <w:sz w:val="18"/>
        </w:rPr>
        <w:t>Chaque ligne correspond à une recette encaissée (vente, prestation, acompte, etc.). Les montants sont inscrits TTC. Le total de la page doit être reporté sur la page suivante.</w:t>
      </w:r>
    </w:p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109"/>
        <w:gridCol w:w="1109"/>
        <w:gridCol w:w="1109"/>
        <w:gridCol w:w="1109"/>
        <w:gridCol w:w="1109"/>
        <w:gridCol w:w="1109"/>
        <w:gridCol w:w="1109"/>
        <w:gridCol w:w="1109"/>
        <w:gridCol w:w="1109"/>
      </w:tblGrid>
      <w:tr>
        <w:tc>
          <w:tcPr>
            <w:tcW w:type="dxa" w:w="1109"/>
            <w:shd w:fill="BDD7EE"/>
          </w:tcPr>
          <w:p>
            <w:pPr>
              <w:jc w:val="center"/>
            </w:pPr>
            <w:r>
              <w:rPr>
                <w:b/>
                <w:sz w:val="18"/>
              </w:rPr>
              <w:t>Date</w:t>
            </w:r>
          </w:p>
        </w:tc>
        <w:tc>
          <w:tcPr>
            <w:tcW w:type="dxa" w:w="1109"/>
            <w:shd w:fill="BDD7EE"/>
          </w:tcPr>
          <w:p>
            <w:pPr>
              <w:jc w:val="center"/>
            </w:pPr>
            <w:r>
              <w:rPr>
                <w:b/>
                <w:sz w:val="18"/>
              </w:rPr>
              <w:t>N° pièce / facture</w:t>
            </w:r>
          </w:p>
        </w:tc>
        <w:tc>
          <w:tcPr>
            <w:tcW w:type="dxa" w:w="1109"/>
            <w:shd w:fill="BDD7EE"/>
          </w:tcPr>
          <w:p>
            <w:pPr>
              <w:jc w:val="center"/>
            </w:pPr>
            <w:r>
              <w:rPr>
                <w:b/>
                <w:sz w:val="18"/>
              </w:rPr>
              <w:t>Client / Description</w:t>
            </w:r>
          </w:p>
        </w:tc>
        <w:tc>
          <w:tcPr>
            <w:tcW w:type="dxa" w:w="1109"/>
            <w:shd w:fill="BDD7EE"/>
          </w:tcPr>
          <w:p>
            <w:pPr>
              <w:jc w:val="center"/>
            </w:pPr>
            <w:r>
              <w:rPr>
                <w:b/>
                <w:sz w:val="18"/>
              </w:rPr>
              <w:t>Mode de règlement</w:t>
              <w:br/>
              <w:t>(Espèces / CB / Chèque / Virement)</w:t>
            </w:r>
          </w:p>
        </w:tc>
        <w:tc>
          <w:tcPr>
            <w:tcW w:type="dxa" w:w="1109"/>
            <w:shd w:fill="BDD7EE"/>
          </w:tcPr>
          <w:p>
            <w:pPr>
              <w:jc w:val="center"/>
            </w:pPr>
            <w:r>
              <w:rPr>
                <w:b/>
                <w:sz w:val="18"/>
              </w:rPr>
              <w:t>Compte produit</w:t>
              <w:br/>
              <w:t>(7xxx)</w:t>
            </w:r>
          </w:p>
        </w:tc>
        <w:tc>
          <w:tcPr>
            <w:tcW w:type="dxa" w:w="1109"/>
            <w:shd w:fill="BDD7EE"/>
          </w:tcPr>
          <w:p>
            <w:pPr>
              <w:jc w:val="center"/>
            </w:pPr>
            <w:r>
              <w:rPr>
                <w:b/>
                <w:sz w:val="18"/>
              </w:rPr>
              <w:t>Montant HT</w:t>
            </w:r>
          </w:p>
        </w:tc>
        <w:tc>
          <w:tcPr>
            <w:tcW w:type="dxa" w:w="1109"/>
            <w:shd w:fill="BDD7EE"/>
          </w:tcPr>
          <w:p>
            <w:pPr>
              <w:jc w:val="center"/>
            </w:pPr>
            <w:r>
              <w:rPr>
                <w:b/>
                <w:sz w:val="18"/>
              </w:rPr>
              <w:t>TVA</w:t>
            </w:r>
          </w:p>
        </w:tc>
        <w:tc>
          <w:tcPr>
            <w:tcW w:type="dxa" w:w="1109"/>
            <w:shd w:fill="BDD7EE"/>
          </w:tcPr>
          <w:p>
            <w:pPr>
              <w:jc w:val="center"/>
            </w:pPr>
            <w:r>
              <w:rPr>
                <w:b/>
                <w:sz w:val="18"/>
              </w:rPr>
              <w:t>Montant TTC</w:t>
            </w:r>
          </w:p>
        </w:tc>
        <w:tc>
          <w:tcPr>
            <w:tcW w:type="dxa" w:w="1109"/>
            <w:shd w:fill="BDD7EE"/>
          </w:tcPr>
          <w:p>
            <w:pPr>
              <w:jc w:val="center"/>
            </w:pPr>
            <w:r>
              <w:rPr>
                <w:b/>
                <w:sz w:val="18"/>
              </w:rPr>
              <w:t>Observation</w:t>
            </w:r>
          </w:p>
        </w:tc>
      </w:tr>
      <w:tr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</w:tr>
      <w:tr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</w:tr>
      <w:tr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</w:tr>
      <w:tr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</w:tr>
      <w:tr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</w:tr>
      <w:tr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</w:tr>
      <w:tr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</w:tr>
      <w:tr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</w:tr>
      <w:tr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</w:tr>
      <w:tr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</w:tr>
      <w:tr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</w:tr>
      <w:tr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</w:tr>
      <w:tr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</w:tr>
      <w:tr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</w:tr>
      <w:tr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</w:tr>
      <w:tr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</w:tr>
      <w:tr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</w:tr>
      <w:tr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</w:tr>
      <w:tr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</w:tr>
      <w:tr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</w:tr>
      <w:tr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</w:tr>
      <w:tr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</w:tr>
      <w:tr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  <w:tc>
          <w:tcPr>
            <w:tcW w:type="dxa" w:w="1109"/>
          </w:tcPr>
          <w:p>
            <w:r/>
          </w:p>
        </w:tc>
      </w:tr>
      <w:tr>
        <w:tc>
          <w:tcPr>
            <w:tcW w:type="dxa" w:w="5545"/>
            <w:gridSpan w:val="5"/>
            <w:shd w:fill="D9D9D9"/>
          </w:tcPr>
          <w:p>
            <w:pPr>
              <w:jc w:val="right"/>
            </w:pPr>
            <w:r>
              <w:rPr>
                <w:b/>
              </w:rPr>
              <w:t>TOTAL DE LA PAGE :</w:t>
            </w:r>
          </w:p>
        </w:tc>
        <w:tc>
          <w:tcPr>
            <w:tcW w:type="dxa" w:w="1109"/>
            <w:shd w:fill="FFF2CC"/>
          </w:tcPr>
          <w:p>
            <w:r>
              <w:t>__________</w:t>
            </w:r>
          </w:p>
        </w:tc>
        <w:tc>
          <w:tcPr>
            <w:tcW w:type="dxa" w:w="1109"/>
            <w:shd w:fill="FFF2CC"/>
          </w:tcPr>
          <w:p>
            <w:r>
              <w:t>__________</w:t>
            </w:r>
          </w:p>
        </w:tc>
        <w:tc>
          <w:tcPr>
            <w:tcW w:type="dxa" w:w="1109"/>
            <w:shd w:fill="FFF2CC"/>
          </w:tcPr>
          <w:p>
            <w:r>
              <w:t>__________</w:t>
            </w:r>
          </w:p>
        </w:tc>
        <w:tc>
          <w:tcPr>
            <w:tcW w:type="dxa" w:w="1109"/>
          </w:tcPr>
          <w:p>
            <w:r/>
          </w:p>
        </w:tc>
      </w:tr>
    </w:tbl>
    <w:p>
      <w:pPr>
        <w:jc w:val="left"/>
      </w:pPr>
      <w:r>
        <w:t>Report du total de la page précédente : __________________ €   |   Solde cumulé des recettes : __________________ €</w:t>
      </w:r>
    </w:p>
    <w:sectPr w:rsidR="00FC693F" w:rsidRPr="0006063C" w:rsidSect="00034616">
      <w:pgSz w:w="11906" w:h="16838"/>
      <w:pgMar w:top="850" w:right="964" w:bottom="850" w:left="9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