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tblLook w:firstColumn="1" w:firstRow="1" w:lastColumn="0" w:lastRow="0" w:noHBand="0" w:noVBand="1" w:val="04A0"/>
      </w:tblPr>
      <w:tblGrid>
        <w:gridCol w:w="10546"/>
      </w:tblGrid>
      <w:tr>
        <w:tc>
          <w:tcPr>
            <w:tcW w:type="dxa" w:w="10546"/>
            <w:shd w:val="clear" w:color="auto" w:fill="10B981"/>
          </w:tcPr>
          <w:p>
            <w:pPr>
              <w:jc w:val="center"/>
            </w:pPr>
            <w:r>
              <w:rPr>
                <w:b/>
                <w:color w:val="FFFFFF"/>
                <w:sz w:val="52"/>
              </w:rPr>
              <w:t>Lignage maternelle — PS (très large)</w:t>
            </w:r>
          </w:p>
        </w:tc>
      </w:tr>
    </w:tbl>
    <w:p/>
    <w:tbl>
      <w:tblPr>
        <w:tblW w:type="auto" w:w="0"/>
        <w:tblLayout w:type="autofit"/>
        <w:tblLook w:firstColumn="1" w:firstRow="1" w:lastColumn="0" w:lastRow="0" w:noHBand="0" w:noVBand="1" w:val="04A0"/>
      </w:tblPr>
      <w:tblGrid>
        <w:gridCol w:w="10546"/>
      </w:tblGrid>
      <w:tr>
        <w:trPr>
          <w:trHeight w:val="510" w:hRule="atLeast"/>
        </w:trPr>
        <w:tc>
          <w:tcPr>
            <w:tcW w:type="dxa" w:w="10546"/>
            <w:tcBorders>
              <w:bottom w:val="single" w:sz="8" w:space="0" w:color="E2E8F0"/>
            </w:tcBorders>
          </w:tcPr>
          <w:p/>
        </w:tc>
      </w:tr>
      <w:tr>
        <w:trPr>
          <w:trHeight w:val="510" w:hRule="atLeast"/>
        </w:trPr>
        <w:tc>
          <w:tcPr>
            <w:tcW w:type="dxa" w:w="10546"/>
            <w:tcBorders>
              <w:bottom w:val="dotted" w:sz="6" w:space="0" w:color="A1A1AA"/>
            </w:tcBorders>
          </w:tcPr>
          <w:p/>
        </w:tc>
      </w:tr>
      <w:tr>
        <w:trPr>
          <w:trHeight w:val="510" w:hRule="atLeast"/>
        </w:trPr>
        <w:tc>
          <w:tcPr>
            <w:tcW w:type="dxa" w:w="10546"/>
            <w:tcBorders>
              <w:bottom w:val="single" w:sz="18" w:space="0" w:color="64748B"/>
            </w:tcBorders>
          </w:tcPr>
          <w:p/>
        </w:tc>
      </w:tr>
      <w:tr>
        <w:trPr>
          <w:trHeight w:val="510" w:hRule="atLeast"/>
        </w:trPr>
        <w:tc>
          <w:tcPr>
            <w:tcW w:type="dxa" w:w="10546"/>
            <w:tcBorders>
              <w:bottom w:val="single" w:sz="8" w:space="0" w:color="E2E8F0"/>
            </w:tcBorders>
          </w:tcPr>
          <w:p/>
        </w:tc>
      </w:tr>
      <w:tr>
        <w:trPr>
          <w:trHeight w:val="510" w:hRule="atLeast"/>
        </w:trPr>
        <w:tc>
          <w:tcPr>
            <w:tcW w:type="dxa" w:w="10546"/>
            <w:tcBorders>
              <w:bottom w:val="dotted" w:sz="6" w:space="0" w:color="A1A1AA"/>
            </w:tcBorders>
          </w:tcPr>
          <w:p/>
        </w:tc>
      </w:tr>
      <w:tr>
        <w:trPr>
          <w:trHeight w:val="510" w:hRule="atLeast"/>
        </w:trPr>
        <w:tc>
          <w:tcPr>
            <w:tcW w:type="dxa" w:w="10546"/>
            <w:tcBorders>
              <w:bottom w:val="single" w:sz="18" w:space="0" w:color="64748B"/>
            </w:tcBorders>
          </w:tcPr>
          <w:p/>
        </w:tc>
      </w:tr>
      <w:tr>
        <w:trPr>
          <w:trHeight w:val="510" w:hRule="atLeast"/>
        </w:trPr>
        <w:tc>
          <w:tcPr>
            <w:tcW w:type="dxa" w:w="10546"/>
            <w:tcBorders>
              <w:bottom w:val="single" w:sz="8" w:space="0" w:color="E2E8F0"/>
            </w:tcBorders>
          </w:tcPr>
          <w:p/>
        </w:tc>
      </w:tr>
      <w:tr>
        <w:trPr>
          <w:trHeight w:val="510" w:hRule="atLeast"/>
        </w:trPr>
        <w:tc>
          <w:tcPr>
            <w:tcW w:type="dxa" w:w="10546"/>
            <w:tcBorders>
              <w:bottom w:val="dotted" w:sz="6" w:space="0" w:color="A1A1AA"/>
            </w:tcBorders>
          </w:tcPr>
          <w:p/>
        </w:tc>
      </w:tr>
      <w:tr>
        <w:trPr>
          <w:trHeight w:val="510" w:hRule="atLeast"/>
        </w:trPr>
        <w:tc>
          <w:tcPr>
            <w:tcW w:type="dxa" w:w="10546"/>
            <w:tcBorders>
              <w:bottom w:val="single" w:sz="18" w:space="0" w:color="64748B"/>
            </w:tcBorders>
          </w:tcPr>
          <w:p/>
        </w:tc>
      </w:tr>
      <w:tr>
        <w:trPr>
          <w:trHeight w:val="510" w:hRule="atLeast"/>
        </w:trPr>
        <w:tc>
          <w:tcPr>
            <w:tcW w:type="dxa" w:w="10546"/>
            <w:tcBorders>
              <w:bottom w:val="single" w:sz="8" w:space="0" w:color="E2E8F0"/>
            </w:tcBorders>
          </w:tcPr>
          <w:p/>
        </w:tc>
      </w:tr>
      <w:tr>
        <w:trPr>
          <w:trHeight w:val="510" w:hRule="atLeast"/>
        </w:trPr>
        <w:tc>
          <w:tcPr>
            <w:tcW w:type="dxa" w:w="10546"/>
            <w:tcBorders>
              <w:bottom w:val="dotted" w:sz="6" w:space="0" w:color="A1A1AA"/>
            </w:tcBorders>
          </w:tcPr>
          <w:p/>
        </w:tc>
      </w:tr>
      <w:tr>
        <w:trPr>
          <w:trHeight w:val="510" w:hRule="atLeast"/>
        </w:trPr>
        <w:tc>
          <w:tcPr>
            <w:tcW w:type="dxa" w:w="10546"/>
            <w:tcBorders>
              <w:bottom w:val="single" w:sz="18" w:space="0" w:color="64748B"/>
            </w:tcBorders>
          </w:tcPr>
          <w:p/>
        </w:tc>
      </w:tr>
      <w:tr>
        <w:trPr>
          <w:trHeight w:val="510" w:hRule="atLeast"/>
        </w:trPr>
        <w:tc>
          <w:tcPr>
            <w:tcW w:type="dxa" w:w="10546"/>
            <w:tcBorders>
              <w:bottom w:val="single" w:sz="8" w:space="0" w:color="E2E8F0"/>
            </w:tcBorders>
          </w:tcPr>
          <w:p/>
        </w:tc>
      </w:tr>
      <w:tr>
        <w:trPr>
          <w:trHeight w:val="510" w:hRule="atLeast"/>
        </w:trPr>
        <w:tc>
          <w:tcPr>
            <w:tcW w:type="dxa" w:w="10546"/>
            <w:tcBorders>
              <w:bottom w:val="dotted" w:sz="6" w:space="0" w:color="A1A1AA"/>
            </w:tcBorders>
          </w:tcPr>
          <w:p/>
        </w:tc>
      </w:tr>
      <w:tr>
        <w:trPr>
          <w:trHeight w:val="510" w:hRule="atLeast"/>
        </w:trPr>
        <w:tc>
          <w:tcPr>
            <w:tcW w:type="dxa" w:w="10546"/>
            <w:tcBorders>
              <w:bottom w:val="single" w:sz="18" w:space="0" w:color="64748B"/>
            </w:tcBorders>
          </w:tcPr>
          <w:p/>
        </w:tc>
      </w:tr>
      <w:tr>
        <w:trPr>
          <w:trHeight w:val="510" w:hRule="atLeast"/>
        </w:trPr>
        <w:tc>
          <w:tcPr>
            <w:tcW w:type="dxa" w:w="10546"/>
            <w:tcBorders>
              <w:bottom w:val="single" w:sz="8" w:space="0" w:color="E2E8F0"/>
            </w:tcBorders>
          </w:tcPr>
          <w:p/>
        </w:tc>
      </w:tr>
      <w:tr>
        <w:trPr>
          <w:trHeight w:val="510" w:hRule="atLeast"/>
        </w:trPr>
        <w:tc>
          <w:tcPr>
            <w:tcW w:type="dxa" w:w="10546"/>
            <w:tcBorders>
              <w:bottom w:val="dotted" w:sz="6" w:space="0" w:color="A1A1AA"/>
            </w:tcBorders>
          </w:tcPr>
          <w:p/>
        </w:tc>
      </w:tr>
      <w:tr>
        <w:trPr>
          <w:trHeight w:val="510" w:hRule="atLeast"/>
        </w:trPr>
        <w:tc>
          <w:tcPr>
            <w:tcW w:type="dxa" w:w="10546"/>
            <w:tcBorders>
              <w:bottom w:val="single" w:sz="18" w:space="0" w:color="64748B"/>
            </w:tcBorders>
          </w:tcPr>
          <w:p/>
        </w:tc>
      </w:tr>
      <w:tr>
        <w:trPr>
          <w:trHeight w:val="510" w:hRule="atLeast"/>
        </w:trPr>
        <w:tc>
          <w:tcPr>
            <w:tcW w:type="dxa" w:w="10546"/>
            <w:tcBorders>
              <w:bottom w:val="single" w:sz="8" w:space="0" w:color="E2E8F0"/>
            </w:tcBorders>
          </w:tcPr>
          <w:p/>
        </w:tc>
      </w:tr>
      <w:tr>
        <w:trPr>
          <w:trHeight w:val="510" w:hRule="atLeast"/>
        </w:trPr>
        <w:tc>
          <w:tcPr>
            <w:tcW w:type="dxa" w:w="10546"/>
            <w:tcBorders>
              <w:bottom w:val="dotted" w:sz="6" w:space="0" w:color="A1A1AA"/>
            </w:tcBorders>
          </w:tcPr>
          <w:p/>
        </w:tc>
      </w:tr>
      <w:tr>
        <w:trPr>
          <w:trHeight w:val="510" w:hRule="atLeast"/>
        </w:trPr>
        <w:tc>
          <w:tcPr>
            <w:tcW w:type="dxa" w:w="10546"/>
            <w:tcBorders>
              <w:bottom w:val="single" w:sz="18" w:space="0" w:color="64748B"/>
            </w:tcBorders>
          </w:tcPr>
          <w:p/>
        </w:tc>
      </w:tr>
    </w:tbl>
    <w:p/>
    <w:p>
      <w:r>
        <w:br w:type="page"/>
      </w:r>
    </w:p>
    <w:tbl>
      <w:tblPr>
        <w:tblW w:type="auto" w:w="0"/>
        <w:tblLook w:firstColumn="1" w:firstRow="1" w:lastColumn="0" w:lastRow="0" w:noHBand="0" w:noVBand="1" w:val="04A0"/>
      </w:tblPr>
      <w:tblGrid>
        <w:gridCol w:w="10546"/>
      </w:tblGrid>
      <w:tr>
        <w:tc>
          <w:tcPr>
            <w:tcW w:type="dxa" w:w="10546"/>
            <w:shd w:val="clear" w:color="auto" w:fill="10B981"/>
          </w:tcPr>
          <w:p>
            <w:pPr>
              <w:jc w:val="center"/>
            </w:pPr>
            <w:r>
              <w:rPr>
                <w:b/>
                <w:color w:val="FFFFFF"/>
                <w:sz w:val="52"/>
              </w:rPr>
              <w:t>Lignage maternelle — MS (large)</w:t>
            </w:r>
          </w:p>
        </w:tc>
      </w:tr>
    </w:tbl>
    <w:p/>
    <w:tbl>
      <w:tblPr>
        <w:tblW w:type="auto" w:w="0"/>
        <w:tblLayout w:type="autofit"/>
        <w:tblLook w:firstColumn="1" w:firstRow="1" w:lastColumn="0" w:lastRow="0" w:noHBand="0" w:noVBand="1" w:val="04A0"/>
      </w:tblPr>
      <w:tblGrid>
        <w:gridCol w:w="10546"/>
      </w:tblGrid>
      <w:tr>
        <w:trPr>
          <w:trHeight w:val="425" w:hRule="atLeast"/>
        </w:trPr>
        <w:tc>
          <w:tcPr>
            <w:tcW w:type="dxa" w:w="10546"/>
            <w:tcBorders>
              <w:bottom w:val="single" w:sz="8" w:space="0" w:color="E5E7EB"/>
            </w:tcBorders>
          </w:tcPr>
          <w:p/>
        </w:tc>
      </w:tr>
      <w:tr>
        <w:trPr>
          <w:trHeight w:val="425" w:hRule="atLeast"/>
        </w:trPr>
        <w:tc>
          <w:tcPr>
            <w:tcW w:type="dxa" w:w="10546"/>
            <w:tcBorders>
              <w:bottom w:val="dotted" w:sz="6" w:space="0" w:color="9CA3AF"/>
            </w:tcBorders>
          </w:tcPr>
          <w:p/>
        </w:tc>
      </w:tr>
      <w:tr>
        <w:trPr>
          <w:trHeight w:val="425" w:hRule="atLeast"/>
        </w:trPr>
        <w:tc>
          <w:tcPr>
            <w:tcW w:type="dxa" w:w="10546"/>
            <w:tcBorders>
              <w:bottom w:val="single" w:sz="18" w:space="0" w:color="64748B"/>
            </w:tcBorders>
          </w:tcPr>
          <w:p/>
        </w:tc>
      </w:tr>
      <w:tr>
        <w:trPr>
          <w:trHeight w:val="425" w:hRule="atLeast"/>
        </w:trPr>
        <w:tc>
          <w:tcPr>
            <w:tcW w:type="dxa" w:w="10546"/>
            <w:tcBorders>
              <w:bottom w:val="single" w:sz="8" w:space="0" w:color="E5E7EB"/>
            </w:tcBorders>
          </w:tcPr>
          <w:p/>
        </w:tc>
      </w:tr>
      <w:tr>
        <w:trPr>
          <w:trHeight w:val="425" w:hRule="atLeast"/>
        </w:trPr>
        <w:tc>
          <w:tcPr>
            <w:tcW w:type="dxa" w:w="10546"/>
            <w:tcBorders>
              <w:bottom w:val="dotted" w:sz="6" w:space="0" w:color="9CA3AF"/>
            </w:tcBorders>
          </w:tcPr>
          <w:p/>
        </w:tc>
      </w:tr>
      <w:tr>
        <w:trPr>
          <w:trHeight w:val="425" w:hRule="atLeast"/>
        </w:trPr>
        <w:tc>
          <w:tcPr>
            <w:tcW w:type="dxa" w:w="10546"/>
            <w:tcBorders>
              <w:bottom w:val="single" w:sz="18" w:space="0" w:color="64748B"/>
            </w:tcBorders>
          </w:tcPr>
          <w:p/>
        </w:tc>
      </w:tr>
      <w:tr>
        <w:trPr>
          <w:trHeight w:val="425" w:hRule="atLeast"/>
        </w:trPr>
        <w:tc>
          <w:tcPr>
            <w:tcW w:type="dxa" w:w="10546"/>
            <w:tcBorders>
              <w:bottom w:val="single" w:sz="8" w:space="0" w:color="E5E7EB"/>
            </w:tcBorders>
          </w:tcPr>
          <w:p/>
        </w:tc>
      </w:tr>
      <w:tr>
        <w:trPr>
          <w:trHeight w:val="425" w:hRule="atLeast"/>
        </w:trPr>
        <w:tc>
          <w:tcPr>
            <w:tcW w:type="dxa" w:w="10546"/>
            <w:tcBorders>
              <w:bottom w:val="dotted" w:sz="6" w:space="0" w:color="9CA3AF"/>
            </w:tcBorders>
          </w:tcPr>
          <w:p/>
        </w:tc>
      </w:tr>
      <w:tr>
        <w:trPr>
          <w:trHeight w:val="425" w:hRule="atLeast"/>
        </w:trPr>
        <w:tc>
          <w:tcPr>
            <w:tcW w:type="dxa" w:w="10546"/>
            <w:tcBorders>
              <w:bottom w:val="single" w:sz="18" w:space="0" w:color="64748B"/>
            </w:tcBorders>
          </w:tcPr>
          <w:p/>
        </w:tc>
      </w:tr>
      <w:tr>
        <w:trPr>
          <w:trHeight w:val="425" w:hRule="atLeast"/>
        </w:trPr>
        <w:tc>
          <w:tcPr>
            <w:tcW w:type="dxa" w:w="10546"/>
            <w:tcBorders>
              <w:bottom w:val="single" w:sz="8" w:space="0" w:color="E5E7EB"/>
            </w:tcBorders>
          </w:tcPr>
          <w:p/>
        </w:tc>
      </w:tr>
      <w:tr>
        <w:trPr>
          <w:trHeight w:val="425" w:hRule="atLeast"/>
        </w:trPr>
        <w:tc>
          <w:tcPr>
            <w:tcW w:type="dxa" w:w="10546"/>
            <w:tcBorders>
              <w:bottom w:val="dotted" w:sz="6" w:space="0" w:color="9CA3AF"/>
            </w:tcBorders>
          </w:tcPr>
          <w:p/>
        </w:tc>
      </w:tr>
      <w:tr>
        <w:trPr>
          <w:trHeight w:val="425" w:hRule="atLeast"/>
        </w:trPr>
        <w:tc>
          <w:tcPr>
            <w:tcW w:type="dxa" w:w="10546"/>
            <w:tcBorders>
              <w:bottom w:val="single" w:sz="18" w:space="0" w:color="64748B"/>
            </w:tcBorders>
          </w:tcPr>
          <w:p/>
        </w:tc>
      </w:tr>
      <w:tr>
        <w:trPr>
          <w:trHeight w:val="425" w:hRule="atLeast"/>
        </w:trPr>
        <w:tc>
          <w:tcPr>
            <w:tcW w:type="dxa" w:w="10546"/>
            <w:tcBorders>
              <w:bottom w:val="single" w:sz="8" w:space="0" w:color="E5E7EB"/>
            </w:tcBorders>
          </w:tcPr>
          <w:p/>
        </w:tc>
      </w:tr>
      <w:tr>
        <w:trPr>
          <w:trHeight w:val="425" w:hRule="atLeast"/>
        </w:trPr>
        <w:tc>
          <w:tcPr>
            <w:tcW w:type="dxa" w:w="10546"/>
            <w:tcBorders>
              <w:bottom w:val="dotted" w:sz="6" w:space="0" w:color="9CA3AF"/>
            </w:tcBorders>
          </w:tcPr>
          <w:p/>
        </w:tc>
      </w:tr>
      <w:tr>
        <w:trPr>
          <w:trHeight w:val="425" w:hRule="atLeast"/>
        </w:trPr>
        <w:tc>
          <w:tcPr>
            <w:tcW w:type="dxa" w:w="10546"/>
            <w:tcBorders>
              <w:bottom w:val="single" w:sz="18" w:space="0" w:color="64748B"/>
            </w:tcBorders>
          </w:tcPr>
          <w:p/>
        </w:tc>
      </w:tr>
      <w:tr>
        <w:trPr>
          <w:trHeight w:val="425" w:hRule="atLeast"/>
        </w:trPr>
        <w:tc>
          <w:tcPr>
            <w:tcW w:type="dxa" w:w="10546"/>
            <w:tcBorders>
              <w:bottom w:val="single" w:sz="8" w:space="0" w:color="E5E7EB"/>
            </w:tcBorders>
          </w:tcPr>
          <w:p/>
        </w:tc>
      </w:tr>
      <w:tr>
        <w:trPr>
          <w:trHeight w:val="425" w:hRule="atLeast"/>
        </w:trPr>
        <w:tc>
          <w:tcPr>
            <w:tcW w:type="dxa" w:w="10546"/>
            <w:tcBorders>
              <w:bottom w:val="dotted" w:sz="6" w:space="0" w:color="9CA3AF"/>
            </w:tcBorders>
          </w:tcPr>
          <w:p/>
        </w:tc>
      </w:tr>
      <w:tr>
        <w:trPr>
          <w:trHeight w:val="425" w:hRule="atLeast"/>
        </w:trPr>
        <w:tc>
          <w:tcPr>
            <w:tcW w:type="dxa" w:w="10546"/>
            <w:tcBorders>
              <w:bottom w:val="single" w:sz="18" w:space="0" w:color="64748B"/>
            </w:tcBorders>
          </w:tcPr>
          <w:p/>
        </w:tc>
      </w:tr>
      <w:tr>
        <w:trPr>
          <w:trHeight w:val="425" w:hRule="atLeast"/>
        </w:trPr>
        <w:tc>
          <w:tcPr>
            <w:tcW w:type="dxa" w:w="10546"/>
            <w:tcBorders>
              <w:bottom w:val="single" w:sz="8" w:space="0" w:color="E5E7EB"/>
            </w:tcBorders>
          </w:tcPr>
          <w:p/>
        </w:tc>
      </w:tr>
      <w:tr>
        <w:trPr>
          <w:trHeight w:val="425" w:hRule="atLeast"/>
        </w:trPr>
        <w:tc>
          <w:tcPr>
            <w:tcW w:type="dxa" w:w="10546"/>
            <w:tcBorders>
              <w:bottom w:val="dotted" w:sz="6" w:space="0" w:color="9CA3AF"/>
            </w:tcBorders>
          </w:tcPr>
          <w:p/>
        </w:tc>
      </w:tr>
      <w:tr>
        <w:trPr>
          <w:trHeight w:val="425" w:hRule="atLeast"/>
        </w:trPr>
        <w:tc>
          <w:tcPr>
            <w:tcW w:type="dxa" w:w="10546"/>
            <w:tcBorders>
              <w:bottom w:val="single" w:sz="18" w:space="0" w:color="64748B"/>
            </w:tcBorders>
          </w:tcPr>
          <w:p/>
        </w:tc>
      </w:tr>
      <w:tr>
        <w:trPr>
          <w:trHeight w:val="425" w:hRule="atLeast"/>
        </w:trPr>
        <w:tc>
          <w:tcPr>
            <w:tcW w:type="dxa" w:w="10546"/>
            <w:tcBorders>
              <w:bottom w:val="single" w:sz="8" w:space="0" w:color="E5E7EB"/>
            </w:tcBorders>
          </w:tcPr>
          <w:p/>
        </w:tc>
      </w:tr>
      <w:tr>
        <w:trPr>
          <w:trHeight w:val="425" w:hRule="atLeast"/>
        </w:trPr>
        <w:tc>
          <w:tcPr>
            <w:tcW w:type="dxa" w:w="10546"/>
            <w:tcBorders>
              <w:bottom w:val="dotted" w:sz="6" w:space="0" w:color="9CA3AF"/>
            </w:tcBorders>
          </w:tcPr>
          <w:p/>
        </w:tc>
      </w:tr>
      <w:tr>
        <w:trPr>
          <w:trHeight w:val="425" w:hRule="atLeast"/>
        </w:trPr>
        <w:tc>
          <w:tcPr>
            <w:tcW w:type="dxa" w:w="10546"/>
            <w:tcBorders>
              <w:bottom w:val="single" w:sz="18" w:space="0" w:color="64748B"/>
            </w:tcBorders>
          </w:tcPr>
          <w:p/>
        </w:tc>
      </w:tr>
      <w:tr>
        <w:trPr>
          <w:trHeight w:val="425" w:hRule="atLeast"/>
        </w:trPr>
        <w:tc>
          <w:tcPr>
            <w:tcW w:type="dxa" w:w="10546"/>
            <w:tcBorders>
              <w:bottom w:val="single" w:sz="8" w:space="0" w:color="E5E7EB"/>
            </w:tcBorders>
          </w:tcPr>
          <w:p/>
        </w:tc>
      </w:tr>
      <w:tr>
        <w:trPr>
          <w:trHeight w:val="425" w:hRule="atLeast"/>
        </w:trPr>
        <w:tc>
          <w:tcPr>
            <w:tcW w:type="dxa" w:w="10546"/>
            <w:tcBorders>
              <w:bottom w:val="dotted" w:sz="6" w:space="0" w:color="9CA3AF"/>
            </w:tcBorders>
          </w:tcPr>
          <w:p/>
        </w:tc>
      </w:tr>
      <w:tr>
        <w:trPr>
          <w:trHeight w:val="425" w:hRule="atLeast"/>
        </w:trPr>
        <w:tc>
          <w:tcPr>
            <w:tcW w:type="dxa" w:w="10546"/>
            <w:tcBorders>
              <w:bottom w:val="single" w:sz="18" w:space="0" w:color="64748B"/>
            </w:tcBorders>
          </w:tcPr>
          <w:p/>
        </w:tc>
      </w:tr>
    </w:tbl>
    <w:p/>
    <w:p>
      <w:r>
        <w:br w:type="page"/>
      </w:r>
    </w:p>
    <w:tbl>
      <w:tblPr>
        <w:tblW w:type="auto" w:w="0"/>
        <w:tblLook w:firstColumn="1" w:firstRow="1" w:lastColumn="0" w:lastRow="0" w:noHBand="0" w:noVBand="1" w:val="04A0"/>
      </w:tblPr>
      <w:tblGrid>
        <w:gridCol w:w="10546"/>
      </w:tblGrid>
      <w:tr>
        <w:tc>
          <w:tcPr>
            <w:tcW w:type="dxa" w:w="10546"/>
            <w:shd w:val="clear" w:color="auto" w:fill="10B981"/>
          </w:tcPr>
          <w:p>
            <w:pPr>
              <w:jc w:val="center"/>
            </w:pPr>
            <w:r>
              <w:rPr>
                <w:b/>
                <w:color w:val="FFFFFF"/>
                <w:sz w:val="52"/>
              </w:rPr>
              <w:t>Lignage maternelle — GS (type Seyès large)</w:t>
            </w:r>
          </w:p>
        </w:tc>
      </w:tr>
    </w:tbl>
    <w:p/>
    <w:tbl>
      <w:tblPr>
        <w:tblW w:type="auto" w:w="0"/>
        <w:tblLayout w:type="autofit"/>
        <w:tblLook w:firstColumn="1" w:firstRow="1" w:lastColumn="0" w:lastRow="0" w:noHBand="0" w:noVBand="1" w:val="04A0"/>
      </w:tblPr>
      <w:tblGrid>
        <w:gridCol w:w="10546"/>
      </w:tblGrid>
      <w:tr>
        <w:trPr>
          <w:trHeight w:val="368" w:hRule="atLeast"/>
        </w:trPr>
        <w:tc>
          <w:tcPr>
            <w:tcW w:type="dxa" w:w="10546"/>
            <w:tcBorders>
              <w:bottom w:val="single" w:sz="8" w:space="0" w:color="CBD5E1"/>
            </w:tcBorders>
          </w:tcPr>
          <w:p/>
        </w:tc>
      </w:tr>
      <w:tr>
        <w:trPr>
          <w:trHeight w:val="368" w:hRule="atLeast"/>
        </w:trPr>
        <w:tc>
          <w:tcPr>
            <w:tcW w:type="dxa" w:w="10546"/>
            <w:tcBorders>
              <w:bottom w:val="dotted" w:sz="6" w:space="0" w:color="94A3B8"/>
            </w:tcBorders>
          </w:tcPr>
          <w:p/>
        </w:tc>
      </w:tr>
      <w:tr>
        <w:trPr>
          <w:trHeight w:val="368" w:hRule="atLeast"/>
        </w:trPr>
        <w:tc>
          <w:tcPr>
            <w:tcW w:type="dxa" w:w="10546"/>
            <w:tcBorders>
              <w:bottom w:val="single" w:sz="18" w:space="0" w:color="475569"/>
            </w:tcBorders>
          </w:tcPr>
          <w:p/>
        </w:tc>
      </w:tr>
      <w:tr>
        <w:trPr>
          <w:trHeight w:val="368" w:hRule="atLeast"/>
        </w:trPr>
        <w:tc>
          <w:tcPr>
            <w:tcW w:type="dxa" w:w="10546"/>
            <w:tcBorders>
              <w:bottom w:val="single" w:sz="8" w:space="0" w:color="CBD5E1"/>
            </w:tcBorders>
          </w:tcPr>
          <w:p/>
        </w:tc>
      </w:tr>
      <w:tr>
        <w:trPr>
          <w:trHeight w:val="368" w:hRule="atLeast"/>
        </w:trPr>
        <w:tc>
          <w:tcPr>
            <w:tcW w:type="dxa" w:w="10546"/>
            <w:tcBorders>
              <w:bottom w:val="dotted" w:sz="6" w:space="0" w:color="94A3B8"/>
            </w:tcBorders>
          </w:tcPr>
          <w:p/>
        </w:tc>
      </w:tr>
      <w:tr>
        <w:trPr>
          <w:trHeight w:val="368" w:hRule="atLeast"/>
        </w:trPr>
        <w:tc>
          <w:tcPr>
            <w:tcW w:type="dxa" w:w="10546"/>
            <w:tcBorders>
              <w:bottom w:val="single" w:sz="18" w:space="0" w:color="475569"/>
            </w:tcBorders>
          </w:tcPr>
          <w:p/>
        </w:tc>
      </w:tr>
      <w:tr>
        <w:trPr>
          <w:trHeight w:val="368" w:hRule="atLeast"/>
        </w:trPr>
        <w:tc>
          <w:tcPr>
            <w:tcW w:type="dxa" w:w="10546"/>
            <w:tcBorders>
              <w:bottom w:val="single" w:sz="8" w:space="0" w:color="CBD5E1"/>
            </w:tcBorders>
          </w:tcPr>
          <w:p/>
        </w:tc>
      </w:tr>
      <w:tr>
        <w:trPr>
          <w:trHeight w:val="368" w:hRule="atLeast"/>
        </w:trPr>
        <w:tc>
          <w:tcPr>
            <w:tcW w:type="dxa" w:w="10546"/>
            <w:tcBorders>
              <w:bottom w:val="dotted" w:sz="6" w:space="0" w:color="94A3B8"/>
            </w:tcBorders>
          </w:tcPr>
          <w:p/>
        </w:tc>
      </w:tr>
      <w:tr>
        <w:trPr>
          <w:trHeight w:val="368" w:hRule="atLeast"/>
        </w:trPr>
        <w:tc>
          <w:tcPr>
            <w:tcW w:type="dxa" w:w="10546"/>
            <w:tcBorders>
              <w:bottom w:val="single" w:sz="18" w:space="0" w:color="475569"/>
            </w:tcBorders>
          </w:tcPr>
          <w:p/>
        </w:tc>
      </w:tr>
      <w:tr>
        <w:trPr>
          <w:trHeight w:val="368" w:hRule="atLeast"/>
        </w:trPr>
        <w:tc>
          <w:tcPr>
            <w:tcW w:type="dxa" w:w="10546"/>
            <w:tcBorders>
              <w:bottom w:val="single" w:sz="8" w:space="0" w:color="CBD5E1"/>
            </w:tcBorders>
          </w:tcPr>
          <w:p/>
        </w:tc>
      </w:tr>
      <w:tr>
        <w:trPr>
          <w:trHeight w:val="368" w:hRule="atLeast"/>
        </w:trPr>
        <w:tc>
          <w:tcPr>
            <w:tcW w:type="dxa" w:w="10546"/>
            <w:tcBorders>
              <w:bottom w:val="dotted" w:sz="6" w:space="0" w:color="94A3B8"/>
            </w:tcBorders>
          </w:tcPr>
          <w:p/>
        </w:tc>
      </w:tr>
      <w:tr>
        <w:trPr>
          <w:trHeight w:val="368" w:hRule="atLeast"/>
        </w:trPr>
        <w:tc>
          <w:tcPr>
            <w:tcW w:type="dxa" w:w="10546"/>
            <w:tcBorders>
              <w:bottom w:val="single" w:sz="18" w:space="0" w:color="475569"/>
            </w:tcBorders>
          </w:tcPr>
          <w:p/>
        </w:tc>
      </w:tr>
      <w:tr>
        <w:trPr>
          <w:trHeight w:val="368" w:hRule="atLeast"/>
        </w:trPr>
        <w:tc>
          <w:tcPr>
            <w:tcW w:type="dxa" w:w="10546"/>
            <w:tcBorders>
              <w:bottom w:val="single" w:sz="8" w:space="0" w:color="CBD5E1"/>
            </w:tcBorders>
          </w:tcPr>
          <w:p/>
        </w:tc>
      </w:tr>
      <w:tr>
        <w:trPr>
          <w:trHeight w:val="368" w:hRule="atLeast"/>
        </w:trPr>
        <w:tc>
          <w:tcPr>
            <w:tcW w:type="dxa" w:w="10546"/>
            <w:tcBorders>
              <w:bottom w:val="dotted" w:sz="6" w:space="0" w:color="94A3B8"/>
            </w:tcBorders>
          </w:tcPr>
          <w:p/>
        </w:tc>
      </w:tr>
      <w:tr>
        <w:trPr>
          <w:trHeight w:val="368" w:hRule="atLeast"/>
        </w:trPr>
        <w:tc>
          <w:tcPr>
            <w:tcW w:type="dxa" w:w="10546"/>
            <w:tcBorders>
              <w:bottom w:val="single" w:sz="18" w:space="0" w:color="475569"/>
            </w:tcBorders>
          </w:tcPr>
          <w:p/>
        </w:tc>
      </w:tr>
      <w:tr>
        <w:trPr>
          <w:trHeight w:val="368" w:hRule="atLeast"/>
        </w:trPr>
        <w:tc>
          <w:tcPr>
            <w:tcW w:type="dxa" w:w="10546"/>
            <w:tcBorders>
              <w:bottom w:val="single" w:sz="8" w:space="0" w:color="CBD5E1"/>
            </w:tcBorders>
          </w:tcPr>
          <w:p/>
        </w:tc>
      </w:tr>
      <w:tr>
        <w:trPr>
          <w:trHeight w:val="368" w:hRule="atLeast"/>
        </w:trPr>
        <w:tc>
          <w:tcPr>
            <w:tcW w:type="dxa" w:w="10546"/>
            <w:tcBorders>
              <w:bottom w:val="dotted" w:sz="6" w:space="0" w:color="94A3B8"/>
            </w:tcBorders>
          </w:tcPr>
          <w:p/>
        </w:tc>
      </w:tr>
      <w:tr>
        <w:trPr>
          <w:trHeight w:val="368" w:hRule="atLeast"/>
        </w:trPr>
        <w:tc>
          <w:tcPr>
            <w:tcW w:type="dxa" w:w="10546"/>
            <w:tcBorders>
              <w:bottom w:val="single" w:sz="18" w:space="0" w:color="475569"/>
            </w:tcBorders>
          </w:tcPr>
          <w:p/>
        </w:tc>
      </w:tr>
      <w:tr>
        <w:trPr>
          <w:trHeight w:val="368" w:hRule="atLeast"/>
        </w:trPr>
        <w:tc>
          <w:tcPr>
            <w:tcW w:type="dxa" w:w="10546"/>
            <w:tcBorders>
              <w:bottom w:val="single" w:sz="8" w:space="0" w:color="CBD5E1"/>
            </w:tcBorders>
          </w:tcPr>
          <w:p/>
        </w:tc>
      </w:tr>
      <w:tr>
        <w:trPr>
          <w:trHeight w:val="368" w:hRule="atLeast"/>
        </w:trPr>
        <w:tc>
          <w:tcPr>
            <w:tcW w:type="dxa" w:w="10546"/>
            <w:tcBorders>
              <w:bottom w:val="dotted" w:sz="6" w:space="0" w:color="94A3B8"/>
            </w:tcBorders>
          </w:tcPr>
          <w:p/>
        </w:tc>
      </w:tr>
      <w:tr>
        <w:trPr>
          <w:trHeight w:val="368" w:hRule="atLeast"/>
        </w:trPr>
        <w:tc>
          <w:tcPr>
            <w:tcW w:type="dxa" w:w="10546"/>
            <w:tcBorders>
              <w:bottom w:val="single" w:sz="18" w:space="0" w:color="475569"/>
            </w:tcBorders>
          </w:tcPr>
          <w:p/>
        </w:tc>
      </w:tr>
      <w:tr>
        <w:trPr>
          <w:trHeight w:val="368" w:hRule="atLeast"/>
        </w:trPr>
        <w:tc>
          <w:tcPr>
            <w:tcW w:type="dxa" w:w="10546"/>
            <w:tcBorders>
              <w:bottom w:val="single" w:sz="8" w:space="0" w:color="CBD5E1"/>
            </w:tcBorders>
          </w:tcPr>
          <w:p/>
        </w:tc>
      </w:tr>
      <w:tr>
        <w:trPr>
          <w:trHeight w:val="368" w:hRule="atLeast"/>
        </w:trPr>
        <w:tc>
          <w:tcPr>
            <w:tcW w:type="dxa" w:w="10546"/>
            <w:tcBorders>
              <w:bottom w:val="dotted" w:sz="6" w:space="0" w:color="94A3B8"/>
            </w:tcBorders>
          </w:tcPr>
          <w:p/>
        </w:tc>
      </w:tr>
      <w:tr>
        <w:trPr>
          <w:trHeight w:val="368" w:hRule="atLeast"/>
        </w:trPr>
        <w:tc>
          <w:tcPr>
            <w:tcW w:type="dxa" w:w="10546"/>
            <w:tcBorders>
              <w:bottom w:val="single" w:sz="18" w:space="0" w:color="475569"/>
            </w:tcBorders>
          </w:tcPr>
          <w:p/>
        </w:tc>
      </w:tr>
      <w:tr>
        <w:trPr>
          <w:trHeight w:val="368" w:hRule="atLeast"/>
        </w:trPr>
        <w:tc>
          <w:tcPr>
            <w:tcW w:type="dxa" w:w="10546"/>
            <w:tcBorders>
              <w:bottom w:val="single" w:sz="8" w:space="0" w:color="CBD5E1"/>
            </w:tcBorders>
          </w:tcPr>
          <w:p/>
        </w:tc>
      </w:tr>
      <w:tr>
        <w:trPr>
          <w:trHeight w:val="368" w:hRule="atLeast"/>
        </w:trPr>
        <w:tc>
          <w:tcPr>
            <w:tcW w:type="dxa" w:w="10546"/>
            <w:tcBorders>
              <w:bottom w:val="dotted" w:sz="6" w:space="0" w:color="94A3B8"/>
            </w:tcBorders>
          </w:tcPr>
          <w:p/>
        </w:tc>
      </w:tr>
      <w:tr>
        <w:trPr>
          <w:trHeight w:val="368" w:hRule="atLeast"/>
        </w:trPr>
        <w:tc>
          <w:tcPr>
            <w:tcW w:type="dxa" w:w="10546"/>
            <w:tcBorders>
              <w:bottom w:val="single" w:sz="18" w:space="0" w:color="475569"/>
            </w:tcBorders>
          </w:tcPr>
          <w:p/>
        </w:tc>
      </w:tr>
      <w:tr>
        <w:trPr>
          <w:trHeight w:val="368" w:hRule="atLeast"/>
        </w:trPr>
        <w:tc>
          <w:tcPr>
            <w:tcW w:type="dxa" w:w="10546"/>
            <w:tcBorders>
              <w:bottom w:val="single" w:sz="8" w:space="0" w:color="CBD5E1"/>
            </w:tcBorders>
          </w:tcPr>
          <w:p/>
        </w:tc>
      </w:tr>
      <w:tr>
        <w:trPr>
          <w:trHeight w:val="368" w:hRule="atLeast"/>
        </w:trPr>
        <w:tc>
          <w:tcPr>
            <w:tcW w:type="dxa" w:w="10546"/>
            <w:tcBorders>
              <w:bottom w:val="dotted" w:sz="6" w:space="0" w:color="94A3B8"/>
            </w:tcBorders>
          </w:tcPr>
          <w:p/>
        </w:tc>
      </w:tr>
      <w:tr>
        <w:trPr>
          <w:trHeight w:val="368" w:hRule="atLeast"/>
        </w:trPr>
        <w:tc>
          <w:tcPr>
            <w:tcW w:type="dxa" w:w="10546"/>
            <w:tcBorders>
              <w:bottom w:val="single" w:sz="18" w:space="0" w:color="475569"/>
            </w:tcBorders>
          </w:tcPr>
          <w:p/>
        </w:tc>
      </w:tr>
      <w:tr>
        <w:trPr>
          <w:trHeight w:val="368" w:hRule="atLeast"/>
        </w:trPr>
        <w:tc>
          <w:tcPr>
            <w:tcW w:type="dxa" w:w="10546"/>
            <w:tcBorders>
              <w:bottom w:val="single" w:sz="8" w:space="0" w:color="CBD5E1"/>
            </w:tcBorders>
          </w:tcPr>
          <w:p/>
        </w:tc>
      </w:tr>
      <w:tr>
        <w:trPr>
          <w:trHeight w:val="368" w:hRule="atLeast"/>
        </w:trPr>
        <w:tc>
          <w:tcPr>
            <w:tcW w:type="dxa" w:w="10546"/>
            <w:tcBorders>
              <w:bottom w:val="dotted" w:sz="6" w:space="0" w:color="94A3B8"/>
            </w:tcBorders>
          </w:tcPr>
          <w:p/>
        </w:tc>
      </w:tr>
      <w:tr>
        <w:trPr>
          <w:trHeight w:val="368" w:hRule="atLeast"/>
        </w:trPr>
        <w:tc>
          <w:tcPr>
            <w:tcW w:type="dxa" w:w="10546"/>
            <w:tcBorders>
              <w:bottom w:val="single" w:sz="18" w:space="0" w:color="475569"/>
            </w:tcBorders>
          </w:tcPr>
          <w:p/>
        </w:tc>
      </w:tr>
    </w:tbl>
    <w:p/>
    <w:sectPr w:rsidR="00FC693F" w:rsidRPr="0006063C" w:rsidSect="00034616">
      <w:footerReference w:type="default" r:id="rId9"/>
      <w:pgSz w:w="11906" w:h="16838"/>
      <w:pgMar w:top="680" w:right="680" w:bottom="680" w:left="6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color w:val="64748B"/>
        <w:sz w:val="18"/>
      </w:rPr>
      <w:t>lecoursgratuit.com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