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36"/>
      </w:tblGrid>
      <w:tr>
        <w:tc>
          <w:tcPr>
            <w:tcW w:type="dxa" w:w="9936"/>
            <w:shd w:val="clear" w:color="auto" w:fill="D6DBDF"/>
          </w:tcPr>
          <w:p>
            <w:pPr>
              <w:jc w:val="center"/>
            </w:pPr>
            <w:r>
              <w:rPr>
                <w:b/>
                <w:sz w:val="22"/>
              </w:rPr>
              <w:t>PROCÈS-VERBAL DE RÉCEPTION DE TRAVAUX</w:t>
              <w:br/>
              <w:t>FORMULAIRE DÉTAILLÉ – MARCHÉ PRIVÉ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  <w:shd w:val="clear" w:color="auto" w:fill="F2F3F4"/>
          </w:tcPr>
          <w:p>
            <w:pPr>
              <w:spacing w:after="20" w:before="0"/>
            </w:pPr>
            <w:r>
              <w:rPr>
                <w:b/>
              </w:rPr>
              <w:t>I. IDENTIFICATION DE L’OPÉRATION ET DES PARTIES</w:t>
            </w:r>
          </w:p>
        </w:tc>
        <w:tc>
          <w:tcPr>
            <w:tcW w:type="dxa" w:w="4968"/>
            <w:shd w:val="clear" w:color="auto" w:fill="F2F3F4"/>
          </w:tcPr>
          <w:p>
            <w:r/>
          </w:p>
        </w:tc>
      </w:tr>
      <w:tr>
        <w:tc>
          <w:tcPr>
            <w:tcW w:type="dxa" w:w="4968"/>
          </w:tcPr>
          <w:p>
            <w:r>
              <w:t>Maître d’ouvrage</w:t>
            </w:r>
          </w:p>
        </w:tc>
        <w:tc>
          <w:tcPr>
            <w:tcW w:type="dxa" w:w="4968"/>
          </w:tcPr>
          <w:p>
            <w:r>
              <w:t>Nom / raison sociale : ______________________________________</w:t>
              <w:br/>
              <w:t>Adresse : _________________________________________________</w:t>
              <w:br/>
              <w:t>Tél. / E-mail : _____________________________________________</w:t>
            </w:r>
          </w:p>
        </w:tc>
      </w:tr>
      <w:tr>
        <w:tc>
          <w:tcPr>
            <w:tcW w:type="dxa" w:w="4968"/>
          </w:tcPr>
          <w:p>
            <w:r>
              <w:t>Représentant du maître d’ouvrage</w:t>
            </w:r>
          </w:p>
        </w:tc>
        <w:tc>
          <w:tcPr>
            <w:tcW w:type="dxa" w:w="4968"/>
          </w:tcPr>
          <w:p>
            <w:r>
              <w:t>Fonction : ______________________  Nom, prénom : __________________________</w:t>
            </w:r>
          </w:p>
        </w:tc>
      </w:tr>
      <w:tr>
        <w:tc>
          <w:tcPr>
            <w:tcW w:type="dxa" w:w="4968"/>
          </w:tcPr>
          <w:p>
            <w:r>
              <w:t>Entreprise de travaux</w:t>
            </w:r>
          </w:p>
        </w:tc>
        <w:tc>
          <w:tcPr>
            <w:tcW w:type="dxa" w:w="4968"/>
          </w:tcPr>
          <w:p>
            <w:r>
              <w:t>Raison sociale : ____________________________________________</w:t>
              <w:br/>
              <w:t>Adresse : _________________________________________________</w:t>
            </w:r>
          </w:p>
        </w:tc>
      </w:tr>
      <w:tr>
        <w:tc>
          <w:tcPr>
            <w:tcW w:type="dxa" w:w="4968"/>
          </w:tcPr>
          <w:p>
            <w:r>
              <w:t>Représentant de l’entreprise</w:t>
            </w:r>
          </w:p>
        </w:tc>
        <w:tc>
          <w:tcPr>
            <w:tcW w:type="dxa" w:w="4968"/>
          </w:tcPr>
          <w:p>
            <w:r>
              <w:t>Fonction : ______________________  Nom, prénom : __________________________</w:t>
            </w:r>
          </w:p>
        </w:tc>
      </w:tr>
      <w:tr>
        <w:tc>
          <w:tcPr>
            <w:tcW w:type="dxa" w:w="4968"/>
          </w:tcPr>
          <w:p>
            <w:r>
              <w:t>Maître d’œuvre (le cas échéant)</w:t>
            </w:r>
          </w:p>
        </w:tc>
        <w:tc>
          <w:tcPr>
            <w:tcW w:type="dxa" w:w="4968"/>
          </w:tcPr>
          <w:p>
            <w:r>
              <w:t>Nom / cabinet : _____________________________________________</w:t>
              <w:br/>
              <w:t>Référent : __________________________  Tél. : ________________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  <w:shd w:val="clear" w:color="auto" w:fill="F2F3F4"/>
          </w:tcPr>
          <w:p>
            <w:pPr>
              <w:spacing w:after="20" w:before="0"/>
            </w:pPr>
            <w:r>
              <w:rPr>
                <w:b/>
              </w:rPr>
              <w:t>II. DONNÉES CONTRACTUELLES DU MARCHÉ</w:t>
            </w:r>
          </w:p>
        </w:tc>
        <w:tc>
          <w:tcPr>
            <w:tcW w:type="dxa" w:w="4968"/>
            <w:shd w:val="clear" w:color="auto" w:fill="F2F3F4"/>
          </w:tcPr>
          <w:p>
            <w:r/>
          </w:p>
        </w:tc>
      </w:tr>
      <w:tr>
        <w:tc>
          <w:tcPr>
            <w:tcW w:type="dxa" w:w="4968"/>
          </w:tcPr>
          <w:p>
            <w:r>
              <w:t>Objet des travaux</w:t>
            </w:r>
          </w:p>
        </w:tc>
        <w:tc>
          <w:tcPr>
            <w:tcW w:type="dxa" w:w="4968"/>
          </w:tcPr>
          <w:p>
            <w:r>
              <w:t>___________________________________________________________</w:t>
              <w:br/>
              <w:t>___________________________________________________________</w:t>
            </w:r>
          </w:p>
        </w:tc>
      </w:tr>
      <w:tr>
        <w:tc>
          <w:tcPr>
            <w:tcW w:type="dxa" w:w="4968"/>
          </w:tcPr>
          <w:p>
            <w:r>
              <w:t>Lieu des travaux</w:t>
            </w:r>
          </w:p>
        </w:tc>
        <w:tc>
          <w:tcPr>
            <w:tcW w:type="dxa" w:w="4968"/>
          </w:tcPr>
          <w:p>
            <w:r>
              <w:t>___________________________________________________________</w:t>
            </w:r>
          </w:p>
        </w:tc>
      </w:tr>
      <w:tr>
        <w:tc>
          <w:tcPr>
            <w:tcW w:type="dxa" w:w="4968"/>
          </w:tcPr>
          <w:p>
            <w:r>
              <w:t>Référence devis / marché</w:t>
            </w:r>
          </w:p>
        </w:tc>
        <w:tc>
          <w:tcPr>
            <w:tcW w:type="dxa" w:w="4968"/>
          </w:tcPr>
          <w:p>
            <w:r>
              <w:t>Devis / Marché n° : ________________   Date : ____ / ____ / ______</w:t>
            </w:r>
          </w:p>
        </w:tc>
      </w:tr>
      <w:tr>
        <w:tc>
          <w:tcPr>
            <w:tcW w:type="dxa" w:w="4968"/>
          </w:tcPr>
          <w:p>
            <w:r>
              <w:t>Montant et avenants</w:t>
            </w:r>
          </w:p>
        </w:tc>
        <w:tc>
          <w:tcPr>
            <w:tcW w:type="dxa" w:w="4968"/>
          </w:tcPr>
          <w:p>
            <w:r>
              <w:t>Montant TTC initial : ______________ €</w:t>
              <w:br/>
              <w:t>Avenant(s) : ______________________  Montant total TTC : __________ €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  <w:shd w:val="clear" w:color="auto" w:fill="F2F3F4"/>
          </w:tcPr>
          <w:p>
            <w:pPr>
              <w:spacing w:after="20" w:before="0"/>
            </w:pPr>
            <w:r>
              <w:rPr>
                <w:b/>
              </w:rPr>
              <w:t>III. RÉCEPTION – RÉUNION SUR SITE</w:t>
            </w:r>
          </w:p>
        </w:tc>
        <w:tc>
          <w:tcPr>
            <w:tcW w:type="dxa" w:w="4968"/>
            <w:shd w:val="clear" w:color="auto" w:fill="F2F3F4"/>
          </w:tcPr>
          <w:p>
            <w:r/>
          </w:p>
        </w:tc>
      </w:tr>
      <w:tr>
        <w:tc>
          <w:tcPr>
            <w:tcW w:type="dxa" w:w="4968"/>
          </w:tcPr>
          <w:p>
            <w:r>
              <w:t>Date – heure – lieu</w:t>
            </w:r>
          </w:p>
        </w:tc>
        <w:tc>
          <w:tcPr>
            <w:tcW w:type="dxa" w:w="4968"/>
          </w:tcPr>
          <w:p>
            <w:r>
              <w:t>Date : ____ / ____ / ______   Heure : ______</w:t>
              <w:br/>
              <w:t>Lieu de la visite : _________________________________________</w:t>
            </w:r>
          </w:p>
        </w:tc>
      </w:tr>
      <w:tr>
        <w:tc>
          <w:tcPr>
            <w:tcW w:type="dxa" w:w="4968"/>
          </w:tcPr>
          <w:p>
            <w:r>
              <w:t>Participants</w:t>
            </w:r>
          </w:p>
        </w:tc>
        <w:tc>
          <w:tcPr>
            <w:tcW w:type="dxa" w:w="4968"/>
          </w:tcPr>
          <w:p>
            <w:r>
              <w:t>Maître d’ouvrage : __________________________________________</w:t>
              <w:br/>
              <w:t>Entreprise : ________________________________________________</w:t>
              <w:br/>
              <w:t>Maître d’œuvre / autres : ___________________________________</w:t>
            </w:r>
          </w:p>
        </w:tc>
      </w:tr>
      <w:tr>
        <w:tc>
          <w:tcPr>
            <w:tcW w:type="dxa" w:w="4968"/>
          </w:tcPr>
          <w:p>
            <w:r>
              <w:t>Données d’avancement</w:t>
            </w:r>
          </w:p>
        </w:tc>
        <w:tc>
          <w:tcPr>
            <w:tcW w:type="dxa" w:w="4968"/>
          </w:tcPr>
          <w:p>
            <w:r>
              <w:t>Date de démarrage des travaux : ____ / ____ / ______</w:t>
              <w:br/>
              <w:t>Délai contractuel : ____________________</w:t>
              <w:br/>
              <w:t>Date d’achèvement déclarée par l’entreprise : ____ / ____ / ______</w:t>
            </w:r>
          </w:p>
        </w:tc>
      </w:tr>
      <w:tr>
        <w:tc>
          <w:tcPr>
            <w:tcW w:type="dxa" w:w="4968"/>
          </w:tcPr>
          <w:p>
            <w:r>
              <w:t>État général constaté</w:t>
            </w:r>
          </w:p>
        </w:tc>
        <w:tc>
          <w:tcPr>
            <w:tcW w:type="dxa" w:w="4968"/>
          </w:tcPr>
          <w:p>
            <w:r>
              <w:t>___________________________________________________________</w:t>
              <w:br/>
              <w:t>___________________________________________________________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  <w:shd w:val="clear" w:color="auto" w:fill="F2F3F4"/>
          </w:tcPr>
          <w:p>
            <w:pPr>
              <w:spacing w:after="20" w:before="0"/>
            </w:pPr>
            <w:r>
              <w:rPr>
                <w:b/>
              </w:rPr>
              <w:t>IV. DESCRIPTION SYNTHÉTIQUE DES TRAVAUX PAR LOTS</w:t>
            </w:r>
          </w:p>
        </w:tc>
        <w:tc>
          <w:tcPr>
            <w:tcW w:type="dxa" w:w="4968"/>
            <w:shd w:val="clear" w:color="auto" w:fill="F2F3F4"/>
          </w:tcPr>
          <w:p>
            <w:r/>
          </w:p>
        </w:tc>
      </w:tr>
      <w:tr>
        <w:tc>
          <w:tcPr>
            <w:tcW w:type="dxa" w:w="4968"/>
          </w:tcPr>
          <w:p>
            <w:r>
              <w:t>Lot 1 – Gros œuvre / Cloisons – Doublages – Plafonds</w:t>
            </w:r>
          </w:p>
        </w:tc>
        <w:tc>
          <w:tcPr>
            <w:tcW w:type="dxa" w:w="4968"/>
          </w:tcPr>
          <w:p>
            <w:r>
              <w:t>Conforme / Remarques : ______________________________________</w:t>
              <w:br/>
              <w:t>___________________________________________________________</w:t>
            </w:r>
          </w:p>
        </w:tc>
      </w:tr>
      <w:tr>
        <w:tc>
          <w:tcPr>
            <w:tcW w:type="dxa" w:w="4968"/>
          </w:tcPr>
          <w:p>
            <w:r>
              <w:t>Lot 2 – Menuiseries extérieures et intérieures</w:t>
            </w:r>
          </w:p>
        </w:tc>
        <w:tc>
          <w:tcPr>
            <w:tcW w:type="dxa" w:w="4968"/>
          </w:tcPr>
          <w:p>
            <w:r>
              <w:t>Conforme / Remarques : ______________________________________</w:t>
              <w:br/>
              <w:t>___________________________________________________________</w:t>
            </w:r>
          </w:p>
        </w:tc>
      </w:tr>
      <w:tr>
        <w:tc>
          <w:tcPr>
            <w:tcW w:type="dxa" w:w="4968"/>
          </w:tcPr>
          <w:p>
            <w:r>
              <w:t>Lot 3 – Électricité – Courants forts / faibles</w:t>
            </w:r>
          </w:p>
        </w:tc>
        <w:tc>
          <w:tcPr>
            <w:tcW w:type="dxa" w:w="4968"/>
          </w:tcPr>
          <w:p>
            <w:r>
              <w:t>Conforme / Remarques : ______________________________________</w:t>
              <w:br/>
              <w:t>___________________________________________________________</w:t>
            </w:r>
          </w:p>
        </w:tc>
      </w:tr>
      <w:tr>
        <w:tc>
          <w:tcPr>
            <w:tcW w:type="dxa" w:w="4968"/>
          </w:tcPr>
          <w:p>
            <w:r>
              <w:t>Lot 4 – Plomberie – Sanitaires – Chauffage</w:t>
            </w:r>
          </w:p>
        </w:tc>
        <w:tc>
          <w:tcPr>
            <w:tcW w:type="dxa" w:w="4968"/>
          </w:tcPr>
          <w:p>
            <w:r>
              <w:t>Conforme / Remarques : ______________________________________</w:t>
              <w:br/>
              <w:t>___________________________________________________________</w:t>
            </w:r>
          </w:p>
        </w:tc>
      </w:tr>
      <w:tr>
        <w:tc>
          <w:tcPr>
            <w:tcW w:type="dxa" w:w="4968"/>
          </w:tcPr>
          <w:p>
            <w:r>
              <w:t>Lot 5 – Revêtements de sols et murs / Peintures</w:t>
            </w:r>
          </w:p>
        </w:tc>
        <w:tc>
          <w:tcPr>
            <w:tcW w:type="dxa" w:w="4968"/>
          </w:tcPr>
          <w:p>
            <w:r>
              <w:t>Conforme / Remarques : ______________________________________</w:t>
              <w:br/>
              <w:t>___________________________________________________________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312"/>
        <w:gridCol w:w="3312"/>
        <w:gridCol w:w="3312"/>
      </w:tblGrid>
      <w:tr>
        <w:tc>
          <w:tcPr>
            <w:tcW w:type="dxa" w:w="3312"/>
            <w:shd w:val="clear" w:color="auto" w:fill="F2F3F4"/>
          </w:tcPr>
          <w:p>
            <w:pPr>
              <w:spacing w:after="20" w:before="0"/>
            </w:pPr>
            <w:r>
              <w:rPr>
                <w:b/>
              </w:rPr>
              <w:t>V. RÉSERVES</w:t>
            </w:r>
          </w:p>
        </w:tc>
        <w:tc>
          <w:tcPr>
            <w:tcW w:type="dxa" w:w="3312"/>
            <w:shd w:val="clear" w:color="auto" w:fill="F2F3F4"/>
          </w:tcPr>
          <w:p>
            <w:pPr>
              <w:spacing w:after="20" w:before="0"/>
            </w:pPr>
            <w:r>
              <w:rPr>
                <w:b/>
              </w:rPr>
              <w:t>Localisation / Description</w:t>
            </w:r>
          </w:p>
        </w:tc>
        <w:tc>
          <w:tcPr>
            <w:tcW w:type="dxa" w:w="3312"/>
            <w:shd w:val="clear" w:color="auto" w:fill="F2F3F4"/>
          </w:tcPr>
          <w:p>
            <w:pPr>
              <w:spacing w:after="20" w:before="0"/>
            </w:pPr>
            <w:r>
              <w:rPr>
                <w:b/>
              </w:rPr>
              <w:t>Délai de levée</w:t>
            </w:r>
          </w:p>
        </w:tc>
      </w:tr>
      <w:tr>
        <w:tc>
          <w:tcPr>
            <w:tcW w:type="dxa" w:w="3312"/>
          </w:tcPr>
          <w:p>
            <w:r>
              <w:t>Réserve n°1</w:t>
            </w:r>
          </w:p>
        </w:tc>
        <w:tc>
          <w:tcPr>
            <w:tcW w:type="dxa" w:w="3312"/>
          </w:tcPr>
          <w:p>
            <w:r>
              <w:t>___________________________________________________________</w:t>
            </w:r>
          </w:p>
        </w:tc>
        <w:tc>
          <w:tcPr>
            <w:tcW w:type="dxa" w:w="3312"/>
          </w:tcPr>
          <w:p>
            <w:r>
              <w:t>Date prévue : ____ / ____ / ______</w:t>
            </w:r>
          </w:p>
        </w:tc>
      </w:tr>
      <w:tr>
        <w:tc>
          <w:tcPr>
            <w:tcW w:type="dxa" w:w="3312"/>
          </w:tcPr>
          <w:p>
            <w:r>
              <w:t>Réserve n°2</w:t>
            </w:r>
          </w:p>
        </w:tc>
        <w:tc>
          <w:tcPr>
            <w:tcW w:type="dxa" w:w="3312"/>
          </w:tcPr>
          <w:p>
            <w:r>
              <w:t>___________________________________________________________</w:t>
            </w:r>
          </w:p>
        </w:tc>
        <w:tc>
          <w:tcPr>
            <w:tcW w:type="dxa" w:w="3312"/>
          </w:tcPr>
          <w:p>
            <w:r>
              <w:t>Date prévue : ____ / ____ / ______</w:t>
            </w:r>
          </w:p>
        </w:tc>
      </w:tr>
      <w:tr>
        <w:tc>
          <w:tcPr>
            <w:tcW w:type="dxa" w:w="3312"/>
          </w:tcPr>
          <w:p>
            <w:r>
              <w:t>Réserve n°3</w:t>
            </w:r>
          </w:p>
        </w:tc>
        <w:tc>
          <w:tcPr>
            <w:tcW w:type="dxa" w:w="3312"/>
          </w:tcPr>
          <w:p>
            <w:r>
              <w:t>___________________________________________________________</w:t>
            </w:r>
          </w:p>
        </w:tc>
        <w:tc>
          <w:tcPr>
            <w:tcW w:type="dxa" w:w="3312"/>
          </w:tcPr>
          <w:p>
            <w:r>
              <w:t>Date prévue : ____ / ____ / ______</w:t>
            </w:r>
          </w:p>
        </w:tc>
      </w:tr>
      <w:tr>
        <w:tc>
          <w:tcPr>
            <w:tcW w:type="dxa" w:w="3312"/>
          </w:tcPr>
          <w:p>
            <w:r>
              <w:t>Commentaires</w:t>
            </w:r>
          </w:p>
        </w:tc>
        <w:tc>
          <w:tcPr>
            <w:tcW w:type="dxa" w:w="3312"/>
          </w:tcPr>
          <w:p>
            <w:r>
              <w:t>___________________________________________________________</w:t>
            </w:r>
          </w:p>
        </w:tc>
        <w:tc>
          <w:tcPr>
            <w:tcW w:type="dxa" w:w="3312"/>
          </w:tcPr>
          <w:p>
            <w:r/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  <w:shd w:val="clear" w:color="auto" w:fill="F2F3F4"/>
          </w:tcPr>
          <w:p>
            <w:pPr>
              <w:spacing w:after="20" w:before="0"/>
            </w:pPr>
            <w:r>
              <w:rPr>
                <w:b/>
              </w:rPr>
              <w:t>VI. DÉCISION DE RÉCEPTION (COCHER LA CASE RETENUE)</w:t>
            </w:r>
          </w:p>
        </w:tc>
        <w:tc>
          <w:tcPr>
            <w:tcW w:type="dxa" w:w="4968"/>
            <w:shd w:val="clear" w:color="auto" w:fill="F2F3F4"/>
          </w:tcPr>
          <w:p>
            <w:r/>
          </w:p>
        </w:tc>
      </w:tr>
      <w:tr>
        <w:tc>
          <w:tcPr>
            <w:tcW w:type="dxa" w:w="4968"/>
          </w:tcPr>
          <w:p>
            <w:r>
              <w:t>Décision</w:t>
            </w:r>
          </w:p>
        </w:tc>
        <w:tc>
          <w:tcPr>
            <w:tcW w:type="dxa" w:w="4968"/>
          </w:tcPr>
          <w:p>
            <w:r>
              <w:t>[  ] Réception des travaux SANS réserve</w:t>
              <w:br/>
              <w:t>[  ] Réception des travaux AVEC réserves</w:t>
              <w:br/>
              <w:t>[  ] Réception REFUSÉE – travaux à reprendre</w:t>
            </w:r>
          </w:p>
        </w:tc>
      </w:tr>
      <w:tr>
        <w:tc>
          <w:tcPr>
            <w:tcW w:type="dxa" w:w="4968"/>
          </w:tcPr>
          <w:p>
            <w:r>
              <w:t>Date officielle de réception</w:t>
            </w:r>
          </w:p>
        </w:tc>
        <w:tc>
          <w:tcPr>
            <w:tcW w:type="dxa" w:w="4968"/>
          </w:tcPr>
          <w:p>
            <w:r>
              <w:t>____ / ____ / ______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36"/>
      </w:tblGrid>
      <w:tr>
        <w:tc>
          <w:tcPr>
            <w:tcW w:type="dxa" w:w="9936"/>
            <w:shd w:val="clear" w:color="auto" w:fill="F2F3F4"/>
          </w:tcPr>
          <w:p>
            <w:pPr>
              <w:spacing w:after="20" w:before="0"/>
            </w:pPr>
            <w:r>
              <w:rPr>
                <w:b/>
              </w:rPr>
              <w:t>VII. GARANTIES – MENTION D’INFORMATION</w:t>
            </w:r>
          </w:p>
        </w:tc>
      </w:tr>
      <w:tr>
        <w:tc>
          <w:tcPr>
            <w:tcW w:type="dxa" w:w="9936"/>
          </w:tcPr>
          <w:p>
            <w:r>
              <w:t>La réception fait courir, à compter de sa date, les garanties légales et contractuelles applicables (garantie de parfait achèvement, garantie biennale de bon fonctionnement, garantie décennale, selon la nature des travaux et des intervenants).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  <w:shd w:val="clear" w:color="auto" w:fill="F2F3F4"/>
          </w:tcPr>
          <w:p>
            <w:r>
              <w:rPr>
                <w:b/>
              </w:rPr>
              <w:t>Maître d’ouvrage</w:t>
            </w:r>
          </w:p>
        </w:tc>
        <w:tc>
          <w:tcPr>
            <w:tcW w:type="dxa" w:w="4968"/>
            <w:shd w:val="clear" w:color="auto" w:fill="F2F3F4"/>
          </w:tcPr>
          <w:p>
            <w:r>
              <w:rPr>
                <w:b/>
              </w:rPr>
              <w:t>Entreprise de travaux</w:t>
            </w:r>
          </w:p>
        </w:tc>
      </w:tr>
      <w:tr>
        <w:tc>
          <w:tcPr>
            <w:tcW w:type="dxa" w:w="4968"/>
          </w:tcPr>
          <w:p>
            <w:r>
              <w:t>Nom : ______________________________</w:t>
              <w:br/>
              <w:t>Signature : _________________________</w:t>
            </w:r>
          </w:p>
        </w:tc>
        <w:tc>
          <w:tcPr>
            <w:tcW w:type="dxa" w:w="4968"/>
          </w:tcPr>
          <w:p>
            <w:r>
              <w:t>Nom : ______________________________</w:t>
              <w:br/>
              <w:t>Signature : _________________________</w:t>
            </w:r>
          </w:p>
        </w:tc>
      </w:tr>
    </w:tbl>
    <w:p>
      <w:r>
        <w:t>Fait à ___________________________, le ____ / ____ / ______</w:t>
      </w:r>
    </w:p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