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3B82F6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Accueil</w:t>
            </w:r>
          </w:p>
        </w:tc>
      </w:tr>
    </w:tbl>
    <w:p/>
    <w:p>
      <w:pPr>
        <w:jc w:val="center"/>
      </w:pPr>
      <w:r>
        <w:rPr>
          <w:b/>
          <w:sz w:val="280"/>
        </w:rPr>
        <w:t>→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3B82F6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Sortie</w:t>
            </w:r>
          </w:p>
        </w:tc>
      </w:tr>
    </w:tbl>
    <w:p/>
    <w:p>
      <w:pPr>
        <w:jc w:val="center"/>
      </w:pPr>
      <w:r>
        <w:rPr>
          <w:b/>
          <w:sz w:val="280"/>
        </w:rPr>
        <w:t>←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3B82F6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Atelier Lecture</w:t>
            </w:r>
          </w:p>
        </w:tc>
      </w:tr>
    </w:tbl>
    <w:p/>
    <w:p>
      <w:pPr>
        <w:jc w:val="center"/>
      </w:pPr>
      <w:r>
        <w:rPr>
          <w:b/>
          <w:sz w:val="280"/>
        </w:rPr>
        <w:t>↑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3B82F6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Atelier Écriture</w:t>
            </w:r>
          </w:p>
        </w:tc>
      </w:tr>
    </w:tbl>
    <w:p/>
    <w:p>
      <w:pPr>
        <w:jc w:val="center"/>
      </w:pPr>
      <w:r>
        <w:rPr>
          <w:b/>
          <w:sz w:val="280"/>
        </w:rPr>
        <w:t>↓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3B82F6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Toilettes</w:t>
            </w:r>
          </w:p>
        </w:tc>
      </w:tr>
    </w:tbl>
    <w:p/>
    <w:p>
      <w:pPr>
        <w:jc w:val="center"/>
      </w:pPr>
      <w:r>
        <w:rPr>
          <w:b/>
          <w:sz w:val="280"/>
        </w:rPr>
        <w:t>→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3B82F6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Point d’eau</w:t>
            </w:r>
          </w:p>
        </w:tc>
      </w:tr>
    </w:tbl>
    <w:p/>
    <w:p>
      <w:pPr>
        <w:jc w:val="center"/>
      </w:pPr>
      <w:r>
        <w:rPr>
          <w:b/>
          <w:sz w:val="280"/>
        </w:rPr>
        <w:t>←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3B82F6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Jeux de rôle</w:t>
            </w:r>
          </w:p>
        </w:tc>
      </w:tr>
    </w:tbl>
    <w:p/>
    <w:p>
      <w:pPr>
        <w:jc w:val="center"/>
      </w:pPr>
      <w:r>
        <w:rPr>
          <w:b/>
          <w:sz w:val="280"/>
        </w:rPr>
        <w:t>↑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3B82F6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Bibliothèque</w:t>
            </w:r>
          </w:p>
        </w:tc>
      </w:tr>
    </w:tbl>
    <w:p/>
    <w:p>
      <w:pPr>
        <w:jc w:val="center"/>
      </w:pPr>
      <w:r>
        <w:rPr>
          <w:b/>
          <w:sz w:val="280"/>
        </w:rPr>
        <w:t>↓</w:t>
      </w:r>
    </w:p>
    <w:p>
      <w:r>
        <w:br w:type="page"/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