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365F91"/>
          <w:sz w:val="48"/>
        </w:rPr>
        <w:t>Fiches mémoire</w:t>
        <w:br/>
        <w:t>À garder pour soi</w:t>
      </w:r>
    </w:p>
    <w:p>
      <w:r>
        <w:rPr>
          <w:i/>
          <w:color w:val="595959"/>
          <w:sz w:val="24"/>
        </w:rPr>
        <w:t>Des fiches simples pour entraîner la mémoire en douceur, à son rythme.</w:t>
      </w:r>
    </w:p>
    <w:p>
      <w:r>
        <w:rPr>
          <w:sz w:val="24"/>
        </w:rPr>
        <w:t>Ces fiches sont pour vous. Vous pouvez les remplir seul(e), avec un proche ou avec un professionnel. Il n’y a pas de bonne ou de mauvaise réponse : l’important est d’essayer, de sourire et de prendre un petit moment pour soi.</w:t>
      </w:r>
    </w:p>
    <w:p>
      <w:r>
        <w:rPr>
          <w:sz w:val="24"/>
        </w:rPr>
        <w:t>Vous pouvez :</w:t>
      </w:r>
    </w:p>
    <w:p>
      <w:pPr>
        <w:pStyle w:val="ListBullet"/>
      </w:pPr>
      <w:r>
        <w:rPr>
          <w:sz w:val="24"/>
        </w:rPr>
        <w:t>entourer, cocher, écrire quelques mots seulement ;</w:t>
      </w:r>
    </w:p>
    <w:p>
      <w:pPr>
        <w:pStyle w:val="ListBullet"/>
      </w:pPr>
      <w:r>
        <w:rPr>
          <w:sz w:val="24"/>
        </w:rPr>
        <w:t>revenir plus tard sur la même fiche ;</w:t>
      </w:r>
    </w:p>
    <w:p>
      <w:pPr>
        <w:pStyle w:val="ListBullet"/>
      </w:pPr>
      <w:r>
        <w:rPr>
          <w:sz w:val="24"/>
        </w:rPr>
        <w:t>garder les fiches dans un petit classeur ou une pochette.</w:t>
      </w:r>
    </w:p>
    <w:p>
      <w:r>
        <w:br w:type="page"/>
      </w:r>
    </w:p>
    <w:p>
      <w:pPr>
        <w:jc w:val="left"/>
      </w:pPr>
      <w:r>
        <w:rPr>
          <w:b/>
          <w:color w:val="365F91"/>
          <w:sz w:val="36"/>
        </w:rPr>
        <w:t>📅 FICHE 1 – Aujourd’hui, j’entraîne ma mémoire</w:t>
      </w:r>
    </w:p>
    <w:p>
      <w:r>
        <w:rPr>
          <w:i/>
          <w:color w:val="595959"/>
          <w:sz w:val="24"/>
        </w:rPr>
        <w:t>Une fiche très simple pour noter ce que vous avez fait aujourd’hui pour votre mémoire.</w:t>
      </w:r>
    </w:p>
    <w:p>
      <w:r>
        <w:rPr>
          <w:sz w:val="24"/>
        </w:rPr>
        <w:t>Remplissez cette fiche après un petit jeu, une activité mémoire ou une discussion qui vous a fait travailler la tête.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4"/>
              </w:rPr>
              <w:t>Date du jour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…… / …… / …………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Aujourd’hui, j’ai fait le jeu / l’activité suivante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☐ Memory des objets   ☐ Proverbes   ☐ Catégories   ☐ Autre : …………………………………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Ce jeu / cette activité m’a paru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☐ Très facile   ☐ Facile   ☐ Moyen   ☐ Un peu difficile   ☐ Fatigant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Ce que j’ai bien aimé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…………………………………………………………………………………………………………………………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Ce que j’aimerais refaire ou changer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…………………………………………………………………………………………………………………………</w:t>
            </w:r>
          </w:p>
        </w:tc>
      </w:tr>
    </w:tbl>
    <w:p>
      <w:r>
        <w:rPr>
          <w:sz w:val="20"/>
        </w:rPr>
        <w:t>Vous pouvez imprimer cette fiche plusieurs fois : une pour chaque journée où vous faites un petit exercice mémoire.</w:t>
      </w:r>
    </w:p>
    <w:p>
      <w:r>
        <w:br w:type="page"/>
      </w:r>
    </w:p>
    <w:p>
      <w:pPr>
        <w:jc w:val="left"/>
      </w:pPr>
      <w:r>
        <w:rPr>
          <w:b/>
          <w:color w:val="365F91"/>
          <w:sz w:val="36"/>
        </w:rPr>
        <w:t>🛒 FICHE 2 – Ma petite liste de courses</w:t>
      </w:r>
    </w:p>
    <w:p>
      <w:r>
        <w:rPr>
          <w:i/>
          <w:color w:val="595959"/>
          <w:sz w:val="24"/>
        </w:rPr>
        <w:t>Un exercice simple de mémoire à partir de choses du quotidien.</w:t>
      </w:r>
    </w:p>
    <w:p>
      <w:r>
        <w:rPr>
          <w:sz w:val="24"/>
        </w:rPr>
        <w:t>Choisissez une petite liste de 3, 4 ou 5 mots (des courses, des objets) à retenir. Regardez-les, puis cachez la liste et essayez de les écrire de mémoire.</w:t>
      </w:r>
    </w:p>
    <w:p>
      <w:r>
        <w:rPr>
          <w:sz w:val="24"/>
        </w:rPr>
        <w:t>Exemple : pain – lait – pommes.</w:t>
        <w:br/>
        <w:t>À vous de jouer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4"/>
              </w:rPr>
              <w:t>Liste de 3 mots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……………………………………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Je me souviens de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……………………………………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Liste de 4–5 mots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……………………………………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Je me souviens de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……………………………………</w:t>
            </w:r>
          </w:p>
        </w:tc>
      </w:tr>
    </w:tbl>
    <w:p>
      <w:r>
        <w:rPr>
          <w:sz w:val="20"/>
        </w:rPr>
        <w:t>Vous pouvez demander à quelqu’un d’écrire la liste pour vous, puis de la cacher, ou bien la préparer vous-même.</w:t>
      </w:r>
    </w:p>
    <w:p>
      <w:r>
        <w:br w:type="page"/>
      </w:r>
    </w:p>
    <w:p>
      <w:pPr>
        <w:jc w:val="left"/>
      </w:pPr>
      <w:r>
        <w:rPr>
          <w:b/>
          <w:color w:val="365F91"/>
          <w:sz w:val="36"/>
        </w:rPr>
        <w:t>💬 FICHE 3 – Proverbes que j’aime bien</w:t>
      </w:r>
    </w:p>
    <w:p>
      <w:r>
        <w:rPr>
          <w:i/>
          <w:color w:val="595959"/>
          <w:sz w:val="24"/>
        </w:rPr>
        <w:t>Une fiche pour retrouver des expressions connues et les relier à vos souvenirs.</w:t>
      </w:r>
    </w:p>
    <w:p>
      <w:r>
        <w:rPr>
          <w:sz w:val="24"/>
        </w:rPr>
        <w:t>Complétez les proverbes que vous connaissez, puis notez si cela vous rappelle une situation, une personne ou une histoire.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  <w:sz w:val="24"/>
              </w:rPr>
              <w:t>Début du proverbe</w:t>
            </w:r>
          </w:p>
        </w:tc>
        <w:tc>
          <w:tcPr>
            <w:tcW w:type="dxa" w:w="2880"/>
          </w:tcPr>
          <w:p>
            <w:r>
              <w:rPr>
                <w:b/>
                <w:sz w:val="24"/>
              </w:rPr>
              <w:t>Suite</w:t>
            </w:r>
          </w:p>
        </w:tc>
        <w:tc>
          <w:tcPr>
            <w:tcW w:type="dxa" w:w="2880"/>
          </w:tcPr>
          <w:p>
            <w:r>
              <w:rPr>
                <w:b/>
                <w:sz w:val="24"/>
              </w:rPr>
              <w:t>Ce que cela me rappelle</w:t>
            </w:r>
          </w:p>
        </w:tc>
      </w:tr>
      <w:tr>
        <w:tc>
          <w:tcPr>
            <w:tcW w:type="dxa" w:w="2880"/>
          </w:tcPr>
          <w:p>
            <w:r>
              <w:rPr>
                <w:sz w:val="24"/>
              </w:rPr>
              <w:t>Pierre qui roule…</w:t>
            </w:r>
          </w:p>
        </w:tc>
        <w:tc>
          <w:tcPr>
            <w:tcW w:type="dxa" w:w="2880"/>
          </w:tcPr>
          <w:p>
            <w:r>
              <w:rPr>
                <w:sz w:val="24"/>
              </w:rPr>
              <w:t>……………………………………</w:t>
            </w:r>
          </w:p>
        </w:tc>
        <w:tc>
          <w:tcPr>
            <w:tcW w:type="dxa" w:w="2880"/>
          </w:tcPr>
          <w:p>
            <w:r>
              <w:rPr>
                <w:sz w:val="24"/>
              </w:rPr>
              <w:t>……………………………………</w:t>
            </w:r>
          </w:p>
        </w:tc>
      </w:tr>
      <w:tr>
        <w:tc>
          <w:tcPr>
            <w:tcW w:type="dxa" w:w="2880"/>
          </w:tcPr>
          <w:p>
            <w:r>
              <w:rPr>
                <w:sz w:val="24"/>
              </w:rPr>
              <w:t>Après la pluie…</w:t>
            </w:r>
          </w:p>
        </w:tc>
        <w:tc>
          <w:tcPr>
            <w:tcW w:type="dxa" w:w="2880"/>
          </w:tcPr>
          <w:p>
            <w:r>
              <w:rPr>
                <w:sz w:val="24"/>
              </w:rPr>
              <w:t>……………………………………</w:t>
            </w:r>
          </w:p>
        </w:tc>
        <w:tc>
          <w:tcPr>
            <w:tcW w:type="dxa" w:w="2880"/>
          </w:tcPr>
          <w:p>
            <w:r>
              <w:rPr>
                <w:sz w:val="24"/>
              </w:rPr>
              <w:t>……………………………………</w:t>
            </w:r>
          </w:p>
        </w:tc>
      </w:tr>
      <w:tr>
        <w:tc>
          <w:tcPr>
            <w:tcW w:type="dxa" w:w="2880"/>
          </w:tcPr>
          <w:p>
            <w:r>
              <w:rPr>
                <w:sz w:val="24"/>
              </w:rPr>
              <w:t>Mieux vaut tard…</w:t>
            </w:r>
          </w:p>
        </w:tc>
        <w:tc>
          <w:tcPr>
            <w:tcW w:type="dxa" w:w="2880"/>
          </w:tcPr>
          <w:p>
            <w:r>
              <w:rPr>
                <w:sz w:val="24"/>
              </w:rPr>
              <w:t>……………………………………</w:t>
            </w:r>
          </w:p>
        </w:tc>
        <w:tc>
          <w:tcPr>
            <w:tcW w:type="dxa" w:w="2880"/>
          </w:tcPr>
          <w:p>
            <w:r>
              <w:rPr>
                <w:sz w:val="24"/>
              </w:rPr>
              <w:t>……………………………………</w:t>
            </w:r>
          </w:p>
        </w:tc>
      </w:tr>
      <w:tr>
        <w:tc>
          <w:tcPr>
            <w:tcW w:type="dxa" w:w="2880"/>
          </w:tcPr>
          <w:p>
            <w:r>
              <w:rPr>
                <w:sz w:val="24"/>
              </w:rPr>
              <w:t>Petit à petit…</w:t>
            </w:r>
          </w:p>
        </w:tc>
        <w:tc>
          <w:tcPr>
            <w:tcW w:type="dxa" w:w="2880"/>
          </w:tcPr>
          <w:p>
            <w:r>
              <w:rPr>
                <w:sz w:val="24"/>
              </w:rPr>
              <w:t>……………………………………</w:t>
            </w:r>
          </w:p>
        </w:tc>
        <w:tc>
          <w:tcPr>
            <w:tcW w:type="dxa" w:w="2880"/>
          </w:tcPr>
          <w:p>
            <w:r>
              <w:rPr>
                <w:sz w:val="24"/>
              </w:rPr>
              <w:t>……………………………………</w:t>
            </w:r>
          </w:p>
        </w:tc>
      </w:tr>
      <w:tr>
        <w:tc>
          <w:tcPr>
            <w:tcW w:type="dxa" w:w="2880"/>
          </w:tcPr>
          <w:p>
            <w:r>
              <w:rPr>
                <w:sz w:val="24"/>
              </w:rPr>
              <w:t>Qui se ressemble…</w:t>
            </w:r>
          </w:p>
        </w:tc>
        <w:tc>
          <w:tcPr>
            <w:tcW w:type="dxa" w:w="2880"/>
          </w:tcPr>
          <w:p>
            <w:r>
              <w:rPr>
                <w:sz w:val="24"/>
              </w:rPr>
              <w:t>……………………………………</w:t>
            </w:r>
          </w:p>
        </w:tc>
        <w:tc>
          <w:tcPr>
            <w:tcW w:type="dxa" w:w="2880"/>
          </w:tcPr>
          <w:p>
            <w:r>
              <w:rPr>
                <w:sz w:val="24"/>
              </w:rPr>
              <w:t>……………………………………</w:t>
            </w:r>
          </w:p>
        </w:tc>
      </w:tr>
    </w:tbl>
    <w:p>
      <w:r>
        <w:rPr>
          <w:sz w:val="20"/>
        </w:rPr>
        <w:t>Si vous ne vous souvenez pas de la suite, ce n’est pas grave : vous pouvez inventer une fin qui vous plaît.</w:t>
      </w:r>
    </w:p>
    <w:p>
      <w:r>
        <w:br w:type="page"/>
      </w:r>
    </w:p>
    <w:p>
      <w:pPr>
        <w:jc w:val="left"/>
      </w:pPr>
      <w:r>
        <w:rPr>
          <w:b/>
          <w:color w:val="365F91"/>
          <w:sz w:val="36"/>
        </w:rPr>
        <w:t>🌞 FICHE 4 – Ma journée en quelques mots</w:t>
      </w:r>
    </w:p>
    <w:p>
      <w:r>
        <w:rPr>
          <w:i/>
          <w:color w:val="595959"/>
          <w:sz w:val="24"/>
        </w:rPr>
        <w:t>Pour garder une trace de votre journée et entraîner votre mémoire récente.</w:t>
      </w:r>
    </w:p>
    <w:p>
      <w:r>
        <w:rPr>
          <w:sz w:val="24"/>
        </w:rPr>
        <w:t>À la fin de la journée, prenez quelques minutes pour remplir cette fiche. Même quelques mots seulement sont déjà très bien.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4"/>
              </w:rPr>
              <w:t>Aujourd’hui, nous sommes le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…… / …… / …………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Ce matin, j’ai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………………………………………………………………………………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Cet après-midi, j’ai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………………………………………………………………………………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Ce que j’ai préféré aujourd’hui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………………………………………………………………………………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Une personne à qui j’ai parlé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………………………………………………………………………………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Mon humeur aujourd’hui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☐ Très bonne   ☐ Bonne   ☐ Moyenne   ☐ Fatiguée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Un petit détail que je veux garder en mémoire :</w:t>
            </w:r>
          </w:p>
        </w:tc>
        <w:tc>
          <w:tcPr>
            <w:tcW w:type="dxa" w:w="4320"/>
          </w:tcPr>
          <w:p>
            <w:r>
              <w:rPr>
                <w:sz w:val="24"/>
              </w:rPr>
              <w:t>Un sourire, une phrase, un paysage, une odeur…</w:t>
            </w:r>
          </w:p>
        </w:tc>
      </w:tr>
    </w:tbl>
    <w:p>
      <w:r>
        <w:rPr>
          <w:sz w:val="20"/>
        </w:rPr>
        <w:t>Vous pouvez remplir cette fiche une fois par semaine, ou plus souvent si cela vous fait du bien.</w:t>
      </w:r>
    </w:p>
    <w:p>
      <w:r>
        <w:br w:type="page"/>
      </w:r>
    </w:p>
    <w:p>
      <w:pPr>
        <w:jc w:val="left"/>
      </w:pPr>
      <w:r>
        <w:rPr>
          <w:b/>
          <w:color w:val="365F91"/>
          <w:sz w:val="36"/>
        </w:rPr>
        <w:t>👣 FICHE 5 – Un souvenir important pour moi</w:t>
      </w:r>
    </w:p>
    <w:p>
      <w:r>
        <w:rPr>
          <w:i/>
          <w:color w:val="595959"/>
          <w:sz w:val="24"/>
        </w:rPr>
        <w:t>Écrire ou dicter un souvenir qui compte pour vous.</w:t>
      </w:r>
    </w:p>
    <w:p>
      <w:r>
        <w:rPr>
          <w:sz w:val="24"/>
        </w:rPr>
        <w:t>Choisissez un souvenir qui vous tient à cœur : un voyage, une fête, une rencontre, un moment simple mais précieux. Vous pouvez écrire quelques phrases ou demander à quelqu’un de le noter pour vous.</w:t>
      </w:r>
    </w:p>
    <w:p>
      <w:r>
        <w:rPr>
          <w:sz w:val="24"/>
        </w:rPr>
        <w:t>Mon souvenir :</w:t>
      </w:r>
    </w:p>
    <w:p>
      <w:r>
        <w:rPr>
          <w:sz w:val="24"/>
        </w:rPr>
        <w:br/>
        <w:br/>
        <w:br/>
        <w:br/>
        <w:br/>
        <w:br/>
        <w:br/>
      </w:r>
    </w:p>
    <w:p>
      <w:r>
        <w:rPr>
          <w:sz w:val="24"/>
        </w:rPr>
        <w:t>Personnes présentes :</w:t>
      </w:r>
    </w:p>
    <w:p>
      <w:r>
        <w:rPr>
          <w:sz w:val="24"/>
        </w:rPr>
        <w:t>………………………………………………………………………………</w:t>
      </w:r>
    </w:p>
    <w:p>
      <w:r>
        <w:rPr>
          <w:sz w:val="24"/>
        </w:rPr>
        <w:t>Pourquoi ce souvenir est important pour moi :</w:t>
      </w:r>
    </w:p>
    <w:p>
      <w:r>
        <w:rPr>
          <w:sz w:val="24"/>
        </w:rPr>
        <w:br/>
        <w:br/>
        <w:br/>
        <w:br/>
      </w:r>
    </w:p>
    <w:p>
      <w:r>
        <w:rPr>
          <w:sz w:val="20"/>
        </w:rPr>
        <w:t>Vous pouvez créer plusieurs fiches de ce type, une pour chaque souvenir que vous souhaitez garder bien vivant.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