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6236"/>
        <w:gridCol w:w="1701"/>
      </w:tblGrid>
      <w:tr>
        <w:tc>
          <w:tcPr>
            <w:tcW w:type="dxa" w:w="3213"/>
          </w:tcPr>
          <w:p/>
        </w:tc>
        <w:tc>
          <w:tcPr>
            <w:tcW w:type="dxa" w:w="3213"/>
          </w:tcPr>
          <w:p>
            <w:pPr>
              <w:jc w:val="center"/>
            </w:pPr>
            <w:r/>
            <w:r>
              <w:rPr>
                <w:b/>
                <w:i w:val="0"/>
              </w:rPr>
              <w:t>FICHE DE LECTURE – Zadig de Voltaire (exemple rempli)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Écris le titre complet.</w:t>
              <w:br/>
              <w:t>Ex : Zadig ou la Destinée.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Titre de l’œuvre : Zadig ou la Destinée</w:t>
              <w:br/>
              <w:t>Auteur : Voltaire</w:t>
              <w:br/>
              <w:t>Date de publication : 1747</w:t>
              <w:br/>
              <w:t>Genre : Conte philosophique</w:t>
              <w:br/>
              <w:t>Édition lue : Folio classique (exemple)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Genre : roman, conte,</w:t>
              <w:br/>
              <w:t>théâtre…</w:t>
              <w:br/>
              <w:t>Ici : conte</w:t>
              <w:br/>
              <w:t>philosophique.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1. Le livre en quelques repères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Situe l’histoire :</w:t>
              <w:br/>
              <w:t>où ? quand ?</w:t>
              <w:br/>
              <w:t>Donne des repères</w:t>
              <w:br/>
              <w:t>simples.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Lieu(x) principal(aux) de l’action :</w:t>
              <w:br/>
              <w:t>Babylone et divers lieux d’un Orient imaginaire</w:t>
              <w:br/>
              <w:t>(déserts, palais, caravansérails).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Époque de l’histoire :</w:t>
              <w:br/>
              <w:t>Temps indéterminé dans un Orient légendaire</w:t>
              <w:br/>
              <w:t>(contexte d’écriture : XVIIIᵉ siècle, Lumières).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Explique comment</w:t>
              <w:br/>
              <w:t>commence l’histoire :</w:t>
              <w:br/>
              <w:t>qui ? où ? dans</w:t>
              <w:br/>
              <w:t>quelle situation ?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Situation de départ (début du livre) :</w:t>
              <w:br/>
              <w:t>Zadig, jeune Babylonien riche, cultivé et très sage,</w:t>
              <w:br/>
              <w:t>cherche à vivre heureux et juste. Il veut se marier,</w:t>
              <w:br/>
              <w:t>mais ses premiers amours (Sémire puis Azora) tournent</w:t>
              <w:br/>
              <w:t>mal à cause de la jalousie, de la lâcheté et des apparences.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2. Personnage principal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Décris l’âge, le rôle,</w:t>
              <w:br/>
              <w:t>le caractère, ce qu’il</w:t>
              <w:br/>
              <w:t>veut vraiment.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Nom du personnage principal : Zadig</w:t>
              <w:br/>
              <w:br/>
              <w:t>Qui est-il ? (rôle, situation, caractère)</w:t>
              <w:br/>
              <w:t>Jeune homme de Babylone, appartenant aux élites de la cité,</w:t>
              <w:br/>
              <w:t>très instruit, observateur et raisonnable. Il est généreux,</w:t>
              <w:br/>
              <w:t>attaché à la justice et à la vérité. Il veut simplement mener</w:t>
              <w:br/>
              <w:t>une vie droite et heureuse, mais il se heurte sans cesse à</w:t>
              <w:br/>
              <w:t>l’injustice, à la jalousie et aux malentendus.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Zadig : un homme</w:t>
              <w:br/>
              <w:t>juste, raisonnable,</w:t>
              <w:br/>
              <w:t>souvent victime</w:t>
              <w:br/>
              <w:t>d’injustice.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Ce qui lui arrive d’important :</w:t>
              <w:br/>
              <w:t>Il devient ministre du roi de Babylone et améliore le royaume,</w:t>
              <w:br/>
              <w:t>mais les courtisans jaloux le font tomber en disgrâce. Il doit</w:t>
              <w:br/>
              <w:t>fuir, traverse de nombreux pays, affronte des brigands, des</w:t>
              <w:br/>
              <w:t>procès absurdes et des lois cruelles. Il retrouve puis perd la</w:t>
              <w:br/>
              <w:t>reine Astarté avant d’être finalement choisi comme roi de</w:t>
              <w:br/>
              <w:t>Babylone et d’épouser Astarté.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Utilise le présent</w:t>
              <w:br/>
              <w:t>de narration.</w:t>
              <w:br/>
              <w:t>Va à l’essentiel.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3. Résumé de l’histoire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8 à 10 lignes</w:t>
              <w:br/>
              <w:t>suffisent.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Zadig, jeune Babylonien sage et juste, veut être heureux mais</w:t>
              <w:br/>
              <w:t>enchaîne les malheurs : amours ratées, jalousies, procès</w:t>
              <w:br/>
              <w:t>injustes. Devenu ministre du roi, il rétablit l’ordre mais</w:t>
              <w:br/>
              <w:t>tombe en disgrâce à cause des courtisans. Contraint à l’exil,</w:t>
              <w:br/>
              <w:t>il voyage, rencontre des brigands, des peuples et des lois</w:t>
              <w:br/>
              <w:t>étranges, et cherche la reine Astarté, qu’il aime. Un ange</w:t>
              <w:br/>
              <w:t>mystérieux, Jesrad, lui montre que les malheurs s’inscrivent</w:t>
              <w:br/>
              <w:t>dans un ordre caché. De retour à Babylone, Zadig participe à</w:t>
              <w:br/>
              <w:t>un concours de sagesse, est reconnu comme le plus juste et</w:t>
              <w:br/>
              <w:t>devient roi aux côtés d’Astarté.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4. Thèmes et idées importantes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Thèmes possibles :</w:t>
              <w:br/>
              <w:t>justice, destin,</w:t>
              <w:br/>
              <w:t>liberté, amour…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Thèmes principaux (3 maximum) :</w:t>
              <w:br/>
              <w:t>1. La destinée et le sens des malheurs.</w:t>
              <w:br/>
              <w:t>2. La justice face à l’arbitraire des puissants.</w:t>
              <w:br/>
              <w:t>3. La critique du fanatisme religieux et des préjugés.</w:t>
              <w:br/>
              <w:br/>
              <w:t>Ce que l’auteur veut faire comprendre :</w:t>
              <w:br/>
              <w:t>Voltaire montre qu’un homme raisonnable et juste peut être</w:t>
              <w:br/>
              <w:t>victime d’injustices dans un monde mal gouverné. Il défend</w:t>
              <w:br/>
              <w:t>la tolérance, la réflexion critique et la justice contre la</w:t>
              <w:br/>
              <w:t>violence, le fanatisme et l’arbitraire. Il suggère aussi que la</w:t>
              <w:br/>
              <w:t>vertu garde un sens, même si le bonheur n’est jamais garanti.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Explique pourquoi</w:t>
              <w:br/>
              <w:t>tu as aimé ou non.</w:t>
              <w:br/>
              <w:t>Évite “c’est bien”</w:t>
              <w:br/>
              <w:t>tout seul.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5. Avis personnel (exemple)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Ce que j’ai aimé / pas aimé :</w:t>
              <w:br/>
              <w:t>J’ai aimé la rapidité du récit, l’ironie de Voltaire et la</w:t>
              <w:br/>
              <w:t>manière dont il fait réfléchir tout en racontant une histoire.</w:t>
              <w:br/>
              <w:t>Le personnage de Zadig est attachant parce qu’il reste juste</w:t>
              <w:br/>
              <w:t>et lucide malgré les injustices. J’ai un peu moins aimé certains</w:t>
              <w:br/>
              <w:t>épisodes très rapides ou éloignés de ma culture.</w:t>
              <w:br/>
              <w:br/>
              <w:t>Ce que ce livre m’a fait penser / ressentir :</w:t>
              <w:br/>
              <w:t>Ce conte m’a fait réfléchir à l’injustice dans la société et à la</w:t>
              <w:br/>
              <w:t>difficulté de rester fidèle à ses valeurs. Il donne envie de</w:t>
              <w:br/>
              <w:t>discuter du destin, de la religion et du pouvoir.</w:t>
              <w:br/>
              <w:br/>
              <w:t>Note : 9 / 10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Une bonne fiche</w:t>
              <w:br/>
              <w:t>de lecture permet</w:t>
              <w:br/>
              <w:t>de reparler du livre</w:t>
              <w:br/>
              <w:t>sans le rouvrir.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Relis ta fiche :</w:t>
              <w:br/>
              <w:t>orthographe, accords,</w:t>
              <w:br/>
              <w:t>phrases complètes.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</w:tbl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