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701"/>
        <w:gridCol w:w="6236"/>
        <w:gridCol w:w="1701"/>
      </w:tblGrid>
      <w:tr>
        <w:tc>
          <w:tcPr>
            <w:tcW w:type="dxa" w:w="3213"/>
          </w:tcPr>
          <w:p/>
        </w:tc>
        <w:tc>
          <w:tcPr>
            <w:tcW w:type="dxa" w:w="3213"/>
          </w:tcPr>
          <w:p>
            <w:pPr>
              <w:jc w:val="center"/>
            </w:pPr>
            <w:r/>
            <w:r>
              <w:rPr>
                <w:b/>
                <w:i w:val="0"/>
              </w:rPr>
              <w:t>FICHE DE LECTURE – Zadig de Voltaire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Écris le titre complet.</w:t>
              <w:br/>
              <w:t>Ex : Zadig ou la Destinée.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Titre de l’œuvre : Zadig ou la Destinée</w:t>
              <w:br/>
              <w:t>Auteur : Voltaire</w:t>
              <w:br/>
              <w:t>Date de publication : 1747</w:t>
              <w:br/>
              <w:t>Genre : Conte philosophique</w:t>
              <w:br/>
              <w:t>Édition lue : 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Genre : roman, conte,</w:t>
              <w:br/>
              <w:t>théâtre…</w:t>
              <w:br/>
              <w:t>Ici : conte</w:t>
              <w:br/>
              <w:t>philosophique.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1. Le livre en quelques repères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Situe l’histoire :</w:t>
              <w:br/>
              <w:t>où ? quand ?</w:t>
              <w:br/>
              <w:t>Donne des repères</w:t>
              <w:br/>
              <w:t>simples.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Lieu(x) principal(aux) de l’action :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Époque de l’histoire :</w:t>
              <w:br/>
              <w:t>____________________________________________________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Explique comment</w:t>
              <w:br/>
              <w:t>commence l’histoire :</w:t>
              <w:br/>
              <w:t>qui ? où ? dans</w:t>
              <w:br/>
              <w:t>quelle situation ?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Situation de départ (début du livre) :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2. Personnage principal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Décris l’âge, le rôle,</w:t>
              <w:br/>
              <w:t>le caractère, ce qu’il</w:t>
              <w:br/>
              <w:t>veut vraiment.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Nom du personnage principal : Zadig</w:t>
              <w:br/>
              <w:br/>
              <w:t>Qui est-il ? (rôle, situation, caractère)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Zadig : un homme</w:t>
              <w:br/>
              <w:t>juste, raisonnable,</w:t>
              <w:br/>
              <w:t>souvent victime</w:t>
              <w:br/>
              <w:t>d’injustice.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Ce qui lui arrive d’important :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Utilise le présent</w:t>
              <w:br/>
              <w:t>de narration.</w:t>
              <w:br/>
              <w:t>Va à l’essentiel.</w:t>
            </w:r>
          </w:p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3. Résumé de l’histoire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8 à 10 lignes</w:t>
              <w:br/>
              <w:t>suffisent.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____________________________________________________</w:t>
              <w:br/>
              <w:t>____________________________________________________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4. Thèmes et idées importantes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Thèmes possibles :</w:t>
              <w:br/>
              <w:t>justice, destin,</w:t>
              <w:br/>
              <w:t>liberté, amour…</w:t>
            </w:r>
          </w:p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Thèmes principaux (3 maximum) :</w:t>
              <w:br/>
              <w:t>1. ________________________________________________</w:t>
              <w:br/>
              <w:t>2. ________________________________________________</w:t>
              <w:br/>
              <w:t>3. ________________________________________________</w:t>
              <w:br/>
              <w:br/>
              <w:t>Ce que l’auteur veut faire comprendre :</w:t>
              <w:br/>
              <w:t>____________________________________________________</w:t>
              <w:br/>
              <w:t>____________________________________________________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Explique pourquoi</w:t>
              <w:br/>
              <w:t>tu as aimé ou non.</w:t>
              <w:br/>
              <w:t>Évite “c’est bien”</w:t>
              <w:br/>
              <w:t>tout seul.</w:t>
            </w:r>
          </w:p>
        </w:tc>
        <w:tc>
          <w:tcPr>
            <w:tcW w:type="dxa" w:w="3213"/>
          </w:tcPr>
          <w:p>
            <w:r/>
            <w:r>
              <w:rPr>
                <w:b/>
                <w:i w:val="0"/>
              </w:rPr>
              <w:t>5. Avis personnel</w:t>
            </w:r>
          </w:p>
        </w:tc>
        <w:tc>
          <w:tcPr>
            <w:tcW w:type="dxa" w:w="3213"/>
          </w:tcPr>
          <w:p/>
        </w:tc>
      </w:tr>
      <w:tr>
        <w:tc>
          <w:tcPr>
            <w:tcW w:type="dxa" w:w="3213"/>
          </w:tcPr>
          <w:p/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  <w:t>Ce que j’ai aimé / pas aimé :</w:t>
              <w:br/>
              <w:t>____________________________________________________</w:t>
              <w:br/>
              <w:t>____________________________________________________</w:t>
              <w:br/>
              <w:br/>
              <w:t>Ce que ce livre m’a fait penser / ressentir :</w:t>
              <w:br/>
              <w:t>____________________________________________________</w:t>
              <w:br/>
              <w:t>____________________________________________________</w:t>
              <w:br/>
              <w:br/>
              <w:t>Note : ______ / ______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/>
              </w:rPr>
              <w:t>Une bonne fiche</w:t>
              <w:br/>
              <w:t>de lecture permet</w:t>
              <w:br/>
              <w:t>de reparler du livre</w:t>
              <w:br/>
              <w:t>sans le rouvrir.</w:t>
            </w:r>
          </w:p>
        </w:tc>
      </w:tr>
      <w:tr>
        <w:tc>
          <w:tcPr>
            <w:tcW w:type="dxa" w:w="3213"/>
          </w:tcPr>
          <w:p>
            <w:r/>
            <w:r>
              <w:rPr>
                <w:b w:val="0"/>
                <w:i/>
              </w:rPr>
              <w:t>Relis ta fiche :</w:t>
              <w:br/>
              <w:t>orthographe, accords,</w:t>
              <w:br/>
              <w:t>phrases complètes.</w:t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  <w:tc>
          <w:tcPr>
            <w:tcW w:type="dxa" w:w="3213"/>
          </w:tcPr>
          <w:p>
            <w:r/>
            <w:r>
              <w:rPr>
                <w:b w:val="0"/>
                <w:i w:val="0"/>
              </w:rPr>
            </w:r>
          </w:p>
        </w:tc>
      </w:tr>
    </w:tbl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