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rPr>
          <w:b/>
          <w:color w:val="24497D"/>
          <w:sz w:val="40"/>
        </w:rPr>
        <w:t>FICHE JEU – MOTS DE LA MÊME FAMILLE</w:t>
      </w:r>
    </w:p>
    <w:p>
      <w:r>
        <w:rPr>
          <w:i/>
          <w:sz w:val="24"/>
        </w:rPr>
        <w:t>Cycle 3 – CM1 / CM2 • Fiche gamifiée à compléter</w:t>
      </w:r>
    </w:p>
    <w:p/>
    <w:p>
      <w:r>
        <w:rPr>
          <w:b/>
          <w:color w:val="D9581F"/>
          <w:sz w:val="24"/>
        </w:rPr>
        <w:t xml:space="preserve">RÈGLE DU JEU : </w:t>
      </w:r>
      <w:r>
        <w:rPr>
          <w:sz w:val="24"/>
        </w:rPr>
        <w:t>Complète les missions pour gagner un maximum de points. Chaque mot bien trouvé dans la même famille rapporte 1 ⭐.</w:t>
      </w:r>
    </w:p>
    <w:p/>
    <w:p>
      <w:r>
        <w:rPr>
          <w:b/>
          <w:color w:val="00735B"/>
          <w:sz w:val="28"/>
        </w:rPr>
        <w:t>MISSION 1 – JE REPÈRE LA FAMILLE DE MOTS</w:t>
      </w:r>
    </w:p>
    <w:p>
      <w:pPr>
        <w:spacing w:after="120"/>
      </w:pPr>
      <w:r>
        <w:t>Pour chaque mot de départ, écris 3 mots de la même famille. Attention : les mots doivent garder le même sens de base.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3513"/>
        <w:gridCol w:w="3513"/>
        <w:gridCol w:w="3513"/>
      </w:tblGrid>
      <w:tr>
        <w:tc>
          <w:tcPr>
            <w:tcW w:type="dxa" w:w="3513"/>
          </w:tcPr>
          <w:p>
            <w:r>
              <w:rPr>
                <w:b/>
                <w:sz w:val="22"/>
              </w:rPr>
              <w:t>Mot de départ</w:t>
            </w:r>
          </w:p>
        </w:tc>
        <w:tc>
          <w:tcPr>
            <w:tcW w:type="dxa" w:w="3513"/>
          </w:tcPr>
          <w:p>
            <w:r>
              <w:rPr>
                <w:b/>
                <w:sz w:val="22"/>
              </w:rPr>
              <w:t>Mots de la même famille</w:t>
            </w:r>
          </w:p>
        </w:tc>
        <w:tc>
          <w:tcPr>
            <w:tcW w:type="dxa" w:w="3513"/>
          </w:tcPr>
          <w:p>
            <w:r>
              <w:rPr>
                <w:b/>
                <w:sz w:val="22"/>
              </w:rPr>
              <w:t>Points</w:t>
            </w:r>
          </w:p>
        </w:tc>
      </w:tr>
      <w:tr>
        <w:tc>
          <w:tcPr>
            <w:tcW w:type="dxa" w:w="3513"/>
          </w:tcPr>
          <w:p>
            <w:r>
              <w:rPr>
                <w:sz w:val="22"/>
              </w:rPr>
              <w:t>chant</w:t>
            </w:r>
          </w:p>
        </w:tc>
        <w:tc>
          <w:tcPr>
            <w:tcW w:type="dxa" w:w="3513"/>
          </w:tcPr>
          <w:p>
            <w:r>
              <w:rPr>
                <w:sz w:val="22"/>
              </w:rPr>
              <w:t>____________________________</w:t>
            </w:r>
          </w:p>
        </w:tc>
        <w:tc>
          <w:tcPr>
            <w:tcW w:type="dxa" w:w="3513"/>
          </w:tcPr>
          <w:p>
            <w:r>
              <w:rPr>
                <w:sz w:val="22"/>
              </w:rPr>
              <w:t xml:space="preserve"> /3 ⭐</w:t>
            </w:r>
          </w:p>
        </w:tc>
      </w:tr>
      <w:tr>
        <w:tc>
          <w:tcPr>
            <w:tcW w:type="dxa" w:w="3513"/>
          </w:tcPr>
          <w:p>
            <w:r>
              <w:rPr>
                <w:sz w:val="22"/>
              </w:rPr>
              <w:t>lire</w:t>
            </w:r>
          </w:p>
        </w:tc>
        <w:tc>
          <w:tcPr>
            <w:tcW w:type="dxa" w:w="3513"/>
          </w:tcPr>
          <w:p>
            <w:r>
              <w:rPr>
                <w:sz w:val="22"/>
              </w:rPr>
              <w:t>____________________________</w:t>
            </w:r>
          </w:p>
        </w:tc>
        <w:tc>
          <w:tcPr>
            <w:tcW w:type="dxa" w:w="3513"/>
          </w:tcPr>
          <w:p>
            <w:r>
              <w:rPr>
                <w:sz w:val="22"/>
              </w:rPr>
              <w:t xml:space="preserve"> /3 ⭐</w:t>
            </w:r>
          </w:p>
        </w:tc>
      </w:tr>
      <w:tr>
        <w:tc>
          <w:tcPr>
            <w:tcW w:type="dxa" w:w="3513"/>
          </w:tcPr>
          <w:p>
            <w:r>
              <w:rPr>
                <w:sz w:val="22"/>
              </w:rPr>
              <w:t>jouer</w:t>
            </w:r>
          </w:p>
        </w:tc>
        <w:tc>
          <w:tcPr>
            <w:tcW w:type="dxa" w:w="3513"/>
          </w:tcPr>
          <w:p>
            <w:r>
              <w:rPr>
                <w:sz w:val="22"/>
              </w:rPr>
              <w:t>____________________________</w:t>
            </w:r>
          </w:p>
        </w:tc>
        <w:tc>
          <w:tcPr>
            <w:tcW w:type="dxa" w:w="3513"/>
          </w:tcPr>
          <w:p>
            <w:r>
              <w:rPr>
                <w:sz w:val="22"/>
              </w:rPr>
              <w:t xml:space="preserve"> /3 ⭐</w:t>
            </w:r>
          </w:p>
        </w:tc>
      </w:tr>
      <w:tr>
        <w:tc>
          <w:tcPr>
            <w:tcW w:type="dxa" w:w="3513"/>
          </w:tcPr>
          <w:p>
            <w:r>
              <w:rPr>
                <w:sz w:val="22"/>
              </w:rPr>
              <w:t>peindre</w:t>
            </w:r>
          </w:p>
        </w:tc>
        <w:tc>
          <w:tcPr>
            <w:tcW w:type="dxa" w:w="3513"/>
          </w:tcPr>
          <w:p>
            <w:r>
              <w:rPr>
                <w:sz w:val="22"/>
              </w:rPr>
              <w:t>____________________________</w:t>
            </w:r>
          </w:p>
        </w:tc>
        <w:tc>
          <w:tcPr>
            <w:tcW w:type="dxa" w:w="3513"/>
          </w:tcPr>
          <w:p>
            <w:r>
              <w:rPr>
                <w:sz w:val="22"/>
              </w:rPr>
              <w:t xml:space="preserve"> /3 ⭐</w:t>
            </w:r>
          </w:p>
        </w:tc>
      </w:tr>
    </w:tbl>
    <w:p/>
    <w:p>
      <w:r>
        <w:rPr>
          <w:b/>
          <w:color w:val="AB275C"/>
          <w:sz w:val="28"/>
        </w:rPr>
        <w:t>MISSION 2 – DÉFI CHRONO</w:t>
      </w:r>
    </w:p>
    <w:p>
      <w:pPr>
        <w:spacing w:after="120"/>
      </w:pPr>
      <w:r>
        <w:t>Pendant 2 minutes, choisis un mot de départ (par exemple « école ») et écris le plus de mots possibles de la même famille. Compte tes points : 1 mot correct = 1 ⭐. Essaye de battre ton record !</w:t>
      </w:r>
    </w:p>
    <w:p>
      <w:r>
        <w:t>Mot de départ : ________________________________</w:t>
      </w:r>
    </w:p>
    <w:p>
      <w:r>
        <w:t>Mots de la même famille :</w:t>
      </w:r>
    </w:p>
    <w:p>
      <w:r>
        <w:t>_______________________________________________</w:t>
      </w:r>
    </w:p>
    <w:p>
      <w:r>
        <w:t>_______________________________________________</w:t>
      </w:r>
    </w:p>
    <w:p>
      <w:r>
        <w:t>_______________________________________________</w:t>
      </w:r>
    </w:p>
    <w:p>
      <w:r>
        <w:t>_______________________________________________</w:t>
      </w:r>
    </w:p>
    <w:p>
      <w:r>
        <w:t>_______________________________________________</w:t>
      </w:r>
    </w:p>
    <w:p/>
    <w:p>
      <w:r>
        <w:rPr>
          <w:b/>
          <w:color w:val="5C2D91"/>
          <w:sz w:val="28"/>
        </w:rPr>
        <w:t>MISSION 3 – VRAI OU FAUX ?</w:t>
      </w:r>
    </w:p>
    <w:p>
      <w:pPr>
        <w:spacing w:after="120"/>
      </w:pPr>
      <w:r>
        <w:t>Coche si le mot appartient à la même famille que le mot de départ. Si c’est faux, corrige en proposant un mot de la bonne famille.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35"/>
        <w:gridCol w:w="2635"/>
        <w:gridCol w:w="2635"/>
        <w:gridCol w:w="2635"/>
      </w:tblGrid>
      <w:tr>
        <w:tc>
          <w:tcPr>
            <w:tcW w:type="dxa" w:w="2635"/>
          </w:tcPr>
          <w:p>
            <w:r>
              <w:rPr>
                <w:b/>
                <w:sz w:val="20"/>
              </w:rPr>
              <w:t>Mot de départ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>Mot proposé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>Même famille ? ✅ / ❌</w:t>
            </w:r>
          </w:p>
        </w:tc>
        <w:tc>
          <w:tcPr>
            <w:tcW w:type="dxa" w:w="2635"/>
          </w:tcPr>
          <w:p>
            <w:r>
              <w:rPr>
                <w:b/>
                <w:sz w:val="20"/>
              </w:rPr>
              <w:t>Je corrige (si besoin)</w:t>
            </w:r>
          </w:p>
        </w:tc>
      </w:tr>
      <w:tr>
        <w:tc>
          <w:tcPr>
            <w:tcW w:type="dxa" w:w="2635"/>
          </w:tcPr>
          <w:p>
            <w:r>
              <w:rPr>
                <w:sz w:val="20"/>
              </w:rPr>
              <w:t>mer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marin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✅ / ❌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__________________</w:t>
            </w:r>
          </w:p>
        </w:tc>
      </w:tr>
      <w:tr>
        <w:tc>
          <w:tcPr>
            <w:tcW w:type="dxa" w:w="2635"/>
          </w:tcPr>
          <w:p>
            <w:r>
              <w:rPr>
                <w:sz w:val="20"/>
              </w:rPr>
              <w:t>faire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refaire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✅ / ❌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__________________</w:t>
            </w:r>
          </w:p>
        </w:tc>
      </w:tr>
      <w:tr>
        <w:tc>
          <w:tcPr>
            <w:tcW w:type="dxa" w:w="2635"/>
          </w:tcPr>
          <w:p>
            <w:r>
              <w:rPr>
                <w:sz w:val="20"/>
              </w:rPr>
              <w:t>chaleur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chaudement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✅ / ❌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__________________</w:t>
            </w:r>
          </w:p>
        </w:tc>
      </w:tr>
      <w:tr>
        <w:tc>
          <w:tcPr>
            <w:tcW w:type="dxa" w:w="2635"/>
          </w:tcPr>
          <w:p>
            <w:r>
              <w:rPr>
                <w:sz w:val="20"/>
              </w:rPr>
              <w:t>heureux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heure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✅ / ❌</w:t>
            </w:r>
          </w:p>
        </w:tc>
        <w:tc>
          <w:tcPr>
            <w:tcW w:type="dxa" w:w="2635"/>
          </w:tcPr>
          <w:p>
            <w:r>
              <w:rPr>
                <w:sz w:val="20"/>
              </w:rPr>
              <w:t>__________________</w:t>
            </w:r>
          </w:p>
        </w:tc>
      </w:tr>
    </w:tbl>
    <w:p/>
    <w:p>
      <w:r>
        <w:rPr>
          <w:b/>
          <w:sz w:val="24"/>
        </w:rPr>
        <w:t xml:space="preserve">SCORE FINAL : </w:t>
      </w:r>
      <w:r>
        <w:rPr>
          <w:sz w:val="24"/>
        </w:rPr>
        <w:t>J’ai obtenu _______ ⭐ sur _______ ⭐ possibles.</w:t>
      </w:r>
    </w:p>
    <w:sectPr w:rsidR="00FC693F" w:rsidRPr="0006063C" w:rsidSect="00034616"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