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Calibri" w:hAnsi="Calibri" w:eastAsia="Calibri"/>
          <w:b/>
          <w:color w:val="DB2777"/>
          <w:sz w:val="30"/>
        </w:rPr>
        <w:t>FICHE DE POSTE — Thème Startup / Neon</w:t>
      </w:r>
    </w:p>
    <w:p>
      <w:r>
        <w:rPr>
          <w:rFonts w:ascii="Calibri" w:hAnsi="Calibri" w:eastAsia="Calibri"/>
          <w:b w:val="0"/>
          <w:color w:val="06B6D4"/>
          <w:sz w:val="22"/>
        </w:rPr>
        <w:t>Modèle punchy, rythmé, prêt pour le terrain digital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FDECEF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FDECEF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FDECEF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FDECEF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FDECEF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p>
      <w:r>
        <w:rPr>
          <w:rFonts w:ascii="Calibri" w:hAnsi="Calibri" w:eastAsia="Calibri"/>
          <w:b/>
          <w:color w:val="06B6D4"/>
          <w:sz w:val="26"/>
        </w:rPr>
        <w:t>Finalité du poste</w:t>
      </w:r>
    </w:p>
    <w:p>
      <w:r>
        <w:rPr>
          <w:rFonts w:ascii="Calibri" w:hAnsi="Calibri" w:eastAsia="Calibri"/>
          <w:b w:val="0"/>
          <w:sz w:val="22"/>
        </w:rPr>
        <w:t>[À compléter] Exposez l’utilité du poste en quelques phrases.</w:t>
      </w:r>
    </w:p>
    <w:p>
      <w:r>
        <w:rPr>
          <w:rFonts w:ascii="Calibri" w:hAnsi="Calibri" w:eastAsia="Calibri"/>
          <w:b/>
          <w:color w:val="06B6D4"/>
          <w:sz w:val="26"/>
        </w:rPr>
        <w:t>Missions principales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1]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2]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3] .............................................</w:t>
      </w:r>
    </w:p>
    <w:p>
      <w:r>
        <w:rPr>
          <w:rFonts w:ascii="Calibri" w:hAnsi="Calibri" w:eastAsia="Calibri"/>
          <w:b/>
          <w:color w:val="06B6D4"/>
          <w:sz w:val="26"/>
        </w:rPr>
        <w:t>Responsabilités &amp; Autorités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Responsabilités clés 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Décisions possibles ....................................</w:t>
      </w:r>
    </w:p>
    <w:p>
      <w:r>
        <w:rPr>
          <w:rFonts w:ascii="Calibri" w:hAnsi="Calibri" w:eastAsia="Calibri"/>
          <w:b/>
          <w:color w:val="06B6D4"/>
          <w:sz w:val="26"/>
        </w:rPr>
        <w:t>Indicateurs de performance (KPIs)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1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2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3 ..................................................</w:t>
      </w:r>
    </w:p>
    <w:p>
      <w:r>
        <w:rPr>
          <w:rFonts w:ascii="Calibri" w:hAnsi="Calibri" w:eastAsia="Calibri"/>
          <w:b/>
          <w:color w:val="06B6D4"/>
          <w:sz w:val="26"/>
        </w:rPr>
        <w:t>Compétences requises</w:t>
      </w:r>
    </w:p>
    <w:p>
      <w:r>
        <w:rPr>
          <w:rFonts w:ascii="Calibri" w:hAnsi="Calibri" w:eastAsia="Calibri"/>
          <w:b w:val="0"/>
          <w:sz w:val="22"/>
        </w:rPr>
        <w:t>Techniques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 w:val="0"/>
          <w:sz w:val="22"/>
        </w:rPr>
        <w:t>Comportementales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/>
          <w:color w:val="06B6D4"/>
          <w:sz w:val="26"/>
        </w:rPr>
        <w:t>Profil recherché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Formation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Expérience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Certifications : …</w:t>
      </w:r>
    </w:p>
    <w:p>
      <w:r>
        <w:rPr>
          <w:rFonts w:ascii="Calibri" w:hAnsi="Calibri" w:eastAsia="Calibri"/>
          <w:b/>
          <w:color w:val="06B6D4"/>
          <w:sz w:val="26"/>
        </w:rPr>
        <w:t>Interactions clés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Interne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Externe : …</w:t>
      </w:r>
    </w:p>
    <w:p>
      <w:r>
        <w:rPr>
          <w:rFonts w:ascii="Calibri" w:hAnsi="Calibri" w:eastAsia="Calibri"/>
          <w:b/>
          <w:color w:val="06B6D4"/>
          <w:sz w:val="26"/>
        </w:rPr>
        <w:t>Conditions et cadre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Type de contrat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Horaires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Rémunération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Avantages : …</w:t>
      </w:r>
    </w:p>
    <w:p>
      <w:r>
        <w:rPr>
          <w:rFonts w:ascii="Calibri" w:hAnsi="Calibri" w:eastAsia="Calibri"/>
          <w:b/>
          <w:color w:val="06B6D4"/>
          <w:sz w:val="26"/>
        </w:rPr>
        <w:t>Contraintes et HSE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EPI requis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Contraintes (port de charge, 3x8, etc.) : …</w:t>
      </w:r>
    </w:p>
    <w:p>
      <w:r>
        <w:rPr>
          <w:rFonts w:ascii="Calibri" w:hAnsi="Calibri" w:eastAsia="Calibri"/>
          <w:b/>
          <w:color w:val="06B6D4"/>
          <w:sz w:val="26"/>
        </w:rPr>
        <w:t>Évolutions possibles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court terme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moyen terme : …</w:t>
      </w:r>
    </w:p>
    <w:p>
      <w:r>
        <w:rPr>
          <w:rFonts w:ascii="Calibri" w:hAnsi="Calibri" w:eastAsia="Calibri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Date : 09/11/2025</w:t>
            </w:r>
          </w:p>
        </w:tc>
      </w:tr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employeur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