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rFonts w:ascii="Calibri" w:hAnsi="Calibri" w:eastAsia="Calibri"/>
          <w:b/>
          <w:color w:val="0F766E"/>
          <w:sz w:val="28"/>
        </w:rPr>
        <w:t>FICHE DE POSTE — MODÈLE VIERGE (Ruban vertical)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850"/>
        <w:gridCol w:w="9638"/>
      </w:tblGrid>
      <w:tr>
        <w:tc>
          <w:tcPr>
            <w:tcW w:type="dxa" w:w="5273"/>
            <w:shd w:val="clear" w:color="auto" w:fill="0F766E"/>
          </w:tcPr>
          <w:p/>
          <w:p>
            <w:r>
              <w:rPr>
                <w:rFonts w:ascii="Calibri" w:hAnsi="Calibri" w:eastAsia="Calibri"/>
                <w:b/>
                <w:color w:val="FFFFFF"/>
                <w:sz w:val="28"/>
              </w:rPr>
              <w:t>•</w:t>
              <w:br/>
              <w:t>•</w:t>
              <w:br/>
              <w:t>•</w:t>
            </w:r>
          </w:p>
        </w:tc>
        <w:tc>
          <w:tcPr>
            <w:tcW w:type="dxa" w:w="5273"/>
          </w:tcPr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636"/>
              <w:gridCol w:w="2636"/>
            </w:tblGrid>
            <w:tr>
              <w:tc>
                <w:tcPr>
                  <w:tcW w:type="dxa" w:w="2636"/>
                  <w:shd w:val="clear" w:color="auto" w:fill="CCFBF1"/>
                </w:tcPr>
                <w:p>
                  <w:r>
                    <w:rPr>
                      <w:rFonts w:ascii="Calibri" w:hAnsi="Calibri" w:eastAsia="Calibri"/>
                      <w:b w:val="0"/>
                      <w:sz w:val="22"/>
                    </w:rPr>
                    <w:t>Intitulé du poste</w:t>
                  </w:r>
                </w:p>
              </w:tc>
              <w:tc>
                <w:tcPr>
                  <w:tcW w:type="dxa" w:w="2636"/>
                </w:tcPr>
                <w:p>
                  <w:r>
                    <w:rPr>
                      <w:rFonts w:ascii="Calibri" w:hAnsi="Calibri" w:eastAsia="Calibri"/>
                      <w:b w:val="0"/>
                      <w:sz w:val="22"/>
                    </w:rPr>
                    <w:t>[À compléter]</w:t>
                  </w:r>
                </w:p>
              </w:tc>
            </w:tr>
            <w:tr>
              <w:tc>
                <w:tcPr>
                  <w:tcW w:type="dxa" w:w="2636"/>
                  <w:shd w:val="clear" w:color="auto" w:fill="CCFBF1"/>
                </w:tcPr>
                <w:p>
                  <w:r>
                    <w:rPr>
                      <w:rFonts w:ascii="Calibri" w:hAnsi="Calibri" w:eastAsia="Calibri"/>
                      <w:b w:val="0"/>
                      <w:sz w:val="22"/>
                    </w:rPr>
                    <w:t>Département / Service</w:t>
                  </w:r>
                </w:p>
              </w:tc>
              <w:tc>
                <w:tcPr>
                  <w:tcW w:type="dxa" w:w="2636"/>
                </w:tcPr>
                <w:p>
                  <w:r>
                    <w:rPr>
                      <w:rFonts w:ascii="Calibri" w:hAnsi="Calibri" w:eastAsia="Calibri"/>
                      <w:b w:val="0"/>
                      <w:sz w:val="22"/>
                    </w:rPr>
                    <w:t>[À compléter]</w:t>
                  </w:r>
                </w:p>
              </w:tc>
            </w:tr>
            <w:tr>
              <w:tc>
                <w:tcPr>
                  <w:tcW w:type="dxa" w:w="2636"/>
                  <w:shd w:val="clear" w:color="auto" w:fill="CCFBF1"/>
                </w:tcPr>
                <w:p>
                  <w:r>
                    <w:rPr>
                      <w:rFonts w:ascii="Calibri" w:hAnsi="Calibri" w:eastAsia="Calibri"/>
                      <w:b w:val="0"/>
                      <w:sz w:val="22"/>
                    </w:rPr>
                    <w:t>Lieu de travail</w:t>
                  </w:r>
                </w:p>
              </w:tc>
              <w:tc>
                <w:tcPr>
                  <w:tcW w:type="dxa" w:w="2636"/>
                </w:tcPr>
                <w:p>
                  <w:r>
                    <w:rPr>
                      <w:rFonts w:ascii="Calibri" w:hAnsi="Calibri" w:eastAsia="Calibri"/>
                      <w:b w:val="0"/>
                      <w:sz w:val="22"/>
                    </w:rPr>
                    <w:t>[À compléter]</w:t>
                  </w:r>
                </w:p>
              </w:tc>
            </w:tr>
            <w:tr>
              <w:tc>
                <w:tcPr>
                  <w:tcW w:type="dxa" w:w="2636"/>
                  <w:shd w:val="clear" w:color="auto" w:fill="CCFBF1"/>
                </w:tcPr>
                <w:p>
                  <w:r>
                    <w:rPr>
                      <w:rFonts w:ascii="Calibri" w:hAnsi="Calibri" w:eastAsia="Calibri"/>
                      <w:b w:val="0"/>
                      <w:sz w:val="22"/>
                    </w:rPr>
                    <w:t>Rattachement hiérarchique</w:t>
                  </w:r>
                </w:p>
              </w:tc>
              <w:tc>
                <w:tcPr>
                  <w:tcW w:type="dxa" w:w="2636"/>
                </w:tcPr>
                <w:p>
                  <w:r>
                    <w:rPr>
                      <w:rFonts w:ascii="Calibri" w:hAnsi="Calibri" w:eastAsia="Calibri"/>
                      <w:b w:val="0"/>
                      <w:sz w:val="22"/>
                    </w:rPr>
                    <w:t>[À compléter]</w:t>
                  </w:r>
                </w:p>
              </w:tc>
            </w:tr>
            <w:tr>
              <w:tc>
                <w:tcPr>
                  <w:tcW w:type="dxa" w:w="2636"/>
                  <w:shd w:val="clear" w:color="auto" w:fill="CCFBF1"/>
                </w:tcPr>
                <w:p>
                  <w:r>
                    <w:rPr>
                      <w:rFonts w:ascii="Calibri" w:hAnsi="Calibri" w:eastAsia="Calibri"/>
                      <w:b w:val="0"/>
                      <w:sz w:val="22"/>
                    </w:rPr>
                    <w:t>Périmètre / Équipe</w:t>
                  </w:r>
                </w:p>
              </w:tc>
              <w:tc>
                <w:tcPr>
                  <w:tcW w:type="dxa" w:w="2636"/>
                </w:tcPr>
                <w:p>
                  <w:r>
                    <w:rPr>
                      <w:rFonts w:ascii="Calibri" w:hAnsi="Calibri" w:eastAsia="Calibri"/>
                      <w:b w:val="0"/>
                      <w:sz w:val="22"/>
                    </w:rPr>
                    <w:t>[À compléter]</w:t>
                  </w:r>
                </w:p>
              </w:tc>
            </w:tr>
          </w:tbl>
          <w:p/>
          <w:p/>
          <w:p>
            <w:r>
              <w:rPr>
                <w:rFonts w:ascii="Calibri" w:hAnsi="Calibri" w:eastAsia="Calibri"/>
                <w:b/>
                <w:color w:val="0F766E"/>
                <w:sz w:val="26"/>
              </w:rPr>
              <w:t>Finalité du poste</w:t>
            </w:r>
          </w:p>
          <w:p>
            <w:r>
              <w:rPr>
                <w:rFonts w:ascii="Calibri" w:hAnsi="Calibri" w:eastAsia="Calibri"/>
                <w:b w:val="0"/>
                <w:sz w:val="22"/>
              </w:rPr>
              <w:t>[À compléter] Exposez en quelques phrases l’utilité du poste.</w:t>
            </w:r>
          </w:p>
          <w:p>
            <w:r>
              <w:rPr>
                <w:rFonts w:ascii="Calibri" w:hAnsi="Calibri" w:eastAsia="Calibri"/>
                <w:b/>
                <w:color w:val="0F766E"/>
                <w:sz w:val="26"/>
              </w:rPr>
              <w:t>Missions principales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[Mission 1] .............................................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[Mission 2] .............................................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[Mission 3] .............................................</w:t>
            </w:r>
          </w:p>
          <w:p>
            <w:r>
              <w:rPr>
                <w:rFonts w:ascii="Calibri" w:hAnsi="Calibri" w:eastAsia="Calibri"/>
                <w:b/>
                <w:color w:val="0F766E"/>
                <w:sz w:val="26"/>
              </w:rPr>
              <w:t>Responsabilités &amp; Autorités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Responsabilités clés ...................................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Décisions possibles ....................................</w:t>
            </w:r>
          </w:p>
          <w:p>
            <w:r>
              <w:rPr>
                <w:rFonts w:ascii="Calibri" w:hAnsi="Calibri" w:eastAsia="Calibri"/>
                <w:b/>
                <w:color w:val="0F766E"/>
                <w:sz w:val="26"/>
              </w:rPr>
              <w:t>Indicateurs de performance (KPIs)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KPI 1 ..................................................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KPI 2 ..................................................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KPI 3 ..................................................</w:t>
            </w:r>
          </w:p>
          <w:p>
            <w:r>
              <w:rPr>
                <w:rFonts w:ascii="Calibri" w:hAnsi="Calibri" w:eastAsia="Calibri"/>
                <w:b/>
                <w:color w:val="0F766E"/>
                <w:sz w:val="26"/>
              </w:rPr>
              <w:t>Compétences requises</w:t>
            </w:r>
          </w:p>
          <w:p>
            <w:r>
              <w:rPr>
                <w:rFonts w:ascii="Calibri" w:hAnsi="Calibri" w:eastAsia="Calibri"/>
                <w:b w:val="0"/>
                <w:sz w:val="22"/>
              </w:rPr>
              <w:t>Techniques :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........................................................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........................................................</w:t>
            </w:r>
          </w:p>
          <w:p>
            <w:r>
              <w:rPr>
                <w:rFonts w:ascii="Calibri" w:hAnsi="Calibri" w:eastAsia="Calibri"/>
                <w:b w:val="0"/>
                <w:sz w:val="22"/>
              </w:rPr>
              <w:t>Comportementales :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........................................................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........................................................</w:t>
            </w:r>
          </w:p>
          <w:p>
            <w:r>
              <w:rPr>
                <w:rFonts w:ascii="Calibri" w:hAnsi="Calibri" w:eastAsia="Calibri"/>
                <w:b/>
                <w:color w:val="0F766E"/>
                <w:sz w:val="26"/>
              </w:rPr>
              <w:t>Profil recherché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Formation : ............................................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Expérience : ...........................................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Certifications : .......................................</w:t>
            </w:r>
          </w:p>
          <w:p>
            <w:r>
              <w:rPr>
                <w:rFonts w:ascii="Calibri" w:hAnsi="Calibri" w:eastAsia="Calibri"/>
                <w:b/>
                <w:color w:val="0F766E"/>
                <w:sz w:val="26"/>
              </w:rPr>
              <w:t>Interactions clés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Interne : ..............................................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Externe : ..............................................</w:t>
            </w:r>
          </w:p>
          <w:p>
            <w:r>
              <w:rPr>
                <w:rFonts w:ascii="Calibri" w:hAnsi="Calibri" w:eastAsia="Calibri"/>
                <w:b/>
                <w:color w:val="0F766E"/>
                <w:sz w:val="26"/>
              </w:rPr>
              <w:t>Conditions et cadre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Type de contrat : ......................................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Horaires : .............................................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Rémunération (fourchette) : ............................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Avantages : ............................................</w:t>
            </w:r>
          </w:p>
          <w:p>
            <w:r>
              <w:rPr>
                <w:rFonts w:ascii="Calibri" w:hAnsi="Calibri" w:eastAsia="Calibri"/>
                <w:b/>
                <w:color w:val="0F766E"/>
                <w:sz w:val="26"/>
              </w:rPr>
              <w:t>Contraintes et HSE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EPI requis : ...........................................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Contraintes (port de charge, 3x8, etc.) : ..............</w:t>
            </w:r>
          </w:p>
          <w:p>
            <w:r>
              <w:rPr>
                <w:rFonts w:ascii="Calibri" w:hAnsi="Calibri" w:eastAsia="Calibri"/>
                <w:b/>
                <w:color w:val="0F766E"/>
                <w:sz w:val="26"/>
              </w:rPr>
              <w:t>Évolutions possibles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À court terme : .........................................</w:t>
            </w:r>
          </w:p>
          <w:p>
            <w:pPr>
              <w:pStyle w:val="ListBullet"/>
            </w:pPr>
            <w:r>
              <w:rPr>
                <w:rFonts w:ascii="Calibri" w:hAnsi="Calibri" w:eastAsia="Calibri"/>
                <w:b w:val="0"/>
                <w:sz w:val="22"/>
              </w:rPr>
              <w:t>À moyen terme : .........................................</w:t>
            </w:r>
          </w:p>
          <w:p>
            <w:r>
              <w:rPr>
                <w:rFonts w:ascii="Calibri" w:hAnsi="Calibri" w:eastAsia="Calibri"/>
                <w:b w:val="0"/>
                <w:sz w:val="22"/>
              </w:rPr>
              <w:t>Date de mise à jour : ____ / ____ / ______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2636"/>
              <w:gridCol w:w="2636"/>
            </w:tblGrid>
            <w:tr>
              <w:tc>
                <w:tcPr>
                  <w:tcW w:type="dxa" w:w="2636"/>
                </w:tcPr>
                <w:p>
                  <w:r>
                    <w:rPr>
                      <w:rFonts w:ascii="Calibri" w:hAnsi="Calibri" w:eastAsia="Calibri"/>
                      <w:b w:val="0"/>
                      <w:sz w:val="22"/>
                    </w:rPr>
                    <w:t>Fait à : __________________________</w:t>
                  </w:r>
                </w:p>
              </w:tc>
              <w:tc>
                <w:tcPr>
                  <w:tcW w:type="dxa" w:w="2636"/>
                </w:tcPr>
                <w:p>
                  <w:r>
                    <w:rPr>
                      <w:rFonts w:ascii="Calibri" w:hAnsi="Calibri" w:eastAsia="Calibri"/>
                      <w:b w:val="0"/>
                      <w:sz w:val="22"/>
                    </w:rPr>
                    <w:t>Date : 08/11/2025</w:t>
                  </w:r>
                </w:p>
              </w:tc>
            </w:tr>
            <w:tr>
              <w:tc>
                <w:tcPr>
                  <w:tcW w:type="dxa" w:w="2636"/>
                </w:tcPr>
                <w:p>
                  <w:r>
                    <w:rPr>
                      <w:rFonts w:ascii="Calibri" w:hAnsi="Calibri" w:eastAsia="Calibri"/>
                      <w:b w:val="0"/>
                      <w:sz w:val="22"/>
                    </w:rPr>
                    <w:t>Signature employeur</w:t>
                  </w:r>
                </w:p>
              </w:tc>
              <w:tc>
                <w:tcPr>
                  <w:tcW w:type="dxa" w:w="2636"/>
                </w:tcPr>
                <w:p>
                  <w:r>
                    <w:rPr>
                      <w:rFonts w:ascii="Calibri" w:hAnsi="Calibri" w:eastAsia="Calibri"/>
                      <w:b w:val="0"/>
                      <w:sz w:val="22"/>
                    </w:rPr>
                    <w:t>Signature salarié</w:t>
                  </w:r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11906" w:h="16838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 w:eastAsia="Calibri"/>
        <w:b w:val="0"/>
        <w:sz w:val="18"/>
      </w:rPr>
      <w:t>lecoursgratuit.com — Modèle prêt à imprimer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