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32"/>
        </w:rPr>
        <w:t>FICHE DE RÉVISION – PHRASE SIMPLE / PHRASE COMPLEXE</w:t>
      </w:r>
    </w:p>
    <w:p>
      <w:pPr>
        <w:jc w:val="center"/>
      </w:pPr>
      <w:r>
        <w:rPr>
          <w:i/>
        </w:rPr>
        <w:t>Collège – Français – Grammaire</w:t>
      </w:r>
    </w:p>
    <w:p/>
    <w:tbl>
      <w:tblPr>
        <w:tblStyle w:val="TableGrid"/>
        <w:tblW w:type="auto" w:w="0"/>
        <w:tblLook w:firstColumn="1" w:firstRow="1" w:lastColumn="0" w:lastRow="0" w:noHBand="0" w:noVBand="1" w:val="04A0"/>
      </w:tblPr>
      <w:tblGrid>
        <w:gridCol w:w="8640"/>
      </w:tblGrid>
      <w:tr>
        <w:tc>
          <w:tcPr>
            <w:tcW w:type="dxa" w:w="8640"/>
          </w:tcPr>
          <w:p>
            <w:r>
              <w:rPr>
                <w:b/>
              </w:rPr>
              <w:t>Idée clé</w:t>
            </w:r>
            <w:r>
              <w:br/>
              <w:t>La différence entre phrase simple et phrase complexe ne dépend pas du nombre de mots, mais du nombre de verbes conjugués. On compte d’abord les verbes conjugués, puis on détermine le type de phrase.</w:t>
            </w:r>
          </w:p>
        </w:tc>
      </w:tr>
    </w:tbl>
    <w:p/>
    <w:p>
      <w:r>
        <w:rPr>
          <w:b/>
        </w:rPr>
        <w:t>1. Verbe conjugué et proposition</w:t>
      </w:r>
    </w:p>
    <w:p>
      <w:r>
        <w:t>• Un verbe conjugué change de forme selon le sujet (je, tu, il…) et le temps (présent, imparfait, futur, etc.).</w:t>
        <w:br/>
        <w:t>• Une proposition est un groupe de mots organisé autour d’un verbe conjugué.</w:t>
        <w:br/>
        <w:t>→ Pour compter les propositions dans une phrase, on commence par repérer les verbes conjugués.</w:t>
      </w:r>
    </w:p>
    <w:p/>
    <w:p>
      <w:r>
        <w:rPr>
          <w:b/>
        </w:rPr>
        <w:t>2. La phrase simple</w:t>
      </w:r>
    </w:p>
    <w:p>
      <w:r>
        <w:t>Définition : une phrase simple contient une seule proposition, donc un seul verbe conjugué.</w:t>
        <w:br/>
        <w:t>Elle peut être courte ou longue, avec ou sans compléments : tant qu’il n’y a qu’un seul verbe conjugué, la phrase est simple.</w:t>
      </w:r>
    </w:p>
    <w:p>
      <w:r>
        <w:t>Exemples :</w:t>
      </w:r>
    </w:p>
    <w:p>
      <w:r>
        <w:t>– Les élèves entrent. → 1 verbe conjugué (entrent) → phrase simple.</w:t>
      </w:r>
    </w:p>
    <w:p>
      <w:r>
        <w:t>– Mon frère a oublié son cahier de maths dans le bus ce matin. → 1 verbe conjugué (a oublié) → phrase simple.</w:t>
      </w:r>
    </w:p>
    <w:p/>
    <w:p>
      <w:r>
        <w:rPr>
          <w:b/>
        </w:rPr>
        <w:t>3. La phrase complexe</w:t>
      </w:r>
    </w:p>
    <w:p>
      <w:r>
        <w:t>Définition : une phrase complexe contient au moins deux verbes conjugués, donc au moins deux propositions.</w:t>
        <w:br/>
        <w:t>Ces propositions peuvent être juxtaposées, coordonnées ou subordonnées.</w:t>
      </w:r>
    </w:p>
    <w:p/>
    <w:tbl>
      <w:tblPr>
        <w:tblStyle w:val="TableGrid"/>
        <w:tblW w:type="auto" w:w="0"/>
        <w:tblLook w:firstColumn="1" w:firstRow="1" w:lastColumn="0" w:lastRow="0" w:noHBand="0" w:noVBand="1" w:val="04A0"/>
      </w:tblPr>
      <w:tblGrid>
        <w:gridCol w:w="2880"/>
        <w:gridCol w:w="2880"/>
        <w:gridCol w:w="2880"/>
      </w:tblGrid>
      <w:tr>
        <w:tc>
          <w:tcPr>
            <w:tcW w:type="dxa" w:w="2880"/>
          </w:tcPr>
          <w:p>
            <w:r>
              <w:t>Type de phrase</w:t>
            </w:r>
          </w:p>
        </w:tc>
        <w:tc>
          <w:tcPr>
            <w:tcW w:type="dxa" w:w="2880"/>
          </w:tcPr>
          <w:p>
            <w:r>
              <w:t>Nombre de verbes conjugués</w:t>
            </w:r>
          </w:p>
        </w:tc>
        <w:tc>
          <w:tcPr>
            <w:tcW w:type="dxa" w:w="2880"/>
          </w:tcPr>
          <w:p>
            <w:r>
              <w:t>Exemple</w:t>
            </w:r>
          </w:p>
        </w:tc>
      </w:tr>
      <w:tr>
        <w:tc>
          <w:tcPr>
            <w:tcW w:type="dxa" w:w="2880"/>
          </w:tcPr>
          <w:p>
            <w:r>
              <w:t>Phrase simple</w:t>
            </w:r>
          </w:p>
        </w:tc>
        <w:tc>
          <w:tcPr>
            <w:tcW w:type="dxa" w:w="2880"/>
          </w:tcPr>
          <w:p>
            <w:r>
              <w:t>Un seul verbe conjugué (1 proposition)</w:t>
            </w:r>
          </w:p>
        </w:tc>
        <w:tc>
          <w:tcPr>
            <w:tcW w:type="dxa" w:w="2880"/>
          </w:tcPr>
          <w:p>
            <w:r>
              <w:t>Les élèves rangent leurs affaires.</w:t>
            </w:r>
          </w:p>
        </w:tc>
      </w:tr>
      <w:tr>
        <w:tc>
          <w:tcPr>
            <w:tcW w:type="dxa" w:w="2880"/>
          </w:tcPr>
          <w:p>
            <w:r>
              <w:t>Phrase complexe</w:t>
            </w:r>
          </w:p>
        </w:tc>
        <w:tc>
          <w:tcPr>
            <w:tcW w:type="dxa" w:w="2880"/>
          </w:tcPr>
          <w:p>
            <w:r>
              <w:t>Au moins deux verbes conjugués (plusieurs propositions)</w:t>
            </w:r>
          </w:p>
        </w:tc>
        <w:tc>
          <w:tcPr>
            <w:tcW w:type="dxa" w:w="2880"/>
          </w:tcPr>
          <w:p>
            <w:r>
              <w:t>Quand il arrive, nous commençons le film.</w:t>
            </w:r>
          </w:p>
        </w:tc>
      </w:tr>
    </w:tbl>
    <w:p/>
    <w:p>
      <w:r>
        <w:rPr>
          <w:b/>
        </w:rPr>
        <w:t>3.1. Phrase complexe par juxtaposition</w:t>
      </w:r>
    </w:p>
    <w:p>
      <w:r>
        <w:t>Les propositions sont simplement mises côte à côte et séparées par une virgule, un point-virgule ou deux-points.</w:t>
        <w:br/>
        <w:t>Ex. : Le soleil brille, les oiseaux chantent.</w:t>
      </w:r>
    </w:p>
    <w:p>
      <w:r>
        <w:rPr>
          <w:b/>
        </w:rPr>
        <w:t>3.2. Phrase complexe par coordination</w:t>
      </w:r>
    </w:p>
    <w:p>
      <w:r>
        <w:t>Les propositions sont reliées par une conjonction de coordination : mais, ou, et, donc, or, ni, car.</w:t>
        <w:br/>
        <w:t>Ex. : Je voudrais venir, mais je dois travailler.</w:t>
      </w:r>
    </w:p>
    <w:p>
      <w:r>
        <w:rPr>
          <w:b/>
        </w:rPr>
        <w:t>3.3. Phrase complexe par subordination</w:t>
      </w:r>
    </w:p>
    <w:p>
      <w:r>
        <w:t>Une proposition dépend d’une autre et est introduite par une conjonction de subordination (que, quand, parce que, si…) ou un pronom relatif (qui, que, dont, où…).</w:t>
        <w:br/>
        <w:t>Ex. : Quand il fait beau, nous mangeons dehors.</w:t>
      </w:r>
    </w:p>
    <w:p/>
    <w:p>
      <w:r>
        <w:rPr>
          <w:b/>
        </w:rPr>
        <w:t>4. Méthode pour analyser une phrase</w:t>
      </w:r>
    </w:p>
    <w:p>
      <w:r>
        <w:t>1) Repère et entoure tous les verbes conjugués.</w:t>
        <w:br/>
        <w:t>2) Compte le nombre de verbes conjugués :</w:t>
        <w:br/>
        <w:t xml:space="preserve">   – 1 verbe conjugué → phrase simple</w:t>
        <w:br/>
        <w:t xml:space="preserve">   – 2 verbes ou plus → phrase complexe</w:t>
        <w:br/>
        <w:t>3) Si la phrase est complexe, repère le lien entre les propositions : juxtaposition, coordination ou subordination.</w:t>
      </w:r>
    </w:p>
    <w:p/>
    <w:p>
      <w:r>
        <w:rPr>
          <w:b/>
        </w:rPr>
        <w:t>5. Mini-exercices (entraînement rapide)</w:t>
      </w:r>
    </w:p>
    <w:p>
      <w:r>
        <w:t>Indique si la phrase est simple ou complexe. Si elle est complexe, souligne les verbes conjugués et précise le type de liaison (juxtaposition, coordination ou subordination).</w:t>
      </w:r>
    </w:p>
    <w:p>
      <w:r>
        <w:t>1. Les élèves rangent leurs affaires.</w:t>
      </w:r>
      <w:r>
        <w:br/>
        <w:t xml:space="preserve">   → Type : __________________   Verbes conjugués : __________________</w:t>
      </w:r>
    </w:p>
    <w:p>
      <w:r>
        <w:t>2. Le vent souffle et la pluie tombe.</w:t>
      </w:r>
      <w:r>
        <w:br/>
        <w:t xml:space="preserve">   → Type : __________________   Verbes conjugués : __________________</w:t>
      </w:r>
    </w:p>
    <w:p>
      <w:r>
        <w:t>3. Quand il arrive, nous commençons le film.</w:t>
      </w:r>
      <w:r>
        <w:br/>
        <w:t xml:space="preserve">   → Type : __________________   Verbes conjugués : __________________</w:t>
      </w:r>
    </w:p>
    <w:p>
      <w:r>
        <w:t>4. Je cherche mon cahier depuis dix minutes.</w:t>
      </w:r>
      <w:r>
        <w:br/>
        <w:t xml:space="preserve">   → Type : __________________   Verbes conjugués : __________________</w:t>
      </w:r>
    </w:p>
    <w:p>
      <w:r>
        <w:t>5. Le soleil se couche, la nuit tombe.</w:t>
      </w:r>
      <w:r>
        <w:br/>
        <w:t xml:space="preserve">   → Type : __________________   Verbes conjugués : 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