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FICHE DE RÉVISION – NATURE ET FONCTION DES MOTS</w:t>
      </w:r>
    </w:p>
    <w:p>
      <w:pPr>
        <w:jc w:val="center"/>
      </w:pPr>
      <w:r>
        <w:rPr>
          <w:i/>
        </w:rPr>
        <w:t>Niveau : collège / lycée – Format A4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rPr>
                <w:b/>
              </w:rPr>
              <w:t>Idée clé :</w:t>
              <w:br/>
            </w:r>
            <w:r>
              <w:t>• La NATURE, c’est ce que le mot est (sa “carte d’identité” : nom, verbe, adjectif, pronom…).</w:t>
              <w:br/>
              <w:t>• La FONCTION, c’est le rôle du mot dans la phrase (sujet, COD, COI, complément du nom, etc.).</w:t>
              <w:br/>
              <w:t>→ Un même mot garde la même nature, mais sa fonction change selon la phrase.</w:t>
            </w:r>
          </w:p>
        </w:tc>
      </w:tr>
    </w:tbl>
    <w:p/>
    <w:p>
      <w:r>
        <w:rPr>
          <w:b/>
        </w:rPr>
        <w:t>1. Les principales NATURES de mots</w:t>
      </w:r>
    </w:p>
    <w:p>
      <w:r>
        <w:t>Tu dois surtout maîtriser les grandes familles suivantes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Nature</w:t>
            </w:r>
          </w:p>
        </w:tc>
        <w:tc>
          <w:tcPr>
            <w:tcW w:type="dxa" w:w="2880"/>
          </w:tcPr>
          <w:p>
            <w:r>
              <w:t>Rôle</w:t>
            </w:r>
          </w:p>
        </w:tc>
        <w:tc>
          <w:tcPr>
            <w:tcW w:type="dxa" w:w="2880"/>
          </w:tcPr>
          <w:p>
            <w:r>
              <w:t>Exemples</w:t>
            </w:r>
          </w:p>
        </w:tc>
      </w:tr>
      <w:tr>
        <w:tc>
          <w:tcPr>
            <w:tcW w:type="dxa" w:w="2880"/>
          </w:tcPr>
          <w:p>
            <w:r>
              <w:t>Nom</w:t>
            </w:r>
          </w:p>
        </w:tc>
        <w:tc>
          <w:tcPr>
            <w:tcW w:type="dxa" w:w="2880"/>
          </w:tcPr>
          <w:p>
            <w:r>
              <w:t>Désigne une personne, une chose, une idée.</w:t>
            </w:r>
          </w:p>
        </w:tc>
        <w:tc>
          <w:tcPr>
            <w:tcW w:type="dxa" w:w="2880"/>
          </w:tcPr>
          <w:p>
            <w:r>
              <w:t>une maison, Paul, la liberté</w:t>
            </w:r>
          </w:p>
        </w:tc>
      </w:tr>
      <w:tr>
        <w:tc>
          <w:tcPr>
            <w:tcW w:type="dxa" w:w="2880"/>
          </w:tcPr>
          <w:p>
            <w:r>
              <w:t>Verbe</w:t>
            </w:r>
          </w:p>
        </w:tc>
        <w:tc>
          <w:tcPr>
            <w:tcW w:type="dxa" w:w="2880"/>
          </w:tcPr>
          <w:p>
            <w:r>
              <w:t>Exprime une action ou un état.</w:t>
            </w:r>
          </w:p>
        </w:tc>
        <w:tc>
          <w:tcPr>
            <w:tcW w:type="dxa" w:w="2880"/>
          </w:tcPr>
          <w:p>
            <w:r>
              <w:t>manger, être, devenir</w:t>
            </w:r>
          </w:p>
        </w:tc>
      </w:tr>
      <w:tr>
        <w:tc>
          <w:tcPr>
            <w:tcW w:type="dxa" w:w="2880"/>
          </w:tcPr>
          <w:p>
            <w:r>
              <w:t>Déterminant</w:t>
            </w:r>
          </w:p>
        </w:tc>
        <w:tc>
          <w:tcPr>
            <w:tcW w:type="dxa" w:w="2880"/>
          </w:tcPr>
          <w:p>
            <w:r>
              <w:t>Introduit un nom.</w:t>
            </w:r>
          </w:p>
        </w:tc>
        <w:tc>
          <w:tcPr>
            <w:tcW w:type="dxa" w:w="2880"/>
          </w:tcPr>
          <w:p>
            <w:r>
              <w:t>le, la, les, un, ce, mon</w:t>
            </w:r>
          </w:p>
        </w:tc>
      </w:tr>
      <w:tr>
        <w:tc>
          <w:tcPr>
            <w:tcW w:type="dxa" w:w="2880"/>
          </w:tcPr>
          <w:p>
            <w:r>
              <w:t>Adjectif</w:t>
            </w:r>
          </w:p>
        </w:tc>
        <w:tc>
          <w:tcPr>
            <w:tcW w:type="dxa" w:w="2880"/>
          </w:tcPr>
          <w:p>
            <w:r>
              <w:t>Précise un nom.</w:t>
            </w:r>
          </w:p>
        </w:tc>
        <w:tc>
          <w:tcPr>
            <w:tcW w:type="dxa" w:w="2880"/>
          </w:tcPr>
          <w:p>
            <w:r>
              <w:t>petit, rouge, intéressant</w:t>
            </w:r>
          </w:p>
        </w:tc>
      </w:tr>
      <w:tr>
        <w:tc>
          <w:tcPr>
            <w:tcW w:type="dxa" w:w="2880"/>
          </w:tcPr>
          <w:p>
            <w:r>
              <w:t>Pronom</w:t>
            </w:r>
          </w:p>
        </w:tc>
        <w:tc>
          <w:tcPr>
            <w:tcW w:type="dxa" w:w="2880"/>
          </w:tcPr>
          <w:p>
            <w:r>
              <w:t>Remplace un nom ou un GN.</w:t>
            </w:r>
          </w:p>
        </w:tc>
        <w:tc>
          <w:tcPr>
            <w:tcW w:type="dxa" w:w="2880"/>
          </w:tcPr>
          <w:p>
            <w:r>
              <w:t>je, il, la, les, qui, celui</w:t>
            </w:r>
          </w:p>
        </w:tc>
      </w:tr>
      <w:tr>
        <w:tc>
          <w:tcPr>
            <w:tcW w:type="dxa" w:w="2880"/>
          </w:tcPr>
          <w:p>
            <w:r>
              <w:t>Adverbe</w:t>
            </w:r>
          </w:p>
        </w:tc>
        <w:tc>
          <w:tcPr>
            <w:tcW w:type="dxa" w:w="2880"/>
          </w:tcPr>
          <w:p>
            <w:r>
              <w:t>Précise un verbe, un adjectif ou un autre adverbe.</w:t>
            </w:r>
          </w:p>
        </w:tc>
        <w:tc>
          <w:tcPr>
            <w:tcW w:type="dxa" w:w="2880"/>
          </w:tcPr>
          <w:p>
            <w:r>
              <w:t>vite, très, souvent</w:t>
            </w:r>
          </w:p>
        </w:tc>
      </w:tr>
      <w:tr>
        <w:tc>
          <w:tcPr>
            <w:tcW w:type="dxa" w:w="2880"/>
          </w:tcPr>
          <w:p>
            <w:r>
              <w:t>Préposition</w:t>
            </w:r>
          </w:p>
        </w:tc>
        <w:tc>
          <w:tcPr>
            <w:tcW w:type="dxa" w:w="2880"/>
          </w:tcPr>
          <w:p>
            <w:r>
              <w:t>Introduit un complément.</w:t>
            </w:r>
          </w:p>
        </w:tc>
        <w:tc>
          <w:tcPr>
            <w:tcW w:type="dxa" w:w="2880"/>
          </w:tcPr>
          <w:p>
            <w:r>
              <w:t>à, de, pour, avec, sans</w:t>
            </w:r>
          </w:p>
        </w:tc>
      </w:tr>
      <w:tr>
        <w:tc>
          <w:tcPr>
            <w:tcW w:type="dxa" w:w="2880"/>
          </w:tcPr>
          <w:p>
            <w:r>
              <w:t>Conjonction</w:t>
            </w:r>
          </w:p>
        </w:tc>
        <w:tc>
          <w:tcPr>
            <w:tcW w:type="dxa" w:w="2880"/>
          </w:tcPr>
          <w:p>
            <w:r>
              <w:t>Relie des mots ou des propositions.</w:t>
            </w:r>
          </w:p>
        </w:tc>
        <w:tc>
          <w:tcPr>
            <w:tcW w:type="dxa" w:w="2880"/>
          </w:tcPr>
          <w:p>
            <w:r>
              <w:t>mais, ou, et, donc, car, que, parce que</w:t>
            </w:r>
          </w:p>
        </w:tc>
      </w:tr>
      <w:tr>
        <w:tc>
          <w:tcPr>
            <w:tcW w:type="dxa" w:w="2880"/>
          </w:tcPr>
          <w:p>
            <w:r>
              <w:t>Interjection</w:t>
            </w:r>
          </w:p>
        </w:tc>
        <w:tc>
          <w:tcPr>
            <w:tcW w:type="dxa" w:w="2880"/>
          </w:tcPr>
          <w:p>
            <w:r>
              <w:t>Exprime une réaction, une émotion.</w:t>
            </w:r>
          </w:p>
        </w:tc>
        <w:tc>
          <w:tcPr>
            <w:tcW w:type="dxa" w:w="2880"/>
          </w:tcPr>
          <w:p>
            <w:r>
              <w:t>oh !, aïe !, bravo !</w:t>
            </w:r>
          </w:p>
        </w:tc>
      </w:tr>
    </w:tbl>
    <w:p/>
    <w:p>
      <w:r>
        <w:rPr>
          <w:b/>
        </w:rPr>
        <w:t>2. Les principales FONCTIONS dans la phrase</w:t>
      </w:r>
    </w:p>
    <w:p>
      <w:r>
        <w:t>La fonction dépend toujours de la phrase. Voici les plus fréquentes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Fonction</w:t>
            </w:r>
          </w:p>
        </w:tc>
        <w:tc>
          <w:tcPr>
            <w:tcW w:type="dxa" w:w="2160"/>
          </w:tcPr>
          <w:p>
            <w:r>
              <w:t>Rôle</w:t>
            </w:r>
          </w:p>
        </w:tc>
        <w:tc>
          <w:tcPr>
            <w:tcW w:type="dxa" w:w="2160"/>
          </w:tcPr>
          <w:p>
            <w:r>
              <w:t>Question / test</w:t>
            </w:r>
          </w:p>
        </w:tc>
        <w:tc>
          <w:tcPr>
            <w:tcW w:type="dxa" w:w="2160"/>
          </w:tcPr>
          <w:p>
            <w:r>
              <w:t>Exemple</w:t>
            </w:r>
          </w:p>
        </w:tc>
      </w:tr>
      <w:tr>
        <w:tc>
          <w:tcPr>
            <w:tcW w:type="dxa" w:w="2160"/>
          </w:tcPr>
          <w:p>
            <w:r>
              <w:t>Sujet</w:t>
            </w:r>
          </w:p>
        </w:tc>
        <w:tc>
          <w:tcPr>
            <w:tcW w:type="dxa" w:w="2160"/>
          </w:tcPr>
          <w:p>
            <w:r>
              <w:t>Indique qui fait l’action ou qui est dans l’état.</w:t>
            </w:r>
          </w:p>
        </w:tc>
        <w:tc>
          <w:tcPr>
            <w:tcW w:type="dxa" w:w="2160"/>
          </w:tcPr>
          <w:p>
            <w:r>
              <w:t>Qui est-ce qui + verbe ?</w:t>
            </w:r>
          </w:p>
        </w:tc>
        <w:tc>
          <w:tcPr>
            <w:tcW w:type="dxa" w:w="2160"/>
          </w:tcPr>
          <w:p>
            <w:r>
              <w:t>Les élèves travaillent. → Les élèves = sujet</w:t>
            </w:r>
          </w:p>
        </w:tc>
      </w:tr>
      <w:tr>
        <w:tc>
          <w:tcPr>
            <w:tcW w:type="dxa" w:w="2160"/>
          </w:tcPr>
          <w:p>
            <w:r>
              <w:t>COD</w:t>
            </w:r>
          </w:p>
        </w:tc>
        <w:tc>
          <w:tcPr>
            <w:tcW w:type="dxa" w:w="2160"/>
          </w:tcPr>
          <w:p>
            <w:r>
              <w:t>Complète le verbe sans préposition.</w:t>
            </w:r>
          </w:p>
        </w:tc>
        <w:tc>
          <w:tcPr>
            <w:tcW w:type="dxa" w:w="2160"/>
          </w:tcPr>
          <w:p>
            <w:r>
              <w:t>Verbe + qui ? / quoi ?</w:t>
            </w:r>
          </w:p>
        </w:tc>
        <w:tc>
          <w:tcPr>
            <w:tcW w:type="dxa" w:w="2160"/>
          </w:tcPr>
          <w:p>
            <w:r>
              <w:t>Il lit un livre. → un livre = COD</w:t>
            </w:r>
          </w:p>
        </w:tc>
      </w:tr>
      <w:tr>
        <w:tc>
          <w:tcPr>
            <w:tcW w:type="dxa" w:w="2160"/>
          </w:tcPr>
          <w:p>
            <w:r>
              <w:t>COI / COS</w:t>
            </w:r>
          </w:p>
        </w:tc>
        <w:tc>
          <w:tcPr>
            <w:tcW w:type="dxa" w:w="2160"/>
          </w:tcPr>
          <w:p>
            <w:r>
              <w:t>Complète le verbe avec une préposition.</w:t>
            </w:r>
          </w:p>
        </w:tc>
        <w:tc>
          <w:tcPr>
            <w:tcW w:type="dxa" w:w="2160"/>
          </w:tcPr>
          <w:p>
            <w:r>
              <w:t>Verbe + à/de/pour qui ? / quoi ?</w:t>
            </w:r>
          </w:p>
        </w:tc>
        <w:tc>
          <w:tcPr>
            <w:tcW w:type="dxa" w:w="2160"/>
          </w:tcPr>
          <w:p>
            <w:r>
              <w:t>Elle parle à son frère. → à son frère = COI</w:t>
            </w:r>
          </w:p>
        </w:tc>
      </w:tr>
      <w:tr>
        <w:tc>
          <w:tcPr>
            <w:tcW w:type="dxa" w:w="2160"/>
          </w:tcPr>
          <w:p>
            <w:r>
              <w:t>Attribut du sujet</w:t>
            </w:r>
          </w:p>
        </w:tc>
        <w:tc>
          <w:tcPr>
            <w:tcW w:type="dxa" w:w="2160"/>
          </w:tcPr>
          <w:p>
            <w:r>
              <w:t>Donne une info sur le sujet avec un verbe d’état.</w:t>
            </w:r>
          </w:p>
        </w:tc>
        <w:tc>
          <w:tcPr>
            <w:tcW w:type="dxa" w:w="2160"/>
          </w:tcPr>
          <w:p>
            <w:r>
              <w:t>Sujet + verbe d’état + quoi ?</w:t>
            </w:r>
          </w:p>
        </w:tc>
        <w:tc>
          <w:tcPr>
            <w:tcW w:type="dxa" w:w="2160"/>
          </w:tcPr>
          <w:p>
            <w:r>
              <w:t>Ce film est long. → long = attribut du sujet</w:t>
            </w:r>
          </w:p>
        </w:tc>
      </w:tr>
      <w:tr>
        <w:tc>
          <w:tcPr>
            <w:tcW w:type="dxa" w:w="2160"/>
          </w:tcPr>
          <w:p>
            <w:r>
              <w:t>Attribut du COD</w:t>
            </w:r>
          </w:p>
        </w:tc>
        <w:tc>
          <w:tcPr>
            <w:tcW w:type="dxa" w:w="2160"/>
          </w:tcPr>
          <w:p>
            <w:r>
              <w:t>Donne une info sur le COD.</w:t>
            </w:r>
          </w:p>
        </w:tc>
        <w:tc>
          <w:tcPr>
            <w:tcW w:type="dxa" w:w="2160"/>
          </w:tcPr>
          <w:p>
            <w:r>
              <w:t>COD + verbe + comment ?</w:t>
            </w:r>
          </w:p>
        </w:tc>
        <w:tc>
          <w:tcPr>
            <w:tcW w:type="dxa" w:w="2160"/>
          </w:tcPr>
          <w:p>
            <w:r>
              <w:t>Ils trouvent ce film ennuyeux. → ennuyeux = attribut du COD</w:t>
            </w:r>
          </w:p>
        </w:tc>
      </w:tr>
      <w:tr>
        <w:tc>
          <w:tcPr>
            <w:tcW w:type="dxa" w:w="2160"/>
          </w:tcPr>
          <w:p>
            <w:r>
              <w:t>Complément circonstanciel</w:t>
            </w:r>
          </w:p>
        </w:tc>
        <w:tc>
          <w:tcPr>
            <w:tcW w:type="dxa" w:w="2160"/>
          </w:tcPr>
          <w:p>
            <w:r>
              <w:t>Précise les circonstances (temps, lieu, manière…).</w:t>
            </w:r>
          </w:p>
        </w:tc>
        <w:tc>
          <w:tcPr>
            <w:tcW w:type="dxa" w:w="2160"/>
          </w:tcPr>
          <w:p>
            <w:r>
              <w:t>Quand ? Où ? Comment ? Pourquoi ?</w:t>
            </w:r>
          </w:p>
        </w:tc>
        <w:tc>
          <w:tcPr>
            <w:tcW w:type="dxa" w:w="2160"/>
          </w:tcPr>
          <w:p>
            <w:r>
              <w:t>Nous partons demain. → demain = CC de temps</w:t>
            </w:r>
          </w:p>
        </w:tc>
      </w:tr>
      <w:tr>
        <w:tc>
          <w:tcPr>
            <w:tcW w:type="dxa" w:w="2160"/>
          </w:tcPr>
          <w:p>
            <w:r>
              <w:t>Complément du nom</w:t>
            </w:r>
          </w:p>
        </w:tc>
        <w:tc>
          <w:tcPr>
            <w:tcW w:type="dxa" w:w="2160"/>
          </w:tcPr>
          <w:p>
            <w:r>
              <w:t>Précise un nom.</w:t>
            </w:r>
          </w:p>
        </w:tc>
        <w:tc>
          <w:tcPr>
            <w:tcW w:type="dxa" w:w="2160"/>
          </w:tcPr>
          <w:p>
            <w:r>
              <w:t>Complète un nom, souvent avec une préposition.</w:t>
            </w:r>
          </w:p>
        </w:tc>
        <w:tc>
          <w:tcPr>
            <w:tcW w:type="dxa" w:w="2160"/>
          </w:tcPr>
          <w:p>
            <w:r>
              <w:t>Le cahier de maths. → de maths = complément du nom</w:t>
            </w:r>
          </w:p>
        </w:tc>
      </w:tr>
      <w:tr>
        <w:tc>
          <w:tcPr>
            <w:tcW w:type="dxa" w:w="2160"/>
          </w:tcPr>
          <w:p>
            <w:r>
              <w:t>Complément de phrase</w:t>
            </w:r>
          </w:p>
        </w:tc>
        <w:tc>
          <w:tcPr>
            <w:tcW w:type="dxa" w:w="2160"/>
          </w:tcPr>
          <w:p>
            <w:r>
              <w:t>Donne une info globale sur la phrase.</w:t>
            </w:r>
          </w:p>
        </w:tc>
        <w:tc>
          <w:tcPr>
            <w:tcW w:type="dxa" w:w="2160"/>
          </w:tcPr>
          <w:p>
            <w:r>
              <w:t>Amovible, déplaçable.</w:t>
            </w:r>
          </w:p>
        </w:tc>
        <w:tc>
          <w:tcPr>
            <w:tcW w:type="dxa" w:w="2160"/>
          </w:tcPr>
          <w:p>
            <w:r>
              <w:t>Le soir, nous lisons. → Le soir = complément de phrase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rPr>
                <w:b/>
              </w:rPr>
              <w:t>3. Méthode pour analyser une phrase</w:t>
            </w:r>
            <w:r>
              <w:br/>
              <w:t>1) Repère le verbe conjugué.</w:t>
              <w:br/>
            </w:r>
            <w:r>
              <w:t>2) Trouve le sujet (Qui est-ce qui + verbe ?).</w:t>
              <w:br/>
            </w:r>
            <w:r>
              <w:t>3) Cherche les groupes qui complètent le verbe ou un nom.</w:t>
              <w:br/>
            </w:r>
            <w:r>
              <w:t>4) Pose les bonnes questions (qui ? quoi ? à qui ? où ? quand ?) pour identifier la fonction.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rPr>
                <w:b/>
              </w:rPr>
              <w:t>4. Mémo questions-réflexes</w:t>
            </w:r>
            <w:r>
              <w:br/>
              <w:t>• Sujet : Qui est-ce qui + verbe ?</w:t>
              <w:br/>
              <w:t>• COD : verbe + qui ? / quoi ?</w:t>
              <w:br/>
              <w:t>• COI : verbe + à qui ? / à quoi ? / de qui ? / de quoi ?</w:t>
              <w:br/>
              <w:t>• CC : Quand ? Où ? Comment ? Pourquoi ?</w:t>
              <w:br/>
              <w:t>• Complément du nom : Ce groupe complète-t-il un NOM ?</w:t>
            </w:r>
          </w:p>
        </w:tc>
      </w:tr>
    </w:tbl>
    <w:p/>
    <w:p>
      <w:r>
        <w:rPr>
          <w:b/>
        </w:rPr>
        <w:t>5. Mini-exemples à compléter (entraînement rapide)</w:t>
      </w:r>
    </w:p>
    <w:p>
      <w:r>
        <w:t>Pour chaque groupe en gras, indique sa nature et sa fonction :</w:t>
      </w:r>
    </w:p>
    <w:p>
      <w:r>
        <w:t>1. Les élèves **préparent** un exposé.</w:t>
      </w:r>
      <w:r>
        <w:br/>
        <w:t xml:space="preserve">   Nature du groupe en gras : ______________________   Fonction : ______________________</w:t>
      </w:r>
    </w:p>
    <w:p>
      <w:r>
        <w:t>2. J’admire **ce professeur de français**.</w:t>
      </w:r>
      <w:r>
        <w:br/>
        <w:t xml:space="preserve">   Nature du groupe en gras : ______________________   Fonction : ______________________</w:t>
      </w:r>
    </w:p>
    <w:p>
      <w:r>
        <w:t>3. Nous avons parlé **de ce problème** à la directrice.</w:t>
      </w:r>
      <w:r>
        <w:br/>
        <w:t xml:space="preserve">   Nature du groupe en gras : ______________________   Fonction : ______________________</w:t>
      </w:r>
    </w:p>
    <w:p>
      <w:r>
        <w:t>4. Le chien **du voisin** aboie toute la nuit.</w:t>
      </w:r>
      <w:r>
        <w:br/>
        <w:t xml:space="preserve">   Nature du groupe en gras : ______________________   Fonction : ______________________</w:t>
      </w:r>
    </w:p>
    <w:p>
      <w:r>
        <w:t>5. Ce film est **très émouvant**.</w:t>
      </w:r>
      <w:r>
        <w:br/>
        <w:t xml:space="preserve">   Nature du groupe en gras : ______________________   Fonction : ______________________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