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FICHE DE RÉVISION – COMMENTAIRE COMPOSÉ (EXEMPLE REMPLI)</w:t>
      </w:r>
    </w:p>
    <w:p>
      <w:r>
        <w:t>Exemple : Dom Juan, Molière – Scène du Pauvre (Acte III, scène 2)</w:t>
      </w:r>
    </w:p>
    <w:p>
      <w:pPr>
        <w:pStyle w:val="Heading2"/>
      </w:pPr>
      <w:r>
        <w:t>1. FICHE D’IDENTITÉ DU TEXTE</w:t>
      </w:r>
    </w:p>
    <w:p>
      <w:r>
        <w:t>Auteur : Molière</w:t>
        <w:br/>
        <w:t>Titre : Dom Juan ou le Festin de Pierre</w:t>
        <w:br/>
        <w:t>Genre : Théâtre classique</w:t>
        <w:br/>
        <w:t>Siècle : XVIIᵉ siècle (Classicisme)</w:t>
        <w:br/>
        <w:t>Mouvement : Théâtre de mœurs</w:t>
        <w:br/>
        <w:t>Situation : Dom Juan, en fuite, rencontre un pauvre priant Dieu dans un bois. Il lui propose de blasphémer contre de l’argent.</w:t>
      </w:r>
    </w:p>
    <w:p>
      <w:pPr>
        <w:pStyle w:val="Heading2"/>
      </w:pPr>
      <w:r>
        <w:t>2. COMPRÉHENSION DU TEXTE</w:t>
      </w:r>
    </w:p>
    <w:p>
      <w:r>
        <w:t>Thème : confrontation entre le libertin et l’homme de foi.</w:t>
      </w:r>
    </w:p>
    <w:p>
      <w:r>
        <w:t>Enjeu : opposition morale et sociale entre arrogance et dignité.</w:t>
      </w:r>
    </w:p>
    <w:p>
      <w:r>
        <w:t>Émotions : indignation, malaise, admiration pour le pauvre.</w:t>
      </w:r>
    </w:p>
    <w:p>
      <w:r>
        <w:t>Point marquant : contraste entre misère matérielle et grandeur morale.</w:t>
      </w:r>
    </w:p>
    <w:p>
      <w:pPr>
        <w:pStyle w:val="Heading2"/>
      </w:pPr>
      <w:r>
        <w:t>3. PROBLÉMATIQUE</w:t>
      </w:r>
    </w:p>
    <w:p>
      <w:r>
        <w:t>En quoi la scène du Pauvre met-elle en lumière le cynisme de Dom Juan tout en exaltant la dignité d’un personnage humble ?</w:t>
      </w:r>
    </w:p>
    <w:p>
      <w:pPr>
        <w:pStyle w:val="Heading2"/>
      </w:pPr>
      <w:r>
        <w:t>4. PLAN DÉTAILLÉ</w:t>
      </w:r>
    </w:p>
    <w:p>
      <w:r>
        <w:t>I. Une rencontre qui révèle un contraste social et moral.</w:t>
        <w:br/>
        <w:t>II. L’épreuve : l’argent contre la foi, un cynisme assumé.</w:t>
        <w:br/>
        <w:t>III. La dignité du pauvre : une grandeur morale inattendue.</w:t>
      </w:r>
    </w:p>
    <w:p>
      <w:pPr>
        <w:pStyle w:val="Heading2"/>
      </w:pPr>
      <w:r>
        <w:t>5. PROCÉDÉS &amp; MOTS UTILES</w:t>
      </w:r>
    </w:p>
    <w:p>
      <w:r>
        <w:t>Procédés : opposition lexicale (misère / richesse), registre pathétique, ironie, contrastes de ton.</w:t>
        <w:br/>
        <w:t>Mots : dénoncer, opposer, mettre en lumière, susciter, souligner, humaniser.</w:t>
      </w:r>
    </w:p>
    <w:p>
      <w:pPr>
        <w:pStyle w:val="Heading2"/>
      </w:pPr>
      <w:r>
        <w:t>6. PARAGRAPHE TYPE</w:t>
      </w:r>
    </w:p>
    <w:p>
      <w:r>
        <w:t>Idée : Molière utilise le contraste social pour dénoncer la cruauté morale du héros.</w:t>
        <w:br/>
        <w:t>Citation : (réplique du pauvre refusant de blasphémer)</w:t>
        <w:br/>
        <w:t>Explication : Le refus du pauvre, malgré sa faim, transforme sa faiblesse en force morale et renverse la hiérarchie des valeurs.</w:t>
      </w:r>
    </w:p>
    <w:p>
      <w:pPr>
        <w:pStyle w:val="Heading2"/>
      </w:pPr>
      <w:r>
        <w:t>7. INTRODUCTION</w:t>
      </w:r>
    </w:p>
    <w:p>
      <w:r>
        <w:t>Au XVIIᵉ siècle, Molière fait scandale avec Dom Juan, pièce mettant en scène un seigneur libertin. Dans la scène du Pauvre, Dom Juan tente un paysan affamé de renier Dieu contre de l’argent. On peut se demander comment cette scène oppose la cruauté du héros à la grandeur morale du pauvre. On verra d’abord le contraste social, puis le cynisme de Dom Juan, avant d’observer la dignité du pauvre.</w:t>
      </w:r>
    </w:p>
    <w:p>
      <w:pPr>
        <w:pStyle w:val="Heading2"/>
      </w:pPr>
      <w:r>
        <w:t>8. CONCLUSION</w:t>
      </w:r>
    </w:p>
    <w:p>
      <w:r>
        <w:t>La scène du Pauvre concentre tout le scandale moral de Dom Juan : un homme prêt à tout pour braver la morale divine. En face, le pauvre incarne une foi simple et invincible. Cette scène annonce la chute du libertin et souligne la supériorité de la vertu sur la richesse.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