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FICHE PÉDAGOGIQUE GAMIFIÉE – ATELIER D’ÉCRITURE</w:t>
      </w:r>
    </w:p>
    <w:p/>
    <w:p>
      <w:r>
        <w:rPr>
          <w:b/>
        </w:rPr>
        <w:t xml:space="preserve">Établissement / Structure : </w:t>
      </w:r>
      <w:r>
        <w:t>..............................................................</w:t>
        <w:br/>
      </w:r>
      <w:r>
        <w:rPr>
          <w:b/>
        </w:rPr>
        <w:t xml:space="preserve">Intervenant·e : </w:t>
      </w:r>
      <w:r>
        <w:t>..............................................................</w:t>
        <w:br/>
      </w:r>
      <w:r>
        <w:rPr>
          <w:b/>
        </w:rPr>
        <w:t xml:space="preserve">Public / Niveau : </w:t>
      </w:r>
      <w:r>
        <w:t>..............................................................</w:t>
        <w:br/>
      </w:r>
      <w:r>
        <w:rPr>
          <w:b/>
        </w:rPr>
        <w:t xml:space="preserve">Durée : </w:t>
      </w:r>
      <w:r>
        <w:t>............... min</w:t>
        <w:br/>
      </w:r>
      <w:r>
        <w:rPr>
          <w:b/>
        </w:rPr>
        <w:t xml:space="preserve">Titre de la mission : </w:t>
      </w:r>
      <w:r>
        <w:t>..................................................................................</w:t>
        <w:br/>
      </w:r>
      <w:r>
        <w:t>(Ex. : « Mission récit fantastique », « Opération portraits croisés », « Journal secret de la classe »…)</w:t>
        <w:br/>
      </w:r>
    </w:p>
    <w:p/>
    <w:p>
      <w:r>
        <w:rPr>
          <w:b/>
          <w:sz w:val="28"/>
        </w:rPr>
        <w:t>1. Univers du jeu et scénario de la séance</w:t>
      </w:r>
    </w:p>
    <w:p>
      <w:r>
        <w:rPr>
          <w:b/>
        </w:rPr>
        <w:t>Univers choisi (thème, ambiance) :</w:t>
        <w:br/>
      </w:r>
      <w:r>
        <w:t>(Ex. : enquête policière, exploration spatiale, coulisses d’un théâtre, journal d’un héros, etc.)</w:t>
        <w:br/>
        <w:br/>
      </w:r>
      <w:r>
        <w:rPr>
          <w:b/>
        </w:rPr>
        <w:t>Pitch de la mission (à lire aux participants) :</w:t>
        <w:br/>
      </w:r>
      <w:r>
        <w:t>« Aujourd’hui, la classe devient ..................................................</w:t>
        <w:br/>
        <w:t>Votre mission : .................................................................</w:t>
        <w:br/>
        <w:t>Pour réussir, vous devrez écrire un texte qui ................................... »</w:t>
        <w:br/>
      </w:r>
    </w:p>
    <w:p/>
    <w:p>
      <w:r>
        <w:rPr>
          <w:b/>
          <w:sz w:val="28"/>
        </w:rPr>
        <w:t>2. Missions pédagogiques de la séance</w:t>
      </w:r>
    </w:p>
    <w:p>
      <w:r>
        <w:t>Formulez les objectifs sous forme de missions.</w:t>
        <w:br/>
      </w:r>
    </w:p>
    <w:p>
      <w:r>
        <w:rPr>
          <w:b/>
        </w:rPr>
        <w:t>Mission 1 – « Décoder »</w:t>
        <w:br/>
      </w:r>
      <w:r>
        <w:t>Objectif : ....................................................................................</w:t>
        <w:br/>
      </w:r>
      <w:r>
        <w:t>(Ex. : repérer les caractéristiques d’un récit, d’un portrait, d’un dialogue…)</w:t>
        <w:br/>
        <w:br/>
      </w:r>
      <w:r>
        <w:rPr>
          <w:b/>
        </w:rPr>
        <w:t>Mission 2 – « Écrire »</w:t>
        <w:br/>
      </w:r>
      <w:r>
        <w:t>Objectif : ....................................................................................</w:t>
        <w:br/>
      </w:r>
      <w:r>
        <w:t>(Ex. : produire un texte cohérent en respectant une consigne précise.)</w:t>
        <w:br/>
        <w:br/>
      </w:r>
      <w:r>
        <w:rPr>
          <w:b/>
        </w:rPr>
        <w:t>Mission 3 – « Améliorer et partager »</w:t>
        <w:br/>
      </w:r>
      <w:r>
        <w:t>Objectif : ....................................................................................</w:t>
        <w:br/>
      </w:r>
      <w:r>
        <w:t>(Ex. : réviser son texte, lire, écouter, commenter de manière bienveillante.)</w:t>
        <w:br/>
      </w:r>
    </w:p>
    <w:p/>
    <w:p>
      <w:r>
        <w:rPr>
          <w:b/>
          <w:sz w:val="28"/>
        </w:rPr>
        <w:t>3. Badges, niveaux et points</w:t>
      </w:r>
    </w:p>
    <w:p>
      <w:r>
        <w:rPr>
          <w:b/>
        </w:rPr>
        <w:t>Badges de la séance :</w:t>
        <w:br/>
      </w:r>
      <w:r>
        <w:t>- Badge « Explorateur de mots » – j’ai essayé des mots nouveaux / précis.</w:t>
        <w:br/>
      </w:r>
      <w:r>
        <w:t>- Badge « Architecte du texte » – mon texte a un début, un milieu, une fin lisibles.</w:t>
        <w:br/>
      </w:r>
      <w:r>
        <w:t>- Badge « Voix de l’auteur » – j’ai mis un ton, une ambiance, une manière d’écrire à moi.</w:t>
        <w:br/>
        <w:br/>
      </w:r>
      <w:r>
        <w:rPr>
          <w:b/>
        </w:rPr>
        <w:t>Niveaux de progression (à cocher en fin de séance) :</w:t>
        <w:br/>
      </w:r>
      <w:r>
        <w:t>[ ] Niveau 1 – Apprenti scribe : j’ai écrit un texte complet.</w:t>
        <w:br/>
      </w:r>
      <w:r>
        <w:t>[ ] Niveau 2 – Plume en progrès : j’ai enrichi mon texte après les retours.</w:t>
        <w:br/>
      </w:r>
      <w:r>
        <w:t>[ ] Niveau 3 – Auteur confirmé : j’ai soigné le fond, la forme et le partage à l’oral.</w:t>
        <w:br/>
        <w:br/>
      </w:r>
      <w:r>
        <w:rPr>
          <w:b/>
        </w:rPr>
        <w:t>Système de points (optionnel) :</w:t>
        <w:br/>
      </w:r>
      <w:r>
        <w:t>- +1 point : texte terminé</w:t>
        <w:br/>
        <w:t>- +1 point : consigne respectée</w:t>
        <w:br/>
        <w:t>- +1 point : au moins 3 mots précis / imagés</w:t>
        <w:br/>
        <w:t>- +1 point : participation à la lecture / feedback</w:t>
        <w:br/>
      </w:r>
    </w:p>
    <w:p/>
    <w:p>
      <w:r>
        <w:rPr>
          <w:b/>
          <w:sz w:val="28"/>
        </w:rPr>
        <w:t>4. Préparation de l’atelier</w:t>
      </w:r>
    </w:p>
    <w:p>
      <w:r>
        <w:rPr>
          <w:b/>
        </w:rPr>
        <w:t>Prérequis des participants :</w:t>
        <w:br/>
      </w:r>
      <w:r>
        <w:t>- ....................................................................................</w:t>
        <w:br/>
      </w:r>
      <w:r>
        <w:t>- ....................................................................................</w:t>
        <w:br/>
        <w:br/>
      </w:r>
      <w:r>
        <w:rPr>
          <w:b/>
        </w:rPr>
        <w:t>Supports utilisés :</w:t>
        <w:br/>
      </w:r>
      <w:r>
        <w:t>- Texte(s) déclencheur(s) : ........................................................</w:t>
        <w:br/>
      </w:r>
      <w:r>
        <w:t>- Image(s) / objet(s) déclencheur(s) : ..............................................</w:t>
        <w:br/>
      </w:r>
      <w:r>
        <w:t>- Fiche mémo / lexique : ...........................................................</w:t>
        <w:br/>
      </w:r>
      <w:r>
        <w:t>- Feuilles / cahiers / ordinateur : .................................................</w:t>
        <w:br/>
        <w:br/>
      </w:r>
      <w:r>
        <w:rPr>
          <w:b/>
        </w:rPr>
        <w:t>Disposition de la salle :</w:t>
        <w:br/>
      </w:r>
      <w:r>
        <w:t>(îlots, cercle, binômes, groupes… préciser)</w:t>
        <w:br/>
      </w:r>
    </w:p>
    <w:p/>
    <w:p>
      <w:r>
        <w:rPr>
          <w:b/>
          <w:sz w:val="28"/>
        </w:rPr>
        <w:t>5. Déroulement gamifié de la séance</w:t>
      </w:r>
    </w:p>
    <w:p>
      <w:r>
        <w:rPr>
          <w:b/>
        </w:rPr>
        <w:t>Étape 1 – Briefing de mission (mise en route)</w:t>
        <w:br/>
      </w:r>
      <w:r>
        <w:t>Durée : ........ min</w:t>
        <w:br/>
        <w:br/>
      </w:r>
      <w:r>
        <w:t>Objectif : installer l’univers, donner envie d’écrire.</w:t>
        <w:br/>
      </w:r>
      <w:r>
        <w:t>Actions prévues :</w:t>
        <w:br/>
      </w:r>
      <w:r>
        <w:t>- Lecture d’un texte court / présentation d’une image / d’un objet.</w:t>
        <w:br/>
      </w:r>
      <w:r>
        <w:t>- Questions orales rapides : « Qui ? Où ? Quand ? Quel ton ? »</w:t>
        <w:br/>
      </w:r>
      <w:r>
        <w:t>- Annonce des badges et des niveaux possibles.</w:t>
        <w:br/>
        <w:br/>
      </w:r>
      <w:r>
        <w:rPr>
          <w:b/>
        </w:rPr>
        <w:t>Consigne orale aux participants :</w:t>
        <w:br/>
      </w:r>
      <w:r>
        <w:t>« Vous entrez dans l’univers de ...............................................</w:t>
        <w:br/>
        <w:t>Votre première mission : observer, imaginer, noter des idées. »</w:t>
        <w:br/>
        <w:br/>
      </w:r>
    </w:p>
    <w:p>
      <w:r>
        <w:rPr>
          <w:b/>
        </w:rPr>
        <w:t>Étape 2 – Défi d’écriture principal</w:t>
        <w:br/>
      </w:r>
      <w:r>
        <w:t>Durée : ........ min</w:t>
        <w:br/>
        <w:br/>
      </w:r>
      <w:r>
        <w:t>Objectif : produire un premier jet de texte.</w:t>
        <w:br/>
      </w:r>
      <w:r>
        <w:rPr>
          <w:b/>
        </w:rPr>
        <w:t>Consigne d’écriture (à afficher ou distribuer) :</w:t>
        <w:br/>
      </w:r>
      <w:r>
        <w:t>....................................................................................</w:t>
        <w:br/>
        <w:t>....................................................................................</w:t>
        <w:br/>
        <w:t>(Ex. : « Écris un texte à la première personne où ton personnage découvre un lieu secret pour la première fois. Fais sentir au lecteur au moins trois émotions différentes. »)</w:t>
        <w:br/>
        <w:br/>
      </w:r>
      <w:r>
        <w:rPr>
          <w:b/>
        </w:rPr>
        <w:t>Petites contraintes « jeu » (au choix) :</w:t>
        <w:br/>
      </w:r>
      <w:r>
        <w:t>[ ] Utiliser au moins un dialogue.</w:t>
        <w:br/>
      </w:r>
      <w:r>
        <w:t>[ ] Décrire un son, une odeur et une couleur.</w:t>
        <w:br/>
      </w:r>
      <w:r>
        <w:t>[ ] Glisser une phrase “mystère” imposée : « À cet instant, tout a changé. »</w:t>
        <w:br/>
        <w:br/>
      </w:r>
      <w:r>
        <w:rPr>
          <w:b/>
        </w:rPr>
        <w:t>Aide possible pour les élèves fragiles :</w:t>
        <w:br/>
      </w:r>
      <w:r>
        <w:t>- Banque de débuts de phrases.</w:t>
        <w:br/>
      </w:r>
      <w:r>
        <w:t>- Liste de mots / expressions utiles.</w:t>
        <w:br/>
      </w:r>
      <w:r>
        <w:t>- Plan guidé en 3 parties.</w:t>
        <w:br/>
        <w:br/>
      </w:r>
    </w:p>
    <w:p>
      <w:r>
        <w:rPr>
          <w:b/>
        </w:rPr>
        <w:t>Étape 3 – Coaching d’écriture (accompagnement)</w:t>
        <w:br/>
      </w:r>
      <w:r>
        <w:t>Durée : ........ min</w:t>
        <w:br/>
        <w:br/>
      </w:r>
      <w:r>
        <w:rPr>
          <w:b/>
        </w:rPr>
        <w:t>Rôle de l’enseignant / intervenant :</w:t>
        <w:br/>
      </w:r>
      <w:r>
        <w:t>- passer de table en table,</w:t>
        <w:br/>
        <w:t>- reformuler la consigne,</w:t>
        <w:br/>
        <w:t>- aider à trouver des idées ou à structurer,</w:t>
        <w:br/>
        <w:t>- proposer des pistes de réécriture pour les plus avancés.</w:t>
        <w:br/>
        <w:br/>
      </w:r>
      <w:r>
        <w:rPr>
          <w:b/>
        </w:rPr>
        <w:t>Mini-défis individualisés (au choix) :</w:t>
        <w:br/>
      </w:r>
      <w:r>
        <w:t>- Ajouter une phrase qui ralentit le rythme et décrit un détail.</w:t>
        <w:br/>
      </w:r>
      <w:r>
        <w:t>- Rendre le début plus accrocheur.</w:t>
        <w:br/>
        <w:br/>
      </w:r>
    </w:p>
    <w:p>
      <w:r>
        <w:rPr>
          <w:b/>
        </w:rPr>
        <w:t>Étape 4 – Scène ouverte : lecture et feedback</w:t>
        <w:br/>
      </w:r>
      <w:r>
        <w:t>Durée : ........ min</w:t>
        <w:br/>
        <w:br/>
      </w:r>
      <w:r>
        <w:rPr>
          <w:b/>
        </w:rPr>
        <w:t>Modalités de lecture :</w:t>
        <w:br/>
      </w:r>
      <w:r>
        <w:t>- lectures volontaires,</w:t>
        <w:br/>
        <w:t>- lecture en binômes puis choix d’un texte « coup de cœur »,</w:t>
        <w:br/>
        <w:t>- cercle de lecture.</w:t>
        <w:br/>
        <w:br/>
      </w:r>
      <w:r>
        <w:rPr>
          <w:b/>
        </w:rPr>
        <w:t>Règles de feedback « bienveillant et utile » :</w:t>
        <w:br/>
      </w:r>
      <w:r>
        <w:t>- On commence par ce qui fonctionne : « J’ai aimé… », « Ce passage m’a marqué parce que… »</w:t>
        <w:br/>
      </w:r>
      <w:r>
        <w:t>- On formule une piste de progrès : « Tu pourrais ajouter… », « On comprendrait encore mieux si… »</w:t>
        <w:br/>
        <w:br/>
      </w:r>
      <w:r>
        <w:rPr>
          <w:b/>
        </w:rPr>
        <w:t>Grille express pour les auditeurs (à cocher) :</w:t>
        <w:br/>
      </w:r>
      <w:r>
        <w:t>[ ] J’ai tout compris.</w:t>
        <w:br/>
      </w:r>
      <w:r>
        <w:t>[ ] J’ai visualisé la scène.</w:t>
        <w:br/>
      </w:r>
      <w:r>
        <w:t>[ ] J’ai repéré au moins un passage très réussi.</w:t>
        <w:br/>
        <w:br/>
      </w:r>
    </w:p>
    <w:p>
      <w:r>
        <w:rPr>
          <w:b/>
        </w:rPr>
        <w:t>Étape 5 – Réécriture éclair</w:t>
        <w:br/>
      </w:r>
      <w:r>
        <w:t>Durée : ........ min</w:t>
        <w:br/>
        <w:br/>
      </w:r>
      <w:r>
        <w:rPr>
          <w:b/>
        </w:rPr>
        <w:t>Consigne :</w:t>
        <w:br/>
      </w:r>
      <w:r>
        <w:t>« Choisis deux aspects de ton texte à améliorer (par exemple : le début, un passage descriptif, la fin, la ponctuation du dialogue) et retravaille-les. »</w:t>
        <w:br/>
        <w:br/>
      </w:r>
      <w:r>
        <w:rPr>
          <w:b/>
        </w:rPr>
        <w:t>Focales proposées au choix :</w:t>
        <w:br/>
      </w:r>
      <w:r>
        <w:t>[ ] Enrichir le vocabulaire (remplacer 3 mots « plats »).</w:t>
        <w:br/>
      </w:r>
      <w:r>
        <w:t>[ ] Clarifier une phrase confuse.</w:t>
        <w:br/>
      </w:r>
      <w:r>
        <w:t>[ ] Ajouter un détail sensoriel.</w:t>
        <w:br/>
      </w:r>
      <w:r>
        <w:t>[ ] Soigner la ponctuation (phrases, dialogues).</w:t>
        <w:br/>
      </w:r>
    </w:p>
    <w:p/>
    <w:p>
      <w:r>
        <w:rPr>
          <w:b/>
          <w:sz w:val="28"/>
        </w:rPr>
        <w:t>6. Autoévaluation gamifiée du participant</w:t>
      </w:r>
    </w:p>
    <w:p>
      <w:r>
        <w:rPr>
          <w:b/>
        </w:rPr>
        <w:t>Jauge personnelle :</w:t>
        <w:br/>
      </w:r>
      <w:r>
        <w:t>[ ] 1 étoile : j’ai participé et écrit un début de texte.</w:t>
        <w:br/>
      </w:r>
      <w:r>
        <w:t>[ ] 2 étoiles : j’ai terminé un texte et accepté des remarques.</w:t>
        <w:br/>
      </w:r>
      <w:r>
        <w:t>[ ] 3 étoiles : j’ai réécrit, amélioré et lu / partagé mon texte.</w:t>
        <w:br/>
        <w:br/>
      </w:r>
      <w:r>
        <w:rPr>
          <w:b/>
        </w:rPr>
        <w:t>Ce que je retiens de cette mission :</w:t>
        <w:br/>
      </w:r>
      <w:r>
        <w:t>....................................................................................</w:t>
        <w:br/>
        <w:t>....................................................................................</w:t>
        <w:br/>
        <w:br/>
      </w:r>
      <w:r>
        <w:rPr>
          <w:b/>
        </w:rPr>
        <w:t>Ce que j’ai envie d’essayer la prochaine fois :</w:t>
        <w:br/>
      </w:r>
      <w:r>
        <w:t>....................................................................................</w:t>
        <w:br/>
        <w:t>....................................................................................</w:t>
        <w:br/>
      </w:r>
    </w:p>
    <w:p/>
    <w:p>
      <w:r>
        <w:rPr>
          <w:b/>
          <w:sz w:val="28"/>
        </w:rPr>
        <w:t>7. Bilan enseignant / intervenant</w:t>
      </w:r>
    </w:p>
    <w:p>
      <w:r>
        <w:rPr>
          <w:b/>
        </w:rPr>
        <w:t>Points forts de la séance :</w:t>
        <w:br/>
      </w:r>
      <w:r>
        <w:t>....................................................................................</w:t>
        <w:br/>
        <w:t>....................................................................................</w:t>
        <w:br/>
        <w:br/>
      </w:r>
      <w:r>
        <w:rPr>
          <w:b/>
        </w:rPr>
        <w:t>Difficultés rencontrées :</w:t>
        <w:br/>
      </w:r>
      <w:r>
        <w:t>....................................................................................</w:t>
        <w:br/>
        <w:t>....................................................................................</w:t>
        <w:br/>
        <w:br/>
      </w:r>
      <w:r>
        <w:rPr>
          <w:b/>
        </w:rPr>
        <w:t>Pistes d’ajustement pour le prochain atelier :</w:t>
        <w:br/>
      </w:r>
      <w:r>
        <w:t>....................................................................................</w:t>
        <w:br/>
        <w:t>....................................................................................</w:t>
        <w:br/>
      </w:r>
    </w:p>
    <w:p>
      <w:pPr>
        <w:jc w:val="center"/>
      </w:pPr>
      <w:r>
        <w:rPr>
          <w:i/>
          <w:sz w:val="18"/>
        </w:rPr>
        <w:t>Modèle pédagogique gamifié – lecoursgratuit.com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