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24497D"/>
          <w:sz w:val="40"/>
        </w:rPr>
        <w:t>FICHE – Mots de la même famille que « terre »</w:t>
      </w:r>
    </w:p>
    <w:p>
      <w:r>
        <w:rPr>
          <w:i/>
          <w:sz w:val="24"/>
        </w:rPr>
        <w:t>Cycle 3 – CM1 / CM2 • Fiche gamifiée</w:t>
      </w:r>
    </w:p>
    <w:p/>
    <w:p>
      <w:r>
        <w:rPr>
          <w:b/>
          <w:color w:val="D9581F"/>
          <w:sz w:val="24"/>
        </w:rPr>
        <w:t xml:space="preserve">RÈGLE DU JEU : </w:t>
      </w:r>
      <w:r>
        <w:rPr>
          <w:sz w:val="24"/>
        </w:rPr>
        <w:t>Découvre et utilise les mots de la famille de « terre ». Chaque réponse correcte te rapporte 1 ⭐.</w:t>
      </w:r>
    </w:p>
    <w:p/>
    <w:p>
      <w:r>
        <w:rPr>
          <w:b/>
          <w:color w:val="00735B"/>
          <w:sz w:val="28"/>
        </w:rPr>
        <w:t>MISSION 1 – Je repère la famille de « terre »</w:t>
      </w:r>
    </w:p>
    <w:p>
      <w:pPr>
        <w:spacing w:after="120"/>
      </w:pPr>
      <w:r>
        <w:t>Lis chaque mot et coche si tu penses qu’il appartient à la famille de « terre ». Si tu coches ❌, propose un mot de la famille.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rPr>
                <w:b/>
                <w:sz w:val="20"/>
              </w:rPr>
              <w:t>Mot proposé</w:t>
            </w:r>
          </w:p>
        </w:tc>
        <w:tc>
          <w:tcPr>
            <w:tcW w:type="dxa" w:w="3513"/>
          </w:tcPr>
          <w:p>
            <w:r>
              <w:rPr>
                <w:b/>
                <w:sz w:val="20"/>
              </w:rPr>
              <w:t>Même famille ? ✅ / ❌</w:t>
            </w:r>
          </w:p>
        </w:tc>
        <w:tc>
          <w:tcPr>
            <w:tcW w:type="dxa" w:w="3513"/>
          </w:tcPr>
          <w:p>
            <w:r>
              <w:rPr>
                <w:b/>
                <w:sz w:val="20"/>
              </w:rPr>
              <w:t>Si ❌, je corrige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terre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terrain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terrasse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terrien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territoire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terrible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enterrer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déterrer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_________________________</w:t>
            </w:r>
          </w:p>
        </w:tc>
      </w:tr>
    </w:tbl>
    <w:p/>
    <w:p>
      <w:r>
        <w:rPr>
          <w:b/>
          <w:color w:val="AB275C"/>
          <w:sz w:val="28"/>
        </w:rPr>
        <w:t>MISSION 2 – Je complète avec des mots de la famille</w:t>
      </w:r>
    </w:p>
    <w:p>
      <w:pPr>
        <w:spacing w:after="120"/>
      </w:pPr>
      <w:r>
        <w:t>Complète les phrases avec un mot de la famille de « terre » (tu peux t’aider de la mission 1).</w:t>
      </w:r>
    </w:p>
    <w:p>
      <w:pPr>
        <w:spacing w:after="60"/>
      </w:pPr>
      <w:r>
        <w:t>1. Le jardinier retourne la _____________________ du potager.</w:t>
      </w:r>
    </w:p>
    <w:p>
      <w:pPr>
        <w:spacing w:after="60"/>
      </w:pPr>
      <w:r>
        <w:t>2. Les enfants jouent sur le _____________________ de football.</w:t>
      </w:r>
    </w:p>
    <w:p>
      <w:pPr>
        <w:spacing w:after="60"/>
      </w:pPr>
      <w:r>
        <w:t>3. Les astronautes observent la _____________________ depuis la fusée.</w:t>
      </w:r>
    </w:p>
    <w:p>
      <w:pPr>
        <w:spacing w:after="60"/>
      </w:pPr>
      <w:r>
        <w:t>4. Le lapin sort de son _____________________ pour chercher à manger.</w:t>
      </w:r>
    </w:p>
    <w:p>
      <w:pPr>
        <w:spacing w:after="60"/>
      </w:pPr>
      <w:r>
        <w:t>5. On va _____________________ l’arbre au fond du jardin.</w:t>
      </w:r>
    </w:p>
    <w:p/>
    <w:p>
      <w:r>
        <w:rPr>
          <w:b/>
          <w:color w:val="5C2D91"/>
          <w:sz w:val="28"/>
        </w:rPr>
        <w:t>MISSION 3 – Ma carte de mots</w:t>
      </w:r>
    </w:p>
    <w:p>
      <w:pPr>
        <w:spacing w:after="80"/>
      </w:pPr>
      <w:r>
        <w:t>Au centre, écris « terre ». Autour, écris d’autres mots de la même famille que tu connais ou que tu inventes (mais qui gardent le même sens de base).</w:t>
      </w:r>
    </w:p>
    <w:p>
      <w:r>
        <w:t>Mots que je trouve :</w:t>
      </w:r>
    </w:p>
    <w:p>
      <w:r>
        <w:t>1. ________________________________</w:t>
      </w:r>
    </w:p>
    <w:p>
      <w:r>
        <w:t>2. ________________________________</w:t>
      </w:r>
    </w:p>
    <w:p>
      <w:r>
        <w:t>3. ________________________________</w:t>
      </w:r>
    </w:p>
    <w:p>
      <w:r>
        <w:t>4. ________________________________</w:t>
      </w:r>
    </w:p>
    <w:p>
      <w:r>
        <w:t>5. ________________________________</w:t>
      </w:r>
    </w:p>
    <w:p>
      <w:r>
        <w:t>6. ________________________________</w:t>
      </w:r>
    </w:p>
    <w:p/>
    <w:p>
      <w:r>
        <w:rPr>
          <w:b/>
          <w:sz w:val="24"/>
        </w:rPr>
        <w:t xml:space="preserve">SCORE SUR LA FICHE « TERRE » : </w:t>
      </w:r>
      <w:r>
        <w:rPr>
          <w:sz w:val="24"/>
        </w:rPr>
        <w:t>J’ai obtenu _______ ⭐</w:t>
      </w:r>
    </w:p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