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FICHE MÉMO – Les verbes en -YER</w:t>
      </w:r>
    </w:p>
    <w:p>
      <w:r>
        <w:rPr>
          <w:b/>
          <w:sz w:val="28"/>
        </w:rPr>
        <w:t>🟦 Les verbes en -YER : comment bien les conjuguer ?</w:t>
      </w:r>
    </w:p>
    <w:p>
      <w:r>
        <w:rPr>
          <w:b/>
          <w:sz w:val="28"/>
        </w:rPr>
        <w:t>1. La règle essentielle</w:t>
      </w:r>
    </w:p>
    <w:p>
      <w:r>
        <w:rPr>
          <w:b w:val="0"/>
          <w:i w:val="0"/>
          <w:sz w:val="22"/>
        </w:rPr>
        <w:t>• Les verbes en -YER transforment souvent le y en i devant un e muet :</w:t>
      </w:r>
    </w:p>
    <w:p>
      <w:r>
        <w:rPr>
          <w:b w:val="0"/>
          <w:i w:val="0"/>
          <w:sz w:val="22"/>
        </w:rPr>
        <w:t xml:space="preserve">  - essuyer → j’essuie, tu essuies, il essuie</w:t>
      </w:r>
    </w:p>
    <w:p>
      <w:r>
        <w:rPr>
          <w:b w:val="0"/>
          <w:i w:val="0"/>
          <w:sz w:val="22"/>
        </w:rPr>
        <w:t xml:space="preserve">  - payer → je paie, tu paies, il paie</w:t>
      </w:r>
    </w:p>
    <w:p>
      <w:r>
        <w:rPr>
          <w:b w:val="0"/>
          <w:i w:val="0"/>
          <w:sz w:val="22"/>
        </w:rPr>
        <w:t>• Cette transformation n’a pas lieu devant un son entendu (e = é/è/er) :</w:t>
      </w:r>
    </w:p>
    <w:p>
      <w:r>
        <w:rPr>
          <w:b w:val="0"/>
          <w:i w:val="0"/>
          <w:sz w:val="22"/>
        </w:rPr>
        <w:t xml:space="preserve">  - nous essuyons, vous essuyez</w:t>
      </w:r>
    </w:p>
    <w:p>
      <w:r>
        <w:rPr>
          <w:b w:val="0"/>
          <w:i w:val="0"/>
          <w:sz w:val="22"/>
        </w:rPr>
        <w:t xml:space="preserve">  - nous payons, vous payez</w:t>
      </w:r>
    </w:p>
    <w:p>
      <w:r>
        <w:rPr>
          <w:b/>
          <w:sz w:val="28"/>
        </w:rPr>
        <w:t>2. Présent de l’indicatif – verbes modèles</w:t>
      </w:r>
    </w:p>
    <w:p>
      <w:r>
        <w:rPr>
          <w:b w:val="0"/>
          <w:i w:val="0"/>
          <w:sz w:val="22"/>
        </w:rPr>
        <w:t>Verbe ESSUYER :</w:t>
      </w:r>
    </w:p>
    <w:p>
      <w:r>
        <w:rPr>
          <w:b w:val="0"/>
          <w:i w:val="0"/>
          <w:sz w:val="22"/>
        </w:rPr>
        <w:t xml:space="preserve">  - je essuie</w:t>
      </w:r>
    </w:p>
    <w:p>
      <w:r>
        <w:rPr>
          <w:b w:val="0"/>
          <w:i w:val="0"/>
          <w:sz w:val="22"/>
        </w:rPr>
        <w:t xml:space="preserve">  - tu essuies</w:t>
      </w:r>
    </w:p>
    <w:p>
      <w:r>
        <w:rPr>
          <w:b w:val="0"/>
          <w:i w:val="0"/>
          <w:sz w:val="22"/>
        </w:rPr>
        <w:t xml:space="preserve">  - il/elle/on essuie</w:t>
      </w:r>
    </w:p>
    <w:p>
      <w:r>
        <w:rPr>
          <w:b w:val="0"/>
          <w:i w:val="0"/>
          <w:sz w:val="22"/>
        </w:rPr>
        <w:t xml:space="preserve">  - nous essuyons</w:t>
      </w:r>
    </w:p>
    <w:p>
      <w:r>
        <w:rPr>
          <w:b w:val="0"/>
          <w:i w:val="0"/>
          <w:sz w:val="22"/>
        </w:rPr>
        <w:t xml:space="preserve">  - vous essuyez</w:t>
      </w:r>
    </w:p>
    <w:p>
      <w:r>
        <w:rPr>
          <w:b w:val="0"/>
          <w:i w:val="0"/>
          <w:sz w:val="22"/>
        </w:rPr>
        <w:t xml:space="preserve">  - ils/elles essuient</w:t>
      </w:r>
    </w:p>
    <w:p>
      <w:r>
        <w:rPr>
          <w:b w:val="0"/>
          <w:i w:val="0"/>
          <w:sz w:val="22"/>
        </w:rPr>
        <w:t>Verbe PAYER :</w:t>
      </w:r>
    </w:p>
    <w:p>
      <w:r>
        <w:rPr>
          <w:b w:val="0"/>
          <w:i w:val="0"/>
          <w:sz w:val="22"/>
        </w:rPr>
        <w:t xml:space="preserve">  - je paie / paye</w:t>
      </w:r>
    </w:p>
    <w:p>
      <w:r>
        <w:rPr>
          <w:b w:val="0"/>
          <w:i w:val="0"/>
          <w:sz w:val="22"/>
        </w:rPr>
        <w:t xml:space="preserve">  - tu paies / payes</w:t>
      </w:r>
    </w:p>
    <w:p>
      <w:r>
        <w:rPr>
          <w:b w:val="0"/>
          <w:i w:val="0"/>
          <w:sz w:val="22"/>
        </w:rPr>
        <w:t xml:space="preserve">  - il/elle/on paie / paye</w:t>
      </w:r>
    </w:p>
    <w:p>
      <w:r>
        <w:rPr>
          <w:b w:val="0"/>
          <w:i w:val="0"/>
          <w:sz w:val="22"/>
        </w:rPr>
        <w:t xml:space="preserve">  - nous payons</w:t>
      </w:r>
    </w:p>
    <w:p>
      <w:r>
        <w:rPr>
          <w:b w:val="0"/>
          <w:i w:val="0"/>
          <w:sz w:val="22"/>
        </w:rPr>
        <w:t xml:space="preserve">  - vous payez</w:t>
      </w:r>
    </w:p>
    <w:p>
      <w:r>
        <w:rPr>
          <w:b w:val="0"/>
          <w:i w:val="0"/>
          <w:sz w:val="22"/>
        </w:rPr>
        <w:t xml:space="preserve">  - ils/elles paient / payent</w:t>
      </w:r>
    </w:p>
    <w:p>
      <w:r>
        <w:rPr>
          <w:b/>
          <w:sz w:val="28"/>
        </w:rPr>
        <w:t>3. Pièges fréquents</w:t>
      </w:r>
    </w:p>
    <w:p>
      <w:r>
        <w:rPr>
          <w:b w:val="0"/>
          <w:i w:val="0"/>
          <w:sz w:val="22"/>
        </w:rPr>
        <w:t>• ❌ nous essuions (présent) → ✅ nous essuyons</w:t>
      </w:r>
    </w:p>
    <w:p>
      <w:r>
        <w:rPr>
          <w:b w:val="0"/>
          <w:i w:val="0"/>
          <w:sz w:val="22"/>
        </w:rPr>
        <w:t>• ❌ vous paiez (forme possible) → ✅ vous payez (forme simple à privilégier)</w:t>
      </w:r>
    </w:p>
    <w:p>
      <w:r>
        <w:rPr>
          <w:b/>
          <w:sz w:val="28"/>
        </w:rPr>
        <w:t>4. Mini-exercices</w:t>
      </w:r>
    </w:p>
    <w:p>
      <w:r>
        <w:rPr>
          <w:b w:val="0"/>
          <w:i w:val="0"/>
          <w:sz w:val="22"/>
        </w:rPr>
        <w:t>Transforme au présent :</w:t>
      </w:r>
    </w:p>
    <w:p>
      <w:r>
        <w:rPr>
          <w:b w:val="0"/>
          <w:i w:val="0"/>
          <w:sz w:val="22"/>
        </w:rPr>
        <w:t>1. Je (balayer) la cour.  → __________________________</w:t>
      </w:r>
    </w:p>
    <w:p>
      <w:r>
        <w:rPr>
          <w:b w:val="0"/>
          <w:i w:val="0"/>
          <w:sz w:val="22"/>
        </w:rPr>
        <w:t>2. Ils (essuyer) la table. → __________________________</w:t>
      </w:r>
    </w:p>
    <w:p>
      <w:r>
        <w:rPr>
          <w:b w:val="0"/>
          <w:i w:val="0"/>
          <w:sz w:val="22"/>
        </w:rPr>
        <w:t>3. Nous (payer) nos achats. → __________________________</w:t>
      </w:r>
    </w:p>
    <w:p>
      <w:r>
        <w:rPr>
          <w:b w:val="0"/>
          <w:i w:val="0"/>
          <w:sz w:val="22"/>
        </w:rPr>
      </w:r>
    </w:p>
    <w:p>
      <w:r>
        <w:rPr>
          <w:b w:val="0"/>
          <w:i w:val="0"/>
          <w:sz w:val="22"/>
        </w:rPr>
        <w:t>Corrigé :</w:t>
      </w:r>
    </w:p>
    <w:p>
      <w:r>
        <w:rPr>
          <w:b w:val="0"/>
          <w:i w:val="0"/>
          <w:sz w:val="22"/>
        </w:rPr>
        <w:t>1. Je balaie la cour.</w:t>
      </w:r>
    </w:p>
    <w:p>
      <w:r>
        <w:rPr>
          <w:b w:val="0"/>
          <w:i w:val="0"/>
          <w:sz w:val="22"/>
        </w:rPr>
        <w:t>2. Ils essuient la table.</w:t>
      </w:r>
    </w:p>
    <w:p>
      <w:r>
        <w:rPr>
          <w:b w:val="0"/>
          <w:i w:val="0"/>
          <w:sz w:val="22"/>
        </w:rPr>
        <w:t>3. Nous payons nos achats.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