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
        <w:rPr>
          <w:b/>
          <w:color w:val="24497D"/>
          <w:sz w:val="36"/>
        </w:rPr>
        <w:t>FICHE MÉMO – Les préfixes en français</w:t>
      </w:r>
    </w:p>
    <w:p>
      <w:r>
        <w:rPr>
          <w:i/>
          <w:sz w:val="22"/>
        </w:rPr>
        <w:t>Grammaire – À coller dans le cahier</w:t>
      </w:r>
    </w:p>
    <w:p/>
    <w:p>
      <w:r>
        <w:rPr>
          <w:b/>
          <w:color w:val="D9581F"/>
          <w:sz w:val="26"/>
        </w:rPr>
        <w:t>1. Qu’est-ce qu’un préfixe ?</w:t>
      </w:r>
    </w:p>
    <w:p>
      <w:r>
        <w:rPr>
          <w:sz w:val="22"/>
        </w:rPr>
        <w:t>Un préfixe est un petit groupe de lettres qui se place devant un mot pour en modifier le sens. Le préfixe ne change pas la nature du mot (un verbe reste un verbe, un nom reste un nom), mais il lui donne un nouveau sens.</w:t>
      </w:r>
    </w:p>
    <w:p/>
    <w:p>
      <w:r>
        <w:rPr>
          <w:b/>
          <w:color w:val="00735B"/>
          <w:sz w:val="26"/>
        </w:rPr>
        <w:t>2. Comment fonctionnent les préfixes ?</w:t>
      </w:r>
    </w:p>
    <w:p>
      <w:r>
        <w:rPr>
          <w:sz w:val="22"/>
        </w:rPr>
        <w:t>Les préfixes servent à **modifier le sens** d'un mot. Ils ne changent pas la catégorie grammaticale, mais ils influencent son sens : par exemple, le préfixe « *re-* » peut signifier « de nouveau » (revenir = revenir de nouveau) ou « en sens inverse » (reculer = aller en arrière).</w:t>
      </w:r>
    </w:p>
    <w:p/>
    <w:p>
      <w:r>
        <w:rPr>
          <w:b/>
          <w:color w:val="5C2D91"/>
          <w:sz w:val="26"/>
        </w:rPr>
        <w:t>3. Exemples de préfixes courants</w:t>
      </w:r>
    </w:p>
    <w:p>
      <w:r>
        <w:rPr>
          <w:sz w:val="22"/>
        </w:rPr>
        <w:t>Voici quelques préfixes courants en français avec leur signification :</w:t>
        <w:br/>
        <w:t>• *re-* : indiquer la répétition ou l'inversement (revenir, redémarrer, reconstruire)</w:t>
        <w:br/>
        <w:t>• *in-* : signifier la négation (inactif, incorrect, incapable)</w:t>
        <w:br/>
        <w:t>• *pré-* : avant, en avance (prévoir, prédire, préhistorique)</w:t>
        <w:br/>
        <w:t>• *dé-* : annulation, mouvement inverse (démolir, déconnecter, défaire)</w:t>
        <w:br/>
        <w:t>• *super-* : au-dessus, supérieur (supermarché, superflu, super-héros)</w:t>
        <w:br/>
        <w:t>• *anti-* : contre (antivirus, antisocial, antidote)</w:t>
        <w:br/>
        <w:t>• *sub-* : sous, inférieur (subir, submarine, subalterne)</w:t>
        <w:br/>
        <w:t>• *trans-* : au-delà, à travers (transmettre, transport, transversal)</w:t>
      </w:r>
    </w:p>
    <w:p/>
    <w:p>
      <w:r>
        <w:rPr>
          <w:b/>
          <w:color w:val="AB275C"/>
          <w:sz w:val="26"/>
        </w:rPr>
        <w:t>4. Exemple d’utilisation des préfixes</w:t>
      </w:r>
    </w:p>
    <w:p>
      <w:r>
        <w:rPr>
          <w:sz w:val="22"/>
        </w:rPr>
        <w:t>Prenons un exemple avec le préfixe « *re-* » :</w:t>
        <w:br/>
        <w:t>• Le verbe *construire* signifie *bâtir*. Si on ajoute le préfixe *re-*, cela donne *reconstruire*, ce qui signifie *construire de nouveau*.</w:t>
        <w:br/>
        <w:t>• Le mot *partir* signifie *s’en aller*. Si on ajoute le préfixe *re-*, cela donne *repartir*, ce qui signifie *partir de nouveau*.</w:t>
      </w:r>
    </w:p>
    <w:p/>
    <w:p>
      <w:r>
        <w:rPr>
          <w:b/>
          <w:color w:val="24497D"/>
          <w:sz w:val="26"/>
        </w:rPr>
        <w:t>5. MISSION – Je reconnais les préfixes</w:t>
      </w:r>
    </w:p>
    <w:p>
      <w:pPr>
        <w:spacing w:after="80"/>
      </w:pPr>
      <w:r>
        <w:rPr>
          <w:sz w:val="22"/>
        </w:rPr>
        <w:t>Lis les mots suivants et sousligne le préfixe. Puis, explique ce que signifie le mot après l'ajout du préfixe.</w:t>
      </w:r>
    </w:p>
    <w:p>
      <w:pPr>
        <w:ind w:left="283"/>
      </w:pPr>
      <w:r>
        <w:rPr>
          <w:sz w:val="22"/>
        </w:rPr>
        <w:t>1. Refaire</w:t>
      </w:r>
    </w:p>
    <w:p>
      <w:pPr>
        <w:ind w:left="283"/>
      </w:pPr>
      <w:r>
        <w:rPr>
          <w:sz w:val="22"/>
        </w:rPr>
        <w:t>2. Impossible</w:t>
      </w:r>
    </w:p>
    <w:p>
      <w:pPr>
        <w:ind w:left="283"/>
      </w:pPr>
      <w:r>
        <w:rPr>
          <w:sz w:val="22"/>
        </w:rPr>
        <w:t>3. Prévoir</w:t>
      </w:r>
    </w:p>
    <w:p>
      <w:pPr>
        <w:ind w:left="283"/>
      </w:pPr>
      <w:r>
        <w:rPr>
          <w:sz w:val="22"/>
        </w:rPr>
        <w:t>4. Défaire</w:t>
      </w:r>
    </w:p>
    <w:p>
      <w:pPr>
        <w:ind w:left="283"/>
      </w:pPr>
      <w:r>
        <w:rPr>
          <w:sz w:val="22"/>
        </w:rPr>
        <w:t>5. Supermarché</w:t>
      </w:r>
    </w:p>
    <w:p>
      <w:pPr>
        <w:ind w:left="283"/>
      </w:pPr>
      <w:r>
        <w:rPr>
          <w:sz w:val="22"/>
        </w:rPr>
        <w:t>6. Antidote</w:t>
      </w:r>
    </w:p>
    <w:p>
      <w:pPr>
        <w:ind w:left="283"/>
      </w:pPr>
      <w:r>
        <w:rPr>
          <w:sz w:val="22"/>
        </w:rPr>
        <w:t>7. Subir</w:t>
      </w:r>
    </w:p>
    <w:p>
      <w:pPr>
        <w:ind w:left="283"/>
      </w:pPr>
      <w:r>
        <w:rPr>
          <w:sz w:val="22"/>
        </w:rPr>
        <w:t>8. Transmettre</w:t>
      </w:r>
    </w:p>
    <w:p/>
    <w:p>
      <w:r>
        <w:rPr>
          <w:b/>
          <w:color w:val="D9581F"/>
          <w:sz w:val="26"/>
        </w:rPr>
        <w:t>6. À retenir</w:t>
      </w:r>
    </w:p>
    <w:p>
      <w:r>
        <w:rPr>
          <w:sz w:val="22"/>
        </w:rPr>
        <w:t>• Un préfixe est un petit groupe de lettres qui modifie le sens d'un mot.</w:t>
        <w:br/>
        <w:t>• Le préfixe ne change pas la nature grammaticale du mot.</w:t>
        <w:br/>
        <w:t>• Certains préfixes indiquent la négation (in-, im-), la répétition (re-, re-), ou un mouvement (trans-, sub-).</w:t>
      </w:r>
    </w:p>
    <w:sectPr w:rsidR="00FC693F" w:rsidRPr="0006063C" w:rsidSect="00034616">
      <w:pgSz w:w="12240" w:h="15840"/>
      <w:pgMar w:top="850" w:right="850" w:bottom="850" w:left="85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