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color w:val="24497D"/>
          <w:sz w:val="36"/>
        </w:rPr>
        <w:t>FICHE MÉMO – INTONATION ET PHRASE EXCLAMATIVE</w:t>
      </w:r>
    </w:p>
    <w:p>
      <w:r>
        <w:rPr>
          <w:i/>
          <w:sz w:val="22"/>
        </w:rPr>
        <w:t>Cycle 3 – CM1 / CM2 • Fiche gamifiée à coller dans le cahier</w:t>
      </w:r>
    </w:p>
    <w:p/>
    <w:p>
      <w:r>
        <w:rPr>
          <w:b/>
          <w:color w:val="D9581F"/>
          <w:sz w:val="26"/>
        </w:rPr>
        <w:t xml:space="preserve">1. QU’EST-CE QU’UNE PHRASE EXCLAMATIVE ? </w:t>
      </w:r>
    </w:p>
    <w:p>
      <w:pPr>
        <w:spacing w:after="120"/>
      </w:pPr>
      <w:r>
        <w:rPr>
          <w:sz w:val="22"/>
        </w:rPr>
        <w:t>Une phrase exclamative sert à exprimer une émotion forte : surprise, joie, colère, admiration, peur… À l’écrit, elle se termine par un point d’exclamation : « ! ». À l’oral, la voix change d’intonation : elle devient plus vive, plus forte, parfois plus rapide.</w:t>
      </w:r>
    </w:p>
    <w:p>
      <w:r>
        <w:rPr>
          <w:b/>
          <w:sz w:val="22"/>
        </w:rPr>
        <w:t xml:space="preserve">Exemples : </w:t>
      </w:r>
      <w:r>
        <w:rPr>
          <w:sz w:val="22"/>
        </w:rPr>
        <w:t>Quel temps magnifique !  –  Comme tu parles fort !  –  Attention !</w:t>
      </w:r>
    </w:p>
    <w:p/>
    <w:p>
      <w:r>
        <w:rPr>
          <w:b/>
          <w:color w:val="00735B"/>
          <w:sz w:val="26"/>
        </w:rPr>
        <w:t>2. L’INTONATION DE LA PHRASE EXCLAMATIVE</w:t>
      </w:r>
    </w:p>
    <w:p>
      <w:pPr>
        <w:spacing w:after="120"/>
      </w:pPr>
      <w:r>
        <w:rPr>
          <w:sz w:val="22"/>
        </w:rPr>
        <w:t>Quand on lit une phrase exclamative, la voix change :</w:t>
        <w:br/>
        <w:t>• elle peut monter puis redescendre : « Quelle belle idée ! » (↗ puis ↘)</w:t>
        <w:br/>
        <w:t>• elle peut être brève et très énergique : « Stop ! », « Attention ! »</w:t>
        <w:br/>
        <w:t>• elle marque toujours une émotion : étonnement, joie, peur, admiration…</w:t>
      </w:r>
    </w:p>
    <w:p/>
    <w:p>
      <w:r>
        <w:rPr>
          <w:b/>
          <w:color w:val="5C2D91"/>
          <w:sz w:val="26"/>
        </w:rPr>
        <w:t>MISSION 1 – JE REPÈRE LES PHRASES EXCLAMATIVES</w:t>
      </w:r>
    </w:p>
    <w:p>
      <w:pPr>
        <w:spacing w:after="80"/>
      </w:pPr>
      <w:r>
        <w:rPr>
          <w:sz w:val="22"/>
        </w:rPr>
        <w:t>Lis chaque phrase et entoure celles qui sont exclamatives. Puis ajoute le signe de ponctuation manquant si besoin.</w:t>
      </w:r>
    </w:p>
    <w:p>
      <w:pPr>
        <w:ind w:left="283"/>
      </w:pPr>
      <w:r>
        <w:rPr>
          <w:sz w:val="22"/>
        </w:rPr>
        <w:t>1. Quelle belle surprise</w:t>
      </w:r>
    </w:p>
    <w:p>
      <w:pPr>
        <w:ind w:left="283"/>
      </w:pPr>
      <w:r>
        <w:rPr>
          <w:sz w:val="22"/>
        </w:rPr>
        <w:t>2. Tu viens avec nous</w:t>
      </w:r>
    </w:p>
    <w:p>
      <w:pPr>
        <w:ind w:left="283"/>
      </w:pPr>
      <w:r>
        <w:rPr>
          <w:sz w:val="22"/>
        </w:rPr>
        <w:t>3. Comme ce chien court vite</w:t>
      </w:r>
    </w:p>
    <w:p>
      <w:pPr>
        <w:ind w:left="283"/>
      </w:pPr>
      <w:r>
        <w:rPr>
          <w:sz w:val="22"/>
        </w:rPr>
        <w:t>4. Attention à la marche</w:t>
      </w:r>
    </w:p>
    <w:p>
      <w:pPr>
        <w:ind w:left="283"/>
      </w:pPr>
      <w:r>
        <w:rPr>
          <w:sz w:val="22"/>
        </w:rPr>
        <w:t>5. Il fait très froid ce matin</w:t>
      </w:r>
    </w:p>
    <w:p>
      <w:pPr>
        <w:ind w:left="283"/>
      </w:pPr>
      <w:r>
        <w:rPr>
          <w:sz w:val="22"/>
        </w:rPr>
        <w:t>6. Que ce film est long</w:t>
      </w:r>
    </w:p>
    <w:p/>
    <w:p>
      <w:r>
        <w:rPr>
          <w:b/>
          <w:color w:val="AB275C"/>
          <w:sz w:val="26"/>
        </w:rPr>
        <w:t>MISSION 2 – JE TRANSFORME EN PHRASE EXCLAMATIVE</w:t>
      </w:r>
    </w:p>
    <w:p>
      <w:pPr>
        <w:spacing w:after="80"/>
      </w:pPr>
      <w:r>
        <w:rPr>
          <w:sz w:val="22"/>
        </w:rPr>
        <w:t>Transforme ces phrases déclaratives en phrases exclamatives en changeant l’intonation et en ajoutant des mots si nécessaire.</w:t>
      </w:r>
    </w:p>
    <w:p>
      <w:pPr>
        <w:ind w:left="283"/>
      </w:pPr>
      <w:r>
        <w:rPr>
          <w:sz w:val="22"/>
        </w:rPr>
        <w:t>1. Il fait chaud.</w:t>
      </w:r>
    </w:p>
    <w:p>
      <w:pPr>
        <w:ind w:left="454"/>
      </w:pPr>
      <w:r>
        <w:rPr>
          <w:sz w:val="22"/>
        </w:rPr>
        <w:t xml:space="preserve">   → ________________________________________________</w:t>
      </w:r>
    </w:p>
    <w:p>
      <w:pPr>
        <w:ind w:left="283"/>
      </w:pPr>
      <w:r>
        <w:rPr>
          <w:sz w:val="22"/>
        </w:rPr>
        <w:t>2. Tu as bien travaillé.</w:t>
      </w:r>
    </w:p>
    <w:p>
      <w:pPr>
        <w:ind w:left="454"/>
      </w:pPr>
      <w:r>
        <w:rPr>
          <w:sz w:val="22"/>
        </w:rPr>
        <w:t xml:space="preserve">   → ________________________________________________</w:t>
      </w:r>
    </w:p>
    <w:p>
      <w:pPr>
        <w:ind w:left="283"/>
      </w:pPr>
      <w:r>
        <w:rPr>
          <w:sz w:val="22"/>
        </w:rPr>
        <w:t>3. Ce gâteau est bon.</w:t>
      </w:r>
    </w:p>
    <w:p>
      <w:pPr>
        <w:ind w:left="454"/>
      </w:pPr>
      <w:r>
        <w:rPr>
          <w:sz w:val="22"/>
        </w:rPr>
        <w:t xml:space="preserve">   → ________________________________________________</w:t>
      </w:r>
    </w:p>
    <w:p>
      <w:pPr>
        <w:ind w:left="283"/>
      </w:pPr>
      <w:r>
        <w:rPr>
          <w:sz w:val="22"/>
        </w:rPr>
        <w:t>4. Ce sac est lourd.</w:t>
      </w:r>
    </w:p>
    <w:p>
      <w:pPr>
        <w:ind w:left="454"/>
      </w:pPr>
      <w:r>
        <w:rPr>
          <w:sz w:val="22"/>
        </w:rPr>
        <w:t xml:space="preserve">   → ________________________________________________</w:t>
      </w:r>
    </w:p>
    <w:p/>
    <w:p>
      <w:r>
        <w:rPr>
          <w:b/>
          <w:color w:val="24497D"/>
          <w:sz w:val="26"/>
        </w:rPr>
        <w:t>MISSION 3 – JE LIS AVEC LA BONNE INTONATION</w:t>
      </w:r>
    </w:p>
    <w:p>
      <w:pPr>
        <w:spacing w:after="80"/>
      </w:pPr>
      <w:r>
        <w:rPr>
          <w:sz w:val="22"/>
        </w:rPr>
        <w:t>Lis ces phrases à voix haute devant un camarade ou un adulte. Coche quand tu penses avoir mis la bonne intonation.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b/>
                <w:sz w:val="20"/>
              </w:rPr>
              <w:t>Phrase</w:t>
            </w:r>
          </w:p>
        </w:tc>
        <w:tc>
          <w:tcPr>
            <w:tcW w:type="dxa" w:w="5270"/>
          </w:tcPr>
          <w:p>
            <w:r>
              <w:rPr>
                <w:b/>
                <w:sz w:val="20"/>
              </w:rPr>
              <w:t>Je lis avec intonation ✅</w:t>
            </w:r>
          </w:p>
        </w:tc>
      </w:tr>
      <w:tr>
        <w:tc>
          <w:tcPr>
            <w:tcW w:type="dxa" w:w="5270"/>
          </w:tcPr>
          <w:p>
            <w:r>
              <w:rPr>
                <w:sz w:val="20"/>
              </w:rPr>
              <w:t>Quel beau travail tu as fait !</w:t>
            </w:r>
          </w:p>
        </w:tc>
        <w:tc>
          <w:tcPr>
            <w:tcW w:type="dxa" w:w="5270"/>
          </w:tcPr>
          <w:p>
            <w:r>
              <w:rPr>
                <w:sz w:val="24"/>
              </w:rPr>
              <w:t>☐</w:t>
            </w:r>
          </w:p>
        </w:tc>
      </w:tr>
      <w:tr>
        <w:tc>
          <w:tcPr>
            <w:tcW w:type="dxa" w:w="5270"/>
          </w:tcPr>
          <w:p>
            <w:r>
              <w:rPr>
                <w:sz w:val="20"/>
              </w:rPr>
              <w:t>Comme tu parles fort !</w:t>
            </w:r>
          </w:p>
        </w:tc>
        <w:tc>
          <w:tcPr>
            <w:tcW w:type="dxa" w:w="5270"/>
          </w:tcPr>
          <w:p>
            <w:r>
              <w:rPr>
                <w:sz w:val="24"/>
              </w:rPr>
              <w:t>☐</w:t>
            </w:r>
          </w:p>
        </w:tc>
      </w:tr>
      <w:tr>
        <w:tc>
          <w:tcPr>
            <w:tcW w:type="dxa" w:w="5270"/>
          </w:tcPr>
          <w:p>
            <w:r>
              <w:rPr>
                <w:sz w:val="20"/>
              </w:rPr>
              <w:t>Attention, la voiture arrive !</w:t>
            </w:r>
          </w:p>
        </w:tc>
        <w:tc>
          <w:tcPr>
            <w:tcW w:type="dxa" w:w="5270"/>
          </w:tcPr>
          <w:p>
            <w:r>
              <w:rPr>
                <w:sz w:val="24"/>
              </w:rPr>
              <w:t>☐</w:t>
            </w:r>
          </w:p>
        </w:tc>
      </w:tr>
      <w:tr>
        <w:tc>
          <w:tcPr>
            <w:tcW w:type="dxa" w:w="5270"/>
          </w:tcPr>
          <w:p>
            <w:r>
              <w:rPr>
                <w:sz w:val="20"/>
              </w:rPr>
              <w:t>Que ce paysage est magnifique !</w:t>
            </w:r>
          </w:p>
        </w:tc>
        <w:tc>
          <w:tcPr>
            <w:tcW w:type="dxa" w:w="5270"/>
          </w:tcPr>
          <w:p>
            <w:r>
              <w:rPr>
                <w:sz w:val="24"/>
              </w:rPr>
              <w:t>☐</w:t>
            </w:r>
          </w:p>
        </w:tc>
      </w:tr>
    </w:tbl>
    <w:p/>
    <w:p>
      <w:r>
        <w:rPr>
          <w:b/>
          <w:color w:val="D9581F"/>
          <w:sz w:val="22"/>
        </w:rPr>
        <w:t xml:space="preserve">À RETENIR : </w:t>
      </w:r>
      <w:r>
        <w:rPr>
          <w:sz w:val="22"/>
        </w:rPr>
        <w:t>Une phrase exclamative exprime une émotion forte. À l’écrit, elle se termine par « ! ». À l’oral, la voix change d’intonation : elle devient plus vive et plus expressive.</w:t>
      </w:r>
    </w:p>
    <w:sectPr w:rsidR="00FC693F" w:rsidRPr="0006063C" w:rsidSect="00034616"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