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36"/>
        </w:rPr>
        <w:t>FICHE MÉMO – Le complément du nom</w:t>
      </w:r>
    </w:p>
    <w:p>
      <w:r>
        <w:rPr>
          <w:b/>
          <w:sz w:val="28"/>
        </w:rPr>
        <w:t>🟧 Le complément du nom : préciser un nom</w:t>
      </w:r>
    </w:p>
    <w:p>
      <w:r>
        <w:rPr>
          <w:b/>
          <w:sz w:val="28"/>
        </w:rPr>
        <w:t>1. Définition</w:t>
      </w:r>
    </w:p>
    <w:p>
      <w:r>
        <w:rPr>
          <w:b w:val="0"/>
          <w:i w:val="0"/>
          <w:sz w:val="22"/>
        </w:rPr>
        <w:t>Le complément du nom est un groupe de mots qui précise un nom. Il est souvent introduit par une préposition (de, à, en, pour, avec…) et se place après le nom qu’il précise.</w:t>
      </w:r>
    </w:p>
    <w:p>
      <w:r>
        <w:rPr>
          <w:b/>
          <w:sz w:val="28"/>
        </w:rPr>
        <w:t>2. Exemples simples</w:t>
      </w:r>
    </w:p>
    <w:p>
      <w:r>
        <w:rPr>
          <w:b w:val="0"/>
          <w:i w:val="0"/>
          <w:sz w:val="22"/>
        </w:rPr>
        <w:t>• le cahier de mathématiques</w:t>
      </w:r>
    </w:p>
    <w:p>
      <w:r>
        <w:rPr>
          <w:b w:val="0"/>
          <w:i w:val="0"/>
          <w:sz w:val="22"/>
        </w:rPr>
        <w:t>• la maison de mes grands-parents</w:t>
      </w:r>
    </w:p>
    <w:p>
      <w:r>
        <w:rPr>
          <w:b w:val="0"/>
          <w:i w:val="0"/>
          <w:sz w:val="22"/>
        </w:rPr>
        <w:t>• un verre d’eau</w:t>
      </w:r>
    </w:p>
    <w:p>
      <w:r>
        <w:rPr>
          <w:b w:val="0"/>
          <w:i w:val="0"/>
          <w:sz w:val="22"/>
        </w:rPr>
        <w:t>• un livre sur les volcans</w:t>
      </w:r>
    </w:p>
    <w:p>
      <w:r>
        <w:rPr>
          <w:b/>
          <w:sz w:val="28"/>
        </w:rPr>
        <w:t>3. Formes fréquentes</w:t>
      </w:r>
    </w:p>
    <w:p>
      <w:r>
        <w:rPr>
          <w:b w:val="0"/>
          <w:i w:val="0"/>
          <w:sz w:val="22"/>
        </w:rPr>
        <w:t>• Nom + de + nom : le cartable de Léa</w:t>
      </w:r>
    </w:p>
    <w:p>
      <w:r>
        <w:rPr>
          <w:b w:val="0"/>
          <w:i w:val="0"/>
          <w:sz w:val="22"/>
        </w:rPr>
        <w:t>• Nom + à + nom : une tasse à café</w:t>
      </w:r>
    </w:p>
    <w:p>
      <w:r>
        <w:rPr>
          <w:b w:val="0"/>
          <w:i w:val="0"/>
          <w:sz w:val="22"/>
        </w:rPr>
        <w:t>• Nom + en + nom : une robe en soie</w:t>
      </w:r>
    </w:p>
    <w:p>
      <w:r>
        <w:rPr>
          <w:b w:val="0"/>
          <w:i w:val="0"/>
          <w:sz w:val="22"/>
        </w:rPr>
        <w:t>• Nom + groupe nominal plus long : le jardin de la maison voisine</w:t>
      </w:r>
    </w:p>
    <w:p>
      <w:r>
        <w:rPr>
          <w:b/>
          <w:sz w:val="28"/>
        </w:rPr>
        <w:t>4. Exercices</w:t>
      </w:r>
    </w:p>
    <w:p>
      <w:r>
        <w:rPr>
          <w:b w:val="0"/>
          <w:i w:val="0"/>
          <w:sz w:val="22"/>
        </w:rPr>
        <w:t>Souligne le nom noyau et encadre le complément du nom :</w:t>
      </w:r>
    </w:p>
    <w:p>
      <w:r>
        <w:rPr>
          <w:b w:val="0"/>
          <w:i w:val="0"/>
          <w:sz w:val="22"/>
        </w:rPr>
        <w:t>1. Le chien de mon voisin aboie souvent.</w:t>
      </w:r>
    </w:p>
    <w:p>
      <w:r>
        <w:rPr>
          <w:b w:val="0"/>
          <w:i w:val="0"/>
          <w:sz w:val="22"/>
        </w:rPr>
        <w:t>2. Le film de ce réalisateur a eu du succès.</w:t>
      </w:r>
    </w:p>
    <w:p>
      <w:r>
        <w:rPr>
          <w:b w:val="0"/>
          <w:i w:val="0"/>
          <w:sz w:val="22"/>
        </w:rPr>
        <w:t>3. J’ai acheté un pot de confiture de fraises.</w:t>
      </w:r>
    </w:p>
    <w:p>
      <w:r>
        <w:rPr>
          <w:b w:val="0"/>
          <w:i w:val="0"/>
          <w:sz w:val="22"/>
        </w:rPr>
      </w:r>
    </w:p>
    <w:p>
      <w:r>
        <w:rPr>
          <w:b w:val="0"/>
          <w:i w:val="0"/>
          <w:sz w:val="22"/>
        </w:rPr>
        <w:t>Indication de correction :</w:t>
      </w:r>
    </w:p>
    <w:p>
      <w:r>
        <w:rPr>
          <w:b w:val="0"/>
          <w:i w:val="0"/>
          <w:sz w:val="22"/>
        </w:rPr>
        <w:t>1. Nom noyau : chien / Complément du nom : de mon voisin</w:t>
      </w:r>
    </w:p>
    <w:p>
      <w:r>
        <w:rPr>
          <w:b w:val="0"/>
          <w:i w:val="0"/>
          <w:sz w:val="22"/>
        </w:rPr>
        <w:t>2. Nom noyau : film / Complément du nom : de ce réalisateur</w:t>
      </w:r>
    </w:p>
    <w:p>
      <w:r>
        <w:rPr>
          <w:b w:val="0"/>
          <w:i w:val="0"/>
          <w:sz w:val="22"/>
        </w:rPr>
        <w:t>3. Nom noyau : pot / Complément du nom : de confiture de fraises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