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2"/>
        </w:rPr>
        <w:t>FICHE D’INSCRIPTION — Modèle prêt à imprimer</w:t>
      </w:r>
    </w:p>
    <w:p>
      <w:pPr>
        <w:jc w:val="center"/>
      </w:pPr>
      <w:r>
        <w:rPr>
          <w:i/>
        </w:rPr>
        <w:t>Organisation / Établissement : ____________________    Année : ______</w:t>
      </w:r>
    </w:p>
    <w:p>
      <w:r>
        <w:rPr>
          <w:b/>
          <w:sz w:val="24"/>
        </w:rPr>
        <w:t>1) Identification du candidat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33"/>
        <w:gridCol w:w="4933"/>
      </w:tblGrid>
      <w:tr>
        <w:tc>
          <w:tcPr>
            <w:tcW w:type="dxa" w:w="4933"/>
          </w:tcPr>
          <w:p>
            <w:r>
              <w:t>Nom</w:t>
            </w:r>
          </w:p>
        </w:tc>
        <w:tc>
          <w:tcPr>
            <w:tcW w:type="dxa" w:w="4933"/>
          </w:tcPr>
          <w:p>
            <w:r/>
          </w:p>
        </w:tc>
      </w:tr>
      <w:tr>
        <w:tc>
          <w:tcPr>
            <w:tcW w:type="dxa" w:w="4933"/>
          </w:tcPr>
          <w:p>
            <w:r>
              <w:t>Prénom</w:t>
            </w:r>
          </w:p>
        </w:tc>
        <w:tc>
          <w:tcPr>
            <w:tcW w:type="dxa" w:w="4933"/>
          </w:tcPr>
          <w:p>
            <w:r/>
          </w:p>
        </w:tc>
      </w:tr>
      <w:tr>
        <w:tc>
          <w:tcPr>
            <w:tcW w:type="dxa" w:w="4933"/>
          </w:tcPr>
          <w:p>
            <w:r>
              <w:t>Date &amp; lieu de naissance</w:t>
            </w:r>
          </w:p>
        </w:tc>
        <w:tc>
          <w:tcPr>
            <w:tcW w:type="dxa" w:w="4933"/>
          </w:tcPr>
          <w:p>
            <w:r/>
          </w:p>
        </w:tc>
      </w:tr>
      <w:tr>
        <w:tc>
          <w:tcPr>
            <w:tcW w:type="dxa" w:w="4933"/>
          </w:tcPr>
          <w:p>
            <w:r>
              <w:t>Nationalité</w:t>
            </w:r>
          </w:p>
        </w:tc>
        <w:tc>
          <w:tcPr>
            <w:tcW w:type="dxa" w:w="4933"/>
          </w:tcPr>
          <w:p>
            <w:r/>
          </w:p>
        </w:tc>
      </w:tr>
      <w:tr>
        <w:tc>
          <w:tcPr>
            <w:tcW w:type="dxa" w:w="4933"/>
          </w:tcPr>
          <w:p>
            <w:r>
              <w:t>CIN / ID</w:t>
            </w:r>
          </w:p>
        </w:tc>
        <w:tc>
          <w:tcPr>
            <w:tcW w:type="dxa" w:w="4933"/>
          </w:tcPr>
          <w:p>
            <w:r/>
          </w:p>
        </w:tc>
      </w:tr>
      <w:tr>
        <w:tc>
          <w:tcPr>
            <w:tcW w:type="dxa" w:w="4933"/>
          </w:tcPr>
          <w:p>
            <w:r>
              <w:t>Téléphone</w:t>
            </w:r>
          </w:p>
        </w:tc>
        <w:tc>
          <w:tcPr>
            <w:tcW w:type="dxa" w:w="4933"/>
          </w:tcPr>
          <w:p>
            <w:r/>
          </w:p>
        </w:tc>
      </w:tr>
      <w:tr>
        <w:tc>
          <w:tcPr>
            <w:tcW w:type="dxa" w:w="4933"/>
          </w:tcPr>
          <w:p>
            <w:r>
              <w:t>E-mail</w:t>
            </w:r>
          </w:p>
        </w:tc>
        <w:tc>
          <w:tcPr>
            <w:tcW w:type="dxa" w:w="4933"/>
          </w:tcPr>
          <w:p>
            <w:r/>
          </w:p>
        </w:tc>
      </w:tr>
      <w:tr>
        <w:tc>
          <w:tcPr>
            <w:tcW w:type="dxa" w:w="4933"/>
          </w:tcPr>
          <w:p>
            <w:r>
              <w:t>Adresse</w:t>
            </w:r>
          </w:p>
        </w:tc>
        <w:tc>
          <w:tcPr>
            <w:tcW w:type="dxa" w:w="4933"/>
          </w:tcPr>
          <w:p>
            <w:r/>
          </w:p>
        </w:tc>
      </w:tr>
      <w:tr>
        <w:tc>
          <w:tcPr>
            <w:tcW w:type="dxa" w:w="4933"/>
          </w:tcPr>
          <w:p>
            <w:r>
              <w:t>Ville / Code postal</w:t>
            </w:r>
          </w:p>
        </w:tc>
        <w:tc>
          <w:tcPr>
            <w:tcW w:type="dxa" w:w="4933"/>
          </w:tcPr>
          <w:p>
            <w:r/>
          </w:p>
        </w:tc>
      </w:tr>
    </w:tbl>
    <w:p/>
    <w:p>
      <w:r>
        <w:rPr>
          <w:b/>
          <w:sz w:val="24"/>
        </w:rPr>
        <w:t>2) Responsable légal (si mineur)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33"/>
        <w:gridCol w:w="4933"/>
      </w:tblGrid>
      <w:tr>
        <w:tc>
          <w:tcPr>
            <w:tcW w:type="dxa" w:w="4933"/>
          </w:tcPr>
          <w:p>
            <w:r>
              <w:t>Nom &amp; Prénom</w:t>
            </w:r>
          </w:p>
        </w:tc>
        <w:tc>
          <w:tcPr>
            <w:tcW w:type="dxa" w:w="4933"/>
          </w:tcPr>
          <w:p>
            <w:r/>
          </w:p>
        </w:tc>
      </w:tr>
      <w:tr>
        <w:tc>
          <w:tcPr>
            <w:tcW w:type="dxa" w:w="4933"/>
          </w:tcPr>
          <w:p>
            <w:r>
              <w:t>Lien avec le candidat</w:t>
            </w:r>
          </w:p>
        </w:tc>
        <w:tc>
          <w:tcPr>
            <w:tcW w:type="dxa" w:w="4933"/>
          </w:tcPr>
          <w:p>
            <w:r/>
          </w:p>
        </w:tc>
      </w:tr>
      <w:tr>
        <w:tc>
          <w:tcPr>
            <w:tcW w:type="dxa" w:w="4933"/>
          </w:tcPr>
          <w:p>
            <w:r>
              <w:t>Téléphone</w:t>
            </w:r>
          </w:p>
        </w:tc>
        <w:tc>
          <w:tcPr>
            <w:tcW w:type="dxa" w:w="4933"/>
          </w:tcPr>
          <w:p>
            <w:r/>
          </w:p>
        </w:tc>
      </w:tr>
      <w:tr>
        <w:tc>
          <w:tcPr>
            <w:tcW w:type="dxa" w:w="4933"/>
          </w:tcPr>
          <w:p>
            <w:r>
              <w:t>E-mail</w:t>
            </w:r>
          </w:p>
        </w:tc>
        <w:tc>
          <w:tcPr>
            <w:tcW w:type="dxa" w:w="4933"/>
          </w:tcPr>
          <w:p>
            <w:r/>
          </w:p>
        </w:tc>
      </w:tr>
      <w:tr>
        <w:tc>
          <w:tcPr>
            <w:tcW w:type="dxa" w:w="4933"/>
          </w:tcPr>
          <w:p>
            <w:r>
              <w:t>Adresse (si différente)</w:t>
            </w:r>
          </w:p>
        </w:tc>
        <w:tc>
          <w:tcPr>
            <w:tcW w:type="dxa" w:w="4933"/>
          </w:tcPr>
          <w:p>
            <w:r/>
          </w:p>
        </w:tc>
      </w:tr>
    </w:tbl>
    <w:p/>
    <w:p>
      <w:r>
        <w:rPr>
          <w:b/>
          <w:sz w:val="24"/>
        </w:rPr>
        <w:t>3) Scolarité / Niveau demandé (ou filière)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33"/>
        <w:gridCol w:w="4933"/>
      </w:tblGrid>
      <w:tr>
        <w:tc>
          <w:tcPr>
            <w:tcW w:type="dxa" w:w="4933"/>
          </w:tcPr>
          <w:p>
            <w:r>
              <w:t>Niveau / Classe demandée</w:t>
            </w:r>
          </w:p>
        </w:tc>
        <w:tc>
          <w:tcPr>
            <w:tcW w:type="dxa" w:w="4933"/>
          </w:tcPr>
          <w:p>
            <w:r/>
          </w:p>
        </w:tc>
      </w:tr>
      <w:tr>
        <w:tc>
          <w:tcPr>
            <w:tcW w:type="dxa" w:w="4933"/>
          </w:tcPr>
          <w:p>
            <w:r>
              <w:t>Année scolaire</w:t>
            </w:r>
          </w:p>
        </w:tc>
        <w:tc>
          <w:tcPr>
            <w:tcW w:type="dxa" w:w="4933"/>
          </w:tcPr>
          <w:p>
            <w:r/>
          </w:p>
        </w:tc>
      </w:tr>
      <w:tr>
        <w:tc>
          <w:tcPr>
            <w:tcW w:type="dxa" w:w="4933"/>
          </w:tcPr>
          <w:p>
            <w:r>
              <w:t>Situation</w:t>
            </w:r>
          </w:p>
        </w:tc>
        <w:tc>
          <w:tcPr>
            <w:tcW w:type="dxa" w:w="4933"/>
          </w:tcPr>
          <w:p>
            <w:r>
              <w:t>☐ Nouvelle inscription   ☐ Réinscription</w:t>
            </w:r>
          </w:p>
        </w:tc>
      </w:tr>
    </w:tbl>
    <w:p/>
    <w:p>
      <w:r>
        <w:rPr>
          <w:b/>
          <w:sz w:val="24"/>
        </w:rPr>
        <w:t>4) Pièces à fournir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33"/>
        <w:gridCol w:w="4933"/>
      </w:tblGrid>
      <w:tr>
        <w:tc>
          <w:tcPr>
            <w:tcW w:type="dxa" w:w="4933"/>
          </w:tcPr>
          <w:p>
            <w:r>
              <w:t>☐ Formulaire signé</w:t>
            </w:r>
          </w:p>
        </w:tc>
        <w:tc>
          <w:tcPr>
            <w:tcW w:type="dxa" w:w="4933"/>
          </w:tcPr>
          <w:p>
            <w:r>
              <w:t>☐ Copie CIN / Passeport</w:t>
            </w:r>
          </w:p>
        </w:tc>
      </w:tr>
      <w:tr>
        <w:tc>
          <w:tcPr>
            <w:tcW w:type="dxa" w:w="4933"/>
          </w:tcPr>
          <w:p>
            <w:r>
              <w:t>☐ Extrait d’acte de naissance</w:t>
            </w:r>
          </w:p>
        </w:tc>
        <w:tc>
          <w:tcPr>
            <w:tcW w:type="dxa" w:w="4933"/>
          </w:tcPr>
          <w:p>
            <w:r>
              <w:t>☐ 2 photos d’identité</w:t>
            </w:r>
          </w:p>
        </w:tc>
      </w:tr>
      <w:tr>
        <w:tc>
          <w:tcPr>
            <w:tcW w:type="dxa" w:w="4933"/>
          </w:tcPr>
          <w:p>
            <w:r>
              <w:t>☐ Justificatif de domicile</w:t>
            </w:r>
          </w:p>
        </w:tc>
        <w:tc>
          <w:tcPr>
            <w:tcW w:type="dxa" w:w="4933"/>
          </w:tcPr>
          <w:p>
            <w:r>
              <w:t>☐ Relevés de notes / Diplôme</w:t>
            </w:r>
          </w:p>
        </w:tc>
      </w:tr>
      <w:tr>
        <w:tc>
          <w:tcPr>
            <w:tcW w:type="dxa" w:w="4933"/>
          </w:tcPr>
          <w:p>
            <w:r>
              <w:t>☐ Certificat médical</w:t>
            </w:r>
          </w:p>
        </w:tc>
        <w:tc>
          <w:tcPr>
            <w:tcW w:type="dxa" w:w="4933"/>
          </w:tcPr>
          <w:p>
            <w:r>
              <w:t>☐ Règlement intérieur signé</w:t>
            </w:r>
          </w:p>
        </w:tc>
      </w:tr>
    </w:tbl>
    <w:p/>
    <w:p>
      <w:r>
        <w:rPr>
          <w:b/>
          <w:sz w:val="24"/>
        </w:rPr>
        <w:t>5) Engagement &amp; consentement</w:t>
      </w:r>
    </w:p>
    <w:p>
      <w:r>
        <w:t>Je soussigné(e) déclare exactes les informations fournies et m’engage à respecter le règlement en vigueur. J’autorise le traitement de ces données aux seules fins de gestion administrative, conformément aux obligations applicables.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466"/>
        <w:gridCol w:w="2466"/>
        <w:gridCol w:w="2466"/>
        <w:gridCol w:w="2466"/>
      </w:tblGrid>
      <w:tr>
        <w:tc>
          <w:tcPr>
            <w:tcW w:type="dxa" w:w="2466"/>
          </w:tcPr>
          <w:p>
            <w:r>
              <w:t>Fait à :</w:t>
              <w:br/>
              <w:br/>
              <w:br/>
              <w:br/>
              <w:t>Signature :</w:t>
            </w:r>
          </w:p>
        </w:tc>
        <w:tc>
          <w:tcPr>
            <w:tcW w:type="dxa" w:w="2466"/>
          </w:tcPr>
          <w:p>
            <w:r>
              <w:t>Le :</w:t>
              <w:br/>
              <w:br/>
              <w:br/>
              <w:br/>
              <w:t>Signature :</w:t>
            </w:r>
          </w:p>
        </w:tc>
        <w:tc>
          <w:tcPr>
            <w:tcW w:type="dxa" w:w="2466"/>
          </w:tcPr>
          <w:p>
            <w:r>
              <w:t>Signature du demandeur</w:t>
              <w:br/>
              <w:br/>
              <w:br/>
              <w:br/>
              <w:t>Signature :</w:t>
            </w:r>
          </w:p>
        </w:tc>
        <w:tc>
          <w:tcPr>
            <w:tcW w:type="dxa" w:w="2466"/>
          </w:tcPr>
          <w:p>
            <w:r>
              <w:t>Cachet et signature de l’établissement</w:t>
              <w:br/>
              <w:br/>
              <w:br/>
              <w:br/>
              <w:t>Signature :</w:t>
            </w:r>
          </w:p>
        </w:tc>
      </w:tr>
    </w:tbl>
    <w:p/>
    <w:sectPr w:rsidR="00FC693F" w:rsidRPr="0006063C" w:rsidSect="00034616">
      <w:pgSz w:w="11906" w:h="16838"/>
      <w:pgMar w:top="1134" w:right="1020" w:bottom="1134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