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52"/>
        </w:rPr>
        <w:t>LES FORMES DE PHRASES – CM1 (Affirmative / Négative)</w:t>
      </w:r>
    </w:p>
    <w:p>
      <w:pPr>
        <w:jc w:val="center"/>
      </w:pPr>
      <w:r>
        <w:rPr>
          <w:i/>
          <w:sz w:val="28"/>
        </w:rPr>
        <w:t>Affiche mémo gamifiée à coller au mur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4400"/>
      </w:tblGrid>
      <w:tr>
        <w:tc>
          <w:tcPr>
            <w:tcW w:type="dxa" w:w="14400"/>
            <w:shd w:val="clear" w:color="auto" w:fill="DDEBF7"/>
          </w:tcPr>
          <w:p>
            <w:pPr>
              <w:jc w:val="left"/>
            </w:pPr>
            <w:r/>
            <w:r>
              <w:rPr>
                <w:b/>
                <w:sz w:val="36"/>
              </w:rPr>
              <w:t>🟦 1. Phrase AFFIRMATIVE – « J’affirme »</w:t>
              <w:br/>
            </w:r>
            <w:r>
              <w:rPr>
                <w:sz w:val="22"/>
              </w:rPr>
              <w:t>➡ Rôle : pour affirmer quelque chose, dire qu’un fait est vrai.</w:t>
              <w:br/>
            </w:r>
            <w:r>
              <w:rPr>
                <w:sz w:val="22"/>
              </w:rPr>
              <w:t>➡ Indice : il n’y a pas de mots de négation (ne… pas, ne… jamais, ne… plus, ne… rien, ne… personne, ne… que…).</w:t>
              <w:br/>
            </w:r>
            <w:r>
              <w:rPr>
                <w:sz w:val="22"/>
              </w:rPr>
              <w:t>➡ Ponctuation : peut se terminer par un point ( . ), un point d’exclamation ( ! ) ou un point d’interrogation ( ? ).</w:t>
              <w:br/>
            </w:r>
            <w:r>
              <w:rPr>
                <w:sz w:val="22"/>
              </w:rPr>
              <w:br/>
            </w:r>
            <w:r>
              <w:rPr>
                <w:sz w:val="22"/>
              </w:rPr>
              <w:t>➡ Exemples :</w:t>
              <w:br/>
            </w:r>
            <w:r>
              <w:rPr>
                <w:sz w:val="22"/>
              </w:rPr>
              <w:t xml:space="preserve">   • Je termine mes devoirs.</w:t>
              <w:br/>
            </w:r>
            <w:r>
              <w:rPr>
                <w:sz w:val="22"/>
              </w:rPr>
              <w:t xml:space="preserve">   • Il fait très chaud aujourd’hui.</w:t>
              <w:br/>
            </w:r>
            <w:r>
              <w:rPr>
                <w:sz w:val="22"/>
              </w:rPr>
              <w:t xml:space="preserve">   • Tu viens avec nous au parc ?</w:t>
              <w:br/>
            </w:r>
            <w:r>
              <w:rPr>
                <w:sz w:val="22"/>
              </w:rPr>
              <w:br/>
            </w:r>
            <w:r>
              <w:rPr>
                <w:sz w:val="22"/>
              </w:rPr>
              <w:t>🕹 Défi AFFIRMATIF : Écris 2 phrases affirmatives qui parlent de ta journée (école, famille, loisirs…).</w:t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4400"/>
      </w:tblGrid>
      <w:tr>
        <w:tc>
          <w:tcPr>
            <w:tcW w:type="dxa" w:w="14400"/>
            <w:shd w:val="clear" w:color="auto" w:fill="F8CBAD"/>
          </w:tcPr>
          <w:p>
            <w:pPr>
              <w:jc w:val="left"/>
            </w:pPr>
            <w:r/>
            <w:r>
              <w:rPr>
                <w:b/>
                <w:sz w:val="36"/>
              </w:rPr>
              <w:t>🟥 2. Phrase NÉGATIVE – « Je dis NON »</w:t>
              <w:br/>
            </w:r>
            <w:r>
              <w:rPr>
                <w:sz w:val="22"/>
              </w:rPr>
              <w:t>➡ Rôle : pour dire que quelque chose n’est pas vrai, n’existe pas ou ne se produit pas.</w:t>
              <w:br/>
            </w:r>
            <w:r>
              <w:rPr>
                <w:sz w:val="22"/>
              </w:rPr>
              <w:t>➡ Indice : on trouve des mots de négation autour du verbe, souvent en deux parties :</w:t>
              <w:br/>
            </w:r>
            <w:r>
              <w:rPr>
                <w:sz w:val="22"/>
              </w:rPr>
              <w:t xml:space="preserve">   • ne… pas  → Je ne regarde pas la télé.</w:t>
              <w:br/>
            </w:r>
            <w:r>
              <w:rPr>
                <w:sz w:val="22"/>
              </w:rPr>
              <w:t xml:space="preserve">   • ne… plus → Il ne mange plus de bonbons.</w:t>
              <w:br/>
            </w:r>
            <w:r>
              <w:rPr>
                <w:sz w:val="22"/>
              </w:rPr>
              <w:t xml:space="preserve">   • ne… jamais → Nous ne sortons jamais sans manteau.</w:t>
              <w:br/>
            </w:r>
            <w:r>
              <w:rPr>
                <w:sz w:val="22"/>
              </w:rPr>
              <w:t xml:space="preserve">   • ne… rien → Elle ne voit rien.</w:t>
              <w:br/>
            </w:r>
            <w:r>
              <w:rPr>
                <w:sz w:val="22"/>
              </w:rPr>
              <w:t xml:space="preserve">   • ne… personne → Il ne connaît personne ici.</w:t>
              <w:br/>
            </w:r>
            <w:r>
              <w:rPr>
                <w:sz w:val="22"/>
              </w:rPr>
              <w:t xml:space="preserve">   • ne… que (restriction) → Je ne prends que de l’eau.</w:t>
              <w:br/>
            </w:r>
            <w:r>
              <w:rPr>
                <w:sz w:val="22"/>
              </w:rPr>
              <w:br/>
            </w:r>
            <w:r>
              <w:rPr>
                <w:sz w:val="22"/>
              </w:rPr>
              <w:t>➡ Ponctuation : peut se terminer par un point ( . ), un point d’exclamation ( ! ) ou un point d’interrogation ( ? ).</w:t>
              <w:br/>
            </w:r>
            <w:r>
              <w:rPr>
                <w:sz w:val="22"/>
              </w:rPr>
              <w:br/>
            </w:r>
            <w:r>
              <w:rPr>
                <w:sz w:val="22"/>
              </w:rPr>
              <w:t>➡ Exemples :</w:t>
              <w:br/>
            </w:r>
            <w:r>
              <w:rPr>
                <w:sz w:val="22"/>
              </w:rPr>
              <w:t xml:space="preserve">   • Je ne veux pas être en retard.</w:t>
              <w:br/>
            </w:r>
            <w:r>
              <w:rPr>
                <w:sz w:val="22"/>
              </w:rPr>
              <w:t xml:space="preserve">   • Ils ne regardent jamais les consignes.</w:t>
              <w:br/>
            </w:r>
            <w:r>
              <w:rPr>
                <w:sz w:val="22"/>
              </w:rPr>
              <w:t xml:space="preserve">   • Tu n’as plus de gomme ?</w:t>
              <w:br/>
            </w:r>
            <w:r>
              <w:rPr>
                <w:sz w:val="22"/>
              </w:rPr>
              <w:br/>
            </w:r>
            <w:r>
              <w:rPr>
                <w:sz w:val="22"/>
              </w:rPr>
              <w:t>🕹 Défi NÉGATIF : Transforme ces phrases affirmatives en phrases négatives :</w:t>
              <w:br/>
            </w:r>
            <w:r>
              <w:rPr>
                <w:sz w:val="22"/>
              </w:rPr>
              <w:t xml:space="preserve">   1. Je mange une glace. → ...............................................................</w:t>
              <w:br/>
            </w:r>
            <w:r>
              <w:rPr>
                <w:sz w:val="22"/>
              </w:rPr>
              <w:t xml:space="preserve">   2. Nous jouons dans la cour. → .....................................................</w:t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4400"/>
      </w:tblGrid>
      <w:tr>
        <w:tc>
          <w:tcPr>
            <w:tcW w:type="dxa" w:w="14400"/>
            <w:shd w:val="clear" w:color="auto" w:fill="FFF2CC"/>
          </w:tcPr>
          <w:p>
            <w:pPr>
              <w:jc w:val="left"/>
            </w:pPr>
            <w:r/>
            <w:r>
              <w:rPr>
                <w:b/>
                <w:sz w:val="36"/>
              </w:rPr>
              <w:t>🟨 3. Les mots de la négation – « Les détectives du NON »</w:t>
              <w:br/>
            </w:r>
            <w:r>
              <w:rPr>
                <w:sz w:val="22"/>
              </w:rPr>
              <w:t>📌 Mots fréquents à retenir :</w:t>
              <w:br/>
            </w:r>
            <w:r>
              <w:rPr>
                <w:sz w:val="22"/>
              </w:rPr>
              <w:t xml:space="preserve">   • ne… pas → action qui n’a pas lieu</w:t>
              <w:br/>
            </w:r>
            <w:r>
              <w:rPr>
                <w:sz w:val="22"/>
              </w:rPr>
              <w:t xml:space="preserve">   • ne… plus → action qui s’arrête</w:t>
              <w:br/>
            </w:r>
            <w:r>
              <w:rPr>
                <w:sz w:val="22"/>
              </w:rPr>
              <w:t xml:space="preserve">   • ne… jamais → action qui ne se produit à aucun moment</w:t>
              <w:br/>
            </w:r>
            <w:r>
              <w:rPr>
                <w:sz w:val="22"/>
              </w:rPr>
              <w:t xml:space="preserve">   • ne… rien → aucune chose</w:t>
              <w:br/>
            </w:r>
            <w:r>
              <w:rPr>
                <w:sz w:val="22"/>
              </w:rPr>
              <w:t xml:space="preserve">   • ne… personne → aucun être humain</w:t>
              <w:br/>
            </w:r>
            <w:r>
              <w:rPr>
                <w:sz w:val="22"/>
              </w:rPr>
              <w:t xml:space="preserve">   • ne… que → seulement</w:t>
              <w:br/>
            </w:r>
            <w:r>
              <w:rPr>
                <w:sz w:val="22"/>
              </w:rPr>
              <w:br/>
            </w:r>
            <w:r>
              <w:rPr>
                <w:sz w:val="22"/>
              </w:rPr>
              <w:t>💡 Astuce orthographe : à l’oral, on entend souvent : « J’ai pas fait », « Je veux plus » ;</w:t>
              <w:br/>
            </w:r>
            <w:r>
              <w:rPr>
                <w:sz w:val="22"/>
              </w:rPr>
              <w:t xml:space="preserve">   à l’écrit en CM1, on remet le « ne » :</w:t>
              <w:br/>
            </w:r>
            <w:r>
              <w:rPr>
                <w:sz w:val="22"/>
              </w:rPr>
              <w:t xml:space="preserve">   • J’ai pas fait. ✖   →   Je n’ai pas fait. ✔</w:t>
              <w:br/>
            </w:r>
            <w:r>
              <w:rPr>
                <w:sz w:val="22"/>
              </w:rPr>
              <w:t xml:space="preserve">   • Je veux plus. ✖   →   Je ne veux plus. ✔</w:t>
              <w:br/>
            </w:r>
            <w:r>
              <w:rPr>
                <w:sz w:val="22"/>
              </w:rPr>
              <w:br/>
            </w:r>
            <w:r>
              <w:rPr>
                <w:sz w:val="22"/>
              </w:rPr>
              <w:t>🕹 Mini-défi « détective » : Souligne les mots de la négation dans cette phrase :</w:t>
              <w:br/>
            </w:r>
            <w:r>
              <w:rPr>
                <w:sz w:val="22"/>
              </w:rPr>
              <w:t xml:space="preserve">   Il ne parle plus à personne.</w:t>
              <w:br/>
            </w:r>
          </w:p>
        </w:tc>
      </w:tr>
    </w:tbl>
    <w:p/>
    <w:p>
      <w:r>
        <w:rPr>
          <w:b/>
          <w:sz w:val="32"/>
        </w:rPr>
        <w:t>🎲 Jeu : Affirmative ou négative ?</w:t>
      </w:r>
    </w:p>
    <w:p>
      <w:r>
        <w:rPr>
          <w:sz w:val="22"/>
        </w:rPr>
        <w:t>Entoure la bonne réponse :</w:t>
        <w:br/>
      </w:r>
      <w:r>
        <w:rPr>
          <w:sz w:val="22"/>
        </w:rPr>
        <w:br/>
      </w:r>
      <w:r>
        <w:rPr>
          <w:sz w:val="22"/>
        </w:rPr>
        <w:t>1. Je n’aime pas le retard.</w:t>
        <w:br/>
      </w:r>
      <w:r>
        <w:rPr>
          <w:sz w:val="22"/>
        </w:rPr>
        <w:t xml:space="preserve">   ☐ affirmative    ☐ négative</w:t>
        <w:br/>
      </w:r>
      <w:r>
        <w:rPr>
          <w:sz w:val="22"/>
        </w:rPr>
        <w:br/>
      </w:r>
      <w:r>
        <w:rPr>
          <w:sz w:val="22"/>
        </w:rPr>
        <w:t>2. Nous partons en vacances demain.</w:t>
        <w:br/>
      </w:r>
      <w:r>
        <w:rPr>
          <w:sz w:val="22"/>
        </w:rPr>
        <w:t xml:space="preserve">   ☐ affirmative    ☐ négative</w:t>
        <w:br/>
      </w:r>
      <w:r>
        <w:rPr>
          <w:sz w:val="22"/>
        </w:rPr>
        <w:br/>
      </w:r>
      <w:r>
        <w:rPr>
          <w:sz w:val="22"/>
        </w:rPr>
        <w:t>3. Tu ne viens jamais aux entraînements.</w:t>
        <w:br/>
      </w:r>
      <w:r>
        <w:rPr>
          <w:sz w:val="22"/>
        </w:rPr>
        <w:t xml:space="preserve">   ☐ affirmative    ☐ négative</w:t>
        <w:br/>
      </w:r>
      <w:r>
        <w:rPr>
          <w:sz w:val="22"/>
        </w:rPr>
        <w:br/>
      </w:r>
      <w:r>
        <w:rPr>
          <w:sz w:val="22"/>
        </w:rPr>
        <w:t>4. Il ne reste plus de chocolat.</w:t>
        <w:br/>
      </w:r>
      <w:r>
        <w:rPr>
          <w:sz w:val="22"/>
        </w:rPr>
        <w:t xml:space="preserve">   ☐ affirmative    ☐ négative</w:t>
        <w:br/>
      </w:r>
      <w:r>
        <w:rPr>
          <w:sz w:val="22"/>
        </w:rPr>
        <w:br/>
      </w:r>
      <w:r>
        <w:rPr>
          <w:sz w:val="22"/>
        </w:rPr>
        <w:t>5. Je ne veux que du jus d’orange.</w:t>
        <w:br/>
      </w:r>
      <w:r>
        <w:rPr>
          <w:sz w:val="22"/>
        </w:rPr>
        <w:t xml:space="preserve">   ☐ affirmative    ☐ négative</w:t>
        <w:br/>
      </w:r>
    </w:p>
    <w:p/>
    <w:p>
      <w:r>
        <w:rPr>
          <w:b/>
          <w:sz w:val="28"/>
        </w:rPr>
        <w:t>🧠 Super mission : change la forme de la phrase</w:t>
      </w:r>
    </w:p>
    <w:p>
      <w:r>
        <w:rPr>
          <w:sz w:val="22"/>
        </w:rPr>
        <w:t>Transforme ces phrases en changeant seulement la forme (affirmative ↔ négative) :</w:t>
        <w:br/>
      </w:r>
      <w:r>
        <w:rPr>
          <w:sz w:val="22"/>
        </w:rPr>
        <w:br/>
      </w:r>
      <w:r>
        <w:rPr>
          <w:sz w:val="22"/>
        </w:rPr>
        <w:t>1. Je regarde un film.</w:t>
        <w:br/>
      </w:r>
      <w:r>
        <w:rPr>
          <w:sz w:val="22"/>
        </w:rPr>
        <w:t xml:space="preserve">   → Phrase négative : ...............................................................</w:t>
        <w:br/>
      </w:r>
      <w:r>
        <w:rPr>
          <w:sz w:val="22"/>
        </w:rPr>
        <w:br/>
      </w:r>
      <w:r>
        <w:rPr>
          <w:sz w:val="22"/>
        </w:rPr>
        <w:t>2. Nous ne jouons plus dehors.</w:t>
        <w:br/>
      </w:r>
      <w:r>
        <w:rPr>
          <w:sz w:val="22"/>
        </w:rPr>
        <w:t xml:space="preserve">   → Phrase affirmative : ............................................................</w:t>
        <w:br/>
      </w:r>
      <w:r>
        <w:rPr>
          <w:sz w:val="22"/>
        </w:rPr>
        <w:br/>
      </w:r>
      <w:r>
        <w:rPr>
          <w:sz w:val="22"/>
        </w:rPr>
        <w:t>3. Il ne mange jamais de légumes.</w:t>
        <w:br/>
      </w:r>
      <w:r>
        <w:rPr>
          <w:sz w:val="22"/>
        </w:rPr>
        <w:t xml:space="preserve">   → Phrase affirmative : ............................................................</w:t>
        <w:br/>
      </w:r>
    </w:p>
    <w:sectPr w:rsidR="00FC693F" w:rsidRPr="0006063C" w:rsidSect="00034616">
      <w:pgSz w:w="15840" w:h="122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