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FICHE ASSOCIATION</w:t>
      </w:r>
    </w:p>
    <w:p>
      <w:pPr>
        <w:jc w:val="center"/>
      </w:pPr>
      <w:r>
        <w:rPr>
          <w:b/>
          <w:sz w:val="28"/>
        </w:rPr>
        <w:t>AIDE À DOMICILE POUR PERSONNES ÂGÉES</w:t>
      </w:r>
    </w:p>
    <w:p>
      <w:pPr>
        <w:pStyle w:val="Heading2"/>
      </w:pPr>
      <w:r>
        <w:t>1. Informations générales</w:t>
      </w:r>
    </w:p>
    <w:p>
      <w:r>
        <w:rPr>
          <w:b w:val="0"/>
          <w:i w:val="0"/>
          <w:sz w:val="22"/>
        </w:rPr>
        <w:t>Nom de l’association :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r>
        <w:rPr>
          <w:b w:val="0"/>
          <w:i w:val="0"/>
          <w:sz w:val="22"/>
        </w:rPr>
        <w:t>Statut :</w:t>
      </w:r>
    </w:p>
    <w:p>
      <w:r>
        <w:rPr>
          <w:b w:val="0"/>
          <w:i w:val="0"/>
          <w:sz w:val="22"/>
        </w:rPr>
        <w:t>☐ Association loi 1901    ☐ Autre : ....................................................</w:t>
      </w:r>
    </w:p>
    <w:p>
      <w:r>
        <w:rPr>
          <w:b w:val="0"/>
          <w:i w:val="0"/>
          <w:sz w:val="22"/>
        </w:rPr>
        <w:t>Adresse du siège :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r>
        <w:rPr>
          <w:b w:val="0"/>
          <w:i w:val="0"/>
          <w:sz w:val="22"/>
        </w:rPr>
        <w:t>Téléphone : .......................................................</w:t>
      </w:r>
    </w:p>
    <w:p>
      <w:r>
        <w:rPr>
          <w:b w:val="0"/>
          <w:i w:val="0"/>
          <w:sz w:val="22"/>
        </w:rPr>
        <w:t>E-mail : ..............................................................</w:t>
      </w:r>
    </w:p>
    <w:p>
      <w:r>
        <w:rPr>
          <w:b w:val="0"/>
          <w:i w:val="0"/>
          <w:sz w:val="22"/>
        </w:rPr>
        <w:t>Site web / réseaux : ......................................................................</w:t>
      </w:r>
    </w:p>
    <w:p>
      <w:r>
        <w:rPr>
          <w:b w:val="0"/>
          <w:i w:val="0"/>
          <w:sz w:val="22"/>
        </w:rPr>
        <w:t>N° RNA / SIREN (le cas échéant) :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pPr>
        <w:pStyle w:val="Heading2"/>
      </w:pPr>
      <w:r>
        <w:t>2. Objet et mission de l’association</w:t>
      </w:r>
    </w:p>
    <w:p>
      <w:r>
        <w:rPr>
          <w:b w:val="0"/>
          <w:i w:val="0"/>
          <w:sz w:val="22"/>
        </w:rPr>
        <w:t>Objet principal :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r>
        <w:rPr>
          <w:b w:val="0"/>
          <w:i w:val="0"/>
          <w:sz w:val="22"/>
        </w:rPr>
        <w:t>Missions :</w:t>
      </w:r>
    </w:p>
    <w:p>
      <w:r>
        <w:rPr>
          <w:b w:val="0"/>
          <w:i w:val="0"/>
          <w:sz w:val="22"/>
        </w:rPr>
        <w:t>- Accompagner les personnes âgées à domicile dans leur vie quotidienne.</w:t>
      </w:r>
    </w:p>
    <w:p>
      <w:r>
        <w:rPr>
          <w:b w:val="0"/>
          <w:i w:val="0"/>
          <w:sz w:val="22"/>
        </w:rPr>
        <w:t>- Soutenir les proches aidants et les familles.</w:t>
      </w:r>
    </w:p>
    <w:p>
      <w:r>
        <w:rPr>
          <w:b w:val="0"/>
          <w:i w:val="0"/>
          <w:sz w:val="22"/>
        </w:rPr>
        <w:t>- Favoriser le maintien du lien social et la prévention de l’isolement.</w:t>
      </w:r>
    </w:p>
    <w:p>
      <w:r>
        <w:rPr>
          <w:b w:val="0"/>
          <w:i w:val="0"/>
          <w:sz w:val="22"/>
        </w:rPr>
        <w:t>- Autres missions : ........................................................................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pPr>
        <w:pStyle w:val="Heading2"/>
      </w:pPr>
      <w:r>
        <w:t>3. Public accompagné</w:t>
      </w:r>
    </w:p>
    <w:p>
      <w:r>
        <w:rPr>
          <w:b w:val="0"/>
          <w:i w:val="0"/>
          <w:sz w:val="22"/>
        </w:rPr>
        <w:t>Public prioritaire :</w:t>
      </w:r>
    </w:p>
    <w:p>
      <w:r>
        <w:rPr>
          <w:b w:val="0"/>
          <w:i w:val="0"/>
          <w:sz w:val="22"/>
        </w:rPr>
        <w:t>☐ Personnes âgées vivant à domicile</w:t>
      </w:r>
    </w:p>
    <w:p>
      <w:r>
        <w:rPr>
          <w:b w:val="0"/>
          <w:i w:val="0"/>
          <w:sz w:val="22"/>
        </w:rPr>
        <w:t>☐ Personnes en perte d’autonomie</w:t>
      </w:r>
    </w:p>
    <w:p>
      <w:r>
        <w:rPr>
          <w:b w:val="0"/>
          <w:i w:val="0"/>
          <w:sz w:val="22"/>
        </w:rPr>
        <w:t>☐ Personnes sortant d’hospitalisation</w:t>
      </w:r>
    </w:p>
    <w:p>
      <w:r>
        <w:rPr>
          <w:b w:val="0"/>
          <w:i w:val="0"/>
          <w:sz w:val="22"/>
        </w:rPr>
        <w:t>☐ Autres : .................................................................................</w:t>
      </w:r>
    </w:p>
    <w:p>
      <w:r>
        <w:rPr>
          <w:b w:val="0"/>
          <w:i w:val="0"/>
          <w:sz w:val="22"/>
        </w:rPr>
        <w:t>Conditions d’accès (adhésion, dossier, orientation, etc.) :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pPr>
        <w:pStyle w:val="Heading2"/>
      </w:pPr>
      <w:r>
        <w:t>4. Zone d’intervention</w:t>
      </w:r>
    </w:p>
    <w:p>
      <w:r>
        <w:rPr>
          <w:b w:val="0"/>
          <w:i w:val="0"/>
          <w:sz w:val="22"/>
        </w:rPr>
        <w:t>Territoire couvert :</w:t>
      </w:r>
    </w:p>
    <w:p>
      <w:r>
        <w:rPr>
          <w:b w:val="0"/>
          <w:i w:val="0"/>
          <w:sz w:val="22"/>
        </w:rPr>
        <w:t>☐ Commune de : ......................................................................</w:t>
      </w:r>
    </w:p>
    <w:p>
      <w:r>
        <w:rPr>
          <w:b w:val="0"/>
          <w:i w:val="0"/>
          <w:sz w:val="22"/>
        </w:rPr>
        <w:t>☐ Communes / quartiers : ............................................................</w:t>
      </w:r>
    </w:p>
    <w:p>
      <w:r>
        <w:rPr>
          <w:b w:val="0"/>
          <w:i w:val="0"/>
          <w:sz w:val="22"/>
        </w:rPr>
        <w:t>☐ Rayon d’intervention (km) : ...................................................</w:t>
      </w:r>
    </w:p>
    <w:p>
      <w:pPr>
        <w:pStyle w:val="Heading2"/>
      </w:pPr>
      <w:r>
        <w:t>5. Types d’interventions proposées</w:t>
      </w:r>
    </w:p>
    <w:p>
      <w:r>
        <w:rPr>
          <w:b/>
          <w:i w:val="0"/>
          <w:sz w:val="22"/>
        </w:rPr>
        <w:t>Aide à la vie quotidienne :</w:t>
      </w:r>
    </w:p>
    <w:p>
      <w:r>
        <w:rPr>
          <w:b w:val="0"/>
          <w:i w:val="0"/>
          <w:sz w:val="22"/>
        </w:rPr>
        <w:t>- Entretien courant du logement (ménage léger, rangement, poussière…)</w:t>
      </w:r>
    </w:p>
    <w:p>
      <w:r>
        <w:rPr>
          <w:b w:val="0"/>
          <w:i w:val="0"/>
          <w:sz w:val="22"/>
        </w:rPr>
        <w:t>- Entretien du linge (lavage, étendage, repassage simple)</w:t>
      </w:r>
    </w:p>
    <w:p>
      <w:r>
        <w:rPr>
          <w:b w:val="0"/>
          <w:i w:val="0"/>
          <w:sz w:val="22"/>
        </w:rPr>
        <w:t>- Préparation des repas, aide à la prise des repas</w:t>
      </w:r>
    </w:p>
    <w:p>
      <w:r>
        <w:rPr>
          <w:b/>
          <w:i w:val="0"/>
          <w:sz w:val="22"/>
        </w:rPr>
        <w:t>Aide à la personne (hors actes médicaux) :</w:t>
      </w:r>
    </w:p>
    <w:p>
      <w:r>
        <w:rPr>
          <w:b w:val="0"/>
          <w:i w:val="0"/>
          <w:sz w:val="22"/>
        </w:rPr>
        <w:t>- Aide au lever et au coucher</w:t>
      </w:r>
    </w:p>
    <w:p>
      <w:r>
        <w:rPr>
          <w:b w:val="0"/>
          <w:i w:val="0"/>
          <w:sz w:val="22"/>
        </w:rPr>
        <w:t>- Aide à la toilette et à l’habillage (selon autonomie)</w:t>
      </w:r>
    </w:p>
    <w:p>
      <w:r>
        <w:rPr>
          <w:b w:val="0"/>
          <w:i w:val="0"/>
          <w:sz w:val="22"/>
        </w:rPr>
        <w:t>- Aide aux déplacements dans le logement</w:t>
      </w:r>
    </w:p>
    <w:p>
      <w:r>
        <w:rPr>
          <w:b/>
          <w:i w:val="0"/>
          <w:sz w:val="22"/>
        </w:rPr>
        <w:t>Accompagnement social et sorties :</w:t>
      </w:r>
    </w:p>
    <w:p>
      <w:r>
        <w:rPr>
          <w:b w:val="0"/>
          <w:i w:val="0"/>
          <w:sz w:val="22"/>
        </w:rPr>
        <w:t>- Présence de compagnie, échanges, écoute</w:t>
      </w:r>
    </w:p>
    <w:p>
      <w:r>
        <w:rPr>
          <w:b w:val="0"/>
          <w:i w:val="0"/>
          <w:sz w:val="22"/>
        </w:rPr>
        <w:t>- Promenades à proximité</w:t>
      </w:r>
    </w:p>
    <w:p>
      <w:r>
        <w:rPr>
          <w:b w:val="0"/>
          <w:i w:val="0"/>
          <w:sz w:val="22"/>
        </w:rPr>
        <w:t>- Accompagnement aux rendez-vous (médicaux, administratifs, coiffeur, etc.)</w:t>
      </w:r>
    </w:p>
    <w:p>
      <w:r>
        <w:rPr>
          <w:b/>
          <w:i w:val="0"/>
          <w:sz w:val="22"/>
        </w:rPr>
        <w:t>Soutien aux proches aidants :</w:t>
      </w:r>
    </w:p>
    <w:p>
      <w:r>
        <w:rPr>
          <w:b w:val="0"/>
          <w:i w:val="0"/>
          <w:sz w:val="22"/>
        </w:rPr>
        <w:t>- Temps de répit à domicile</w:t>
      </w:r>
    </w:p>
    <w:p>
      <w:r>
        <w:rPr>
          <w:b w:val="0"/>
          <w:i w:val="0"/>
          <w:sz w:val="22"/>
        </w:rPr>
        <w:t>- Informations sur les ressources du territoire</w:t>
      </w:r>
    </w:p>
    <w:p>
      <w:r>
        <w:rPr>
          <w:b w:val="0"/>
          <w:i w:val="0"/>
          <w:sz w:val="22"/>
        </w:rPr>
        <w:t>- Orientation vers les partenaires (services sociaux, structures médico-sociales…)</w:t>
      </w:r>
    </w:p>
    <w:p>
      <w:r>
        <w:rPr>
          <w:b w:val="0"/>
          <w:i w:val="0"/>
          <w:sz w:val="22"/>
        </w:rPr>
        <w:t>(Rayer ou compléter selon les actions réelles de l’association.)</w:t>
      </w:r>
    </w:p>
    <w:p>
      <w:pPr>
        <w:pStyle w:val="Heading2"/>
      </w:pPr>
      <w:r>
        <w:t>6. Organisation des interventions</w:t>
      </w:r>
    </w:p>
    <w:p>
      <w:r>
        <w:rPr>
          <w:b w:val="0"/>
          <w:i w:val="0"/>
          <w:sz w:val="22"/>
        </w:rPr>
        <w:t>Jours d’intervention possibles :</w:t>
      </w:r>
    </w:p>
    <w:p>
      <w:r>
        <w:rPr>
          <w:b w:val="0"/>
          <w:i w:val="0"/>
          <w:sz w:val="22"/>
        </w:rPr>
        <w:t>☐ Lundi    ☐ Mardi    ☐ Mercredi    ☐ Jeudi    ☐ Vendredi    ☐ Samedi    ☐ Dimanche</w:t>
      </w:r>
    </w:p>
    <w:p>
      <w:r>
        <w:rPr>
          <w:b w:val="0"/>
          <w:i w:val="0"/>
          <w:sz w:val="22"/>
        </w:rPr>
        <w:t>Horaires habituels :</w:t>
      </w:r>
    </w:p>
    <w:p>
      <w:r>
        <w:rPr>
          <w:b w:val="0"/>
          <w:i w:val="0"/>
          <w:sz w:val="22"/>
        </w:rPr>
        <w:t>De ............ h à ............ h</w:t>
      </w:r>
    </w:p>
    <w:p>
      <w:r>
        <w:rPr>
          <w:b w:val="0"/>
          <w:i w:val="0"/>
          <w:sz w:val="22"/>
        </w:rPr>
        <w:t>Durée minimale d’une intervention :</w:t>
      </w:r>
    </w:p>
    <w:p>
      <w:r>
        <w:rPr>
          <w:b w:val="0"/>
          <w:i w:val="0"/>
          <w:sz w:val="22"/>
        </w:rPr>
        <w:t>............. heure(s)</w:t>
      </w:r>
    </w:p>
    <w:p>
      <w:r>
        <w:rPr>
          <w:b w:val="0"/>
          <w:i w:val="0"/>
          <w:sz w:val="22"/>
        </w:rPr>
        <w:t>Types d’intervenants :</w:t>
      </w:r>
    </w:p>
    <w:p>
      <w:r>
        <w:rPr>
          <w:b w:val="0"/>
          <w:i w:val="0"/>
          <w:sz w:val="22"/>
        </w:rPr>
        <w:t>☐ Bénévoles</w:t>
      </w:r>
    </w:p>
    <w:p>
      <w:r>
        <w:rPr>
          <w:b w:val="0"/>
          <w:i w:val="0"/>
          <w:sz w:val="22"/>
        </w:rPr>
        <w:t>☐ Salarié(e)s</w:t>
      </w:r>
    </w:p>
    <w:p>
      <w:r>
        <w:rPr>
          <w:b w:val="0"/>
          <w:i w:val="0"/>
          <w:sz w:val="22"/>
        </w:rPr>
        <w:t>☐ Volontaires (service civique, etc.)</w:t>
      </w:r>
    </w:p>
    <w:p>
      <w:r>
        <w:rPr>
          <w:b w:val="0"/>
          <w:i w:val="0"/>
          <w:sz w:val="22"/>
        </w:rPr>
        <w:t>Encadrement / coordination :</w:t>
      </w:r>
    </w:p>
    <w:p>
      <w:r>
        <w:rPr>
          <w:b w:val="0"/>
          <w:i w:val="0"/>
          <w:sz w:val="22"/>
        </w:rPr>
        <w:t>Nom du/de la responsable de coordination :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pPr>
        <w:pStyle w:val="Heading2"/>
      </w:pPr>
      <w:r>
        <w:t>7. Conditions financières</w:t>
      </w:r>
    </w:p>
    <w:p>
      <w:r>
        <w:rPr>
          <w:b w:val="0"/>
          <w:i w:val="0"/>
          <w:sz w:val="22"/>
        </w:rPr>
        <w:t>Adhésion à l’association :</w:t>
      </w:r>
    </w:p>
    <w:p>
      <w:r>
        <w:rPr>
          <w:b w:val="0"/>
          <w:i w:val="0"/>
          <w:sz w:val="22"/>
        </w:rPr>
        <w:t>Montant de la cotisation annuelle : .............. €</w:t>
      </w:r>
    </w:p>
    <w:p>
      <w:r>
        <w:rPr>
          <w:b w:val="0"/>
          <w:i w:val="0"/>
          <w:sz w:val="22"/>
        </w:rPr>
        <w:t>Participation financière aux interventions (si applicable) :</w:t>
      </w:r>
    </w:p>
    <w:p>
      <w:r>
        <w:rPr>
          <w:b w:val="0"/>
          <w:i w:val="0"/>
          <w:sz w:val="22"/>
        </w:rPr>
        <w:t>- Tarif horaire de référence : .............. € / heure</w:t>
      </w:r>
    </w:p>
    <w:p>
      <w:r>
        <w:rPr>
          <w:b w:val="0"/>
          <w:i w:val="0"/>
          <w:sz w:val="22"/>
        </w:rPr>
        <w:t>- Majoration éventuelle (week-end, soir, jours fériés) : ......................</w:t>
      </w:r>
    </w:p>
    <w:p>
      <w:r>
        <w:rPr>
          <w:b w:val="0"/>
          <w:i w:val="0"/>
          <w:sz w:val="22"/>
        </w:rPr>
        <w:t>- Frais de déplacement : ..............................................................</w:t>
      </w:r>
    </w:p>
    <w:p>
      <w:r>
        <w:rPr>
          <w:b w:val="0"/>
          <w:i w:val="0"/>
          <w:sz w:val="22"/>
        </w:rPr>
        <w:t>Possibilités de prise en charge / aides :</w:t>
      </w:r>
    </w:p>
    <w:p>
      <w:r>
        <w:rPr>
          <w:b w:val="0"/>
          <w:i w:val="0"/>
          <w:sz w:val="22"/>
        </w:rPr>
        <w:t>- Aides des collectivités ou caisses de retraite : .................................</w:t>
      </w:r>
    </w:p>
    <w:p>
      <w:r>
        <w:rPr>
          <w:b w:val="0"/>
          <w:i w:val="0"/>
          <w:sz w:val="22"/>
        </w:rPr>
        <w:t>- Autres dispositifs : .......................................................................</w:t>
      </w:r>
    </w:p>
    <w:p>
      <w:pPr>
        <w:pStyle w:val="Heading2"/>
      </w:pPr>
      <w:r>
        <w:t>8. Partenaires et réseaux</w:t>
      </w:r>
    </w:p>
    <w:p>
      <w:r>
        <w:rPr>
          <w:b w:val="0"/>
          <w:i w:val="0"/>
          <w:sz w:val="22"/>
        </w:rPr>
        <w:t>Partenaires principaux (CCAS, hôpitaux, SSIAD, etc.) :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r>
        <w:rPr>
          <w:b w:val="0"/>
          <w:i w:val="0"/>
          <w:sz w:val="22"/>
        </w:rPr>
        <w:t>Participation à des réseaux / collectifs :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pPr>
        <w:pStyle w:val="Heading2"/>
      </w:pPr>
      <w:r>
        <w:t>9. Engagements de l’association</w:t>
      </w:r>
    </w:p>
    <w:p>
      <w:r>
        <w:rPr>
          <w:b w:val="0"/>
          <w:i w:val="0"/>
          <w:sz w:val="22"/>
        </w:rPr>
        <w:t>L’association s’engage à :</w:t>
      </w:r>
    </w:p>
    <w:p>
      <w:r>
        <w:rPr>
          <w:b w:val="0"/>
          <w:i w:val="0"/>
          <w:sz w:val="22"/>
        </w:rPr>
        <w:t>- Respecter la dignité et l’intimité des personnes accompagnées.</w:t>
      </w:r>
    </w:p>
    <w:p>
      <w:r>
        <w:rPr>
          <w:b w:val="0"/>
          <w:i w:val="0"/>
          <w:sz w:val="22"/>
        </w:rPr>
        <w:t>- Intervenir dans le respect du domicile comme lieu de vie.</w:t>
      </w:r>
    </w:p>
    <w:p>
      <w:r>
        <w:rPr>
          <w:b w:val="0"/>
          <w:i w:val="0"/>
          <w:sz w:val="22"/>
        </w:rPr>
        <w:t>- Assurer un accueil et une écoute pour les familles et proches aidants.</w:t>
      </w:r>
    </w:p>
    <w:p>
      <w:r>
        <w:rPr>
          <w:b w:val="0"/>
          <w:i w:val="0"/>
          <w:sz w:val="22"/>
        </w:rPr>
        <w:t>- Organiser un suivi régulier des interventions et recueillir les retours des bénéficiaires.</w:t>
      </w:r>
    </w:p>
    <w:p>
      <w:pPr>
        <w:pStyle w:val="Heading2"/>
      </w:pPr>
      <w:r>
        <w:t>10. Contact pour une demande d’accompagnement</w:t>
      </w:r>
    </w:p>
    <w:p>
      <w:r>
        <w:rPr>
          <w:b w:val="0"/>
          <w:i w:val="0"/>
          <w:sz w:val="22"/>
        </w:rPr>
        <w:t>Personne à contacter :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r>
        <w:rPr>
          <w:b w:val="0"/>
          <w:i w:val="0"/>
          <w:sz w:val="22"/>
        </w:rPr>
        <w:t>Fonction :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p>
      <w:r>
        <w:rPr>
          <w:b w:val="0"/>
          <w:i w:val="0"/>
          <w:sz w:val="22"/>
        </w:rPr>
        <w:t>Téléphone : .......................................................</w:t>
      </w:r>
    </w:p>
    <w:p>
      <w:r>
        <w:rPr>
          <w:b w:val="0"/>
          <w:i w:val="0"/>
          <w:sz w:val="22"/>
        </w:rPr>
        <w:t>E-mail : ..............................................................</w:t>
      </w:r>
    </w:p>
    <w:p>
      <w:r>
        <w:rPr>
          <w:b w:val="0"/>
          <w:i w:val="0"/>
          <w:sz w:val="22"/>
        </w:rPr>
        <w:t>Horaires d’accueil du public (téléphone / sur rendez-vous) :</w:t>
      </w:r>
    </w:p>
    <w:p>
      <w:r>
        <w:rPr>
          <w:b w:val="0"/>
          <w:i w:val="0"/>
          <w:sz w:val="22"/>
        </w:rPr>
        <w:t>............................................................................................................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