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22222"/>
          <w:sz w:val="48"/>
        </w:rPr>
        <w:t>FICHE ACTIVITÉS – PARTY DE NOËL AU BUREAU</w:t>
      </w:r>
    </w:p>
    <w:p/>
    <w:p>
      <w:r>
        <w:rPr>
          <w:b/>
        </w:rPr>
        <w:t xml:space="preserve">Titre de l’événement : </w:t>
      </w:r>
      <w:r>
        <w:t>Party de Noël de [Nom de l’entreprise]</w:t>
      </w:r>
    </w:p>
    <w:p>
      <w:r>
        <w:rPr>
          <w:b/>
        </w:rPr>
        <w:t xml:space="preserve">Date : </w:t>
      </w:r>
      <w:r>
        <w:t>[Jour, date complète]</w:t>
      </w:r>
    </w:p>
    <w:p>
      <w:r>
        <w:rPr>
          <w:b/>
        </w:rPr>
        <w:t xml:space="preserve">Lieu : </w:t>
      </w:r>
      <w:r>
        <w:t>[Salle / Open space / Restaurant]</w:t>
      </w:r>
    </w:p>
    <w:p>
      <w:r>
        <w:rPr>
          <w:b/>
        </w:rPr>
        <w:t xml:space="preserve">Heure : </w:t>
      </w:r>
      <w:r>
        <w:t>De [hh:mm] à [hh:mm]</w:t>
      </w:r>
    </w:p>
    <w:p/>
    <w:p>
      <w:r>
        <w:rPr>
          <w:b/>
          <w:color w:val="006400"/>
          <w:sz w:val="28"/>
        </w:rPr>
        <w:t>🕘 Programme des activités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Horaire</w:t>
            </w:r>
          </w:p>
        </w:tc>
        <w:tc>
          <w:tcPr>
            <w:tcW w:type="dxa" w:w="4320"/>
          </w:tcPr>
          <w:p>
            <w:r>
              <w:t>Activité</w:t>
            </w:r>
          </w:p>
        </w:tc>
      </w:tr>
      <w:tr>
        <w:tc>
          <w:tcPr>
            <w:tcW w:type="dxa" w:w="4320"/>
          </w:tcPr>
          <w:p>
            <w:r>
              <w:t>18h00 – 18h30</w:t>
            </w:r>
          </w:p>
        </w:tc>
        <w:tc>
          <w:tcPr>
            <w:tcW w:type="dxa" w:w="4320"/>
          </w:tcPr>
          <w:p>
            <w:r>
              <w:t>Accueil, boissons de bienvenue, photos</w:t>
            </w:r>
          </w:p>
        </w:tc>
      </w:tr>
      <w:tr>
        <w:tc>
          <w:tcPr>
            <w:tcW w:type="dxa" w:w="4320"/>
          </w:tcPr>
          <w:p>
            <w:r>
              <w:t>18h30 – 19h00</w:t>
            </w:r>
          </w:p>
        </w:tc>
        <w:tc>
          <w:tcPr>
            <w:tcW w:type="dxa" w:w="4320"/>
          </w:tcPr>
          <w:p>
            <w:r>
              <w:t>Mot du directeur / bilan de l’année</w:t>
            </w:r>
          </w:p>
        </w:tc>
      </w:tr>
      <w:tr>
        <w:tc>
          <w:tcPr>
            <w:tcW w:type="dxa" w:w="4320"/>
          </w:tcPr>
          <w:p>
            <w:r>
              <w:t>19h00 – 20h00</w:t>
            </w:r>
          </w:p>
        </w:tc>
        <w:tc>
          <w:tcPr>
            <w:tcW w:type="dxa" w:w="4320"/>
          </w:tcPr>
          <w:p>
            <w:r>
              <w:t>Buffet &amp; échanges informels</w:t>
            </w:r>
          </w:p>
        </w:tc>
      </w:tr>
      <w:tr>
        <w:tc>
          <w:tcPr>
            <w:tcW w:type="dxa" w:w="4320"/>
          </w:tcPr>
          <w:p>
            <w:r>
              <w:t>20h00 – 20h30</w:t>
            </w:r>
          </w:p>
        </w:tc>
        <w:tc>
          <w:tcPr>
            <w:tcW w:type="dxa" w:w="4320"/>
          </w:tcPr>
          <w:p>
            <w:r>
              <w:t>Jeux &amp; quiz de Noël en équipe</w:t>
            </w:r>
          </w:p>
        </w:tc>
      </w:tr>
      <w:tr>
        <w:tc>
          <w:tcPr>
            <w:tcW w:type="dxa" w:w="4320"/>
          </w:tcPr>
          <w:p>
            <w:r>
              <w:t>20h30 – 21h00</w:t>
            </w:r>
          </w:p>
        </w:tc>
        <w:tc>
          <w:tcPr>
            <w:tcW w:type="dxa" w:w="4320"/>
          </w:tcPr>
          <w:p>
            <w:r>
              <w:t>Échange de cadeaux « Secret Santa »</w:t>
            </w:r>
          </w:p>
        </w:tc>
      </w:tr>
      <w:tr>
        <w:tc>
          <w:tcPr>
            <w:tcW w:type="dxa" w:w="4320"/>
          </w:tcPr>
          <w:p>
            <w:r>
              <w:t>21h00 – 22h00</w:t>
            </w:r>
          </w:p>
        </w:tc>
        <w:tc>
          <w:tcPr>
            <w:tcW w:type="dxa" w:w="4320"/>
          </w:tcPr>
          <w:p>
            <w:r>
              <w:t>Musique, danse, moment convivial</w:t>
            </w:r>
          </w:p>
        </w:tc>
      </w:tr>
    </w:tbl>
    <w:p>
      <w:r>
        <w:rPr>
          <w:i/>
        </w:rPr>
        <w:t>👉 À personnaliser : ajustez les horaires et remplacez les activités selon votre programme.</w:t>
      </w:r>
    </w:p>
    <w:p/>
    <w:p>
      <w:r>
        <w:rPr>
          <w:b/>
          <w:color w:val="006400"/>
          <w:sz w:val="28"/>
        </w:rPr>
        <w:t>🎁 Jeux &amp; animations prévues</w:t>
      </w:r>
    </w:p>
    <w:p>
      <w:pPr>
        <w:pStyle w:val="ListBullet"/>
      </w:pPr>
      <w:r>
        <w:rPr>
          <w:b/>
        </w:rPr>
        <w:t xml:space="preserve">Secret Santa : </w:t>
      </w:r>
      <w:r>
        <w:t>Chaque collaborateur apporte un petit cadeau d’une valeur de [X € / DH] maximum, neutre et sympathique.</w:t>
      </w:r>
    </w:p>
    <w:p>
      <w:pPr>
        <w:pStyle w:val="ListBullet"/>
      </w:pPr>
      <w:r>
        <w:rPr>
          <w:b/>
        </w:rPr>
        <w:t xml:space="preserve">Quiz de Noël : </w:t>
      </w:r>
      <w:r>
        <w:t>Questions sur l’année écoulée au bureau, films de Noël, culture générale.</w:t>
      </w:r>
    </w:p>
    <w:p>
      <w:pPr>
        <w:pStyle w:val="ListBullet"/>
      </w:pPr>
      <w:r>
        <w:rPr>
          <w:b/>
        </w:rPr>
        <w:t xml:space="preserve">Concours de pull de Noël : </w:t>
      </w:r>
      <w:r>
        <w:t>Récompense pour le pull le plus drôle, le plus élégant, le plus créatif.</w:t>
      </w:r>
    </w:p>
    <w:p>
      <w:pPr>
        <w:pStyle w:val="ListBullet"/>
      </w:pPr>
      <w:r>
        <w:rPr>
          <w:b/>
        </w:rPr>
        <w:t xml:space="preserve">Coin photos : </w:t>
      </w:r>
      <w:r>
        <w:t>Petit espace décoré avec guirlandes, chapeaux de Noël, accessoires.</w:t>
      </w:r>
    </w:p>
    <w:p/>
    <w:p>
      <w:r>
        <w:rPr>
          <w:b/>
          <w:color w:val="006400"/>
          <w:sz w:val="28"/>
        </w:rPr>
        <w:t>👗 Dress code</w:t>
      </w:r>
    </w:p>
    <w:p>
      <w:r>
        <w:rPr>
          <w:b/>
        </w:rPr>
        <w:t xml:space="preserve">Thème : </w:t>
      </w:r>
      <w:r>
        <w:t>[Ex. Rouge &amp; Or / Chic &amp; Festif / Pulls de Noël]</w:t>
      </w:r>
    </w:p>
    <w:p>
      <w:r>
        <w:t>Recommandations :</w:t>
      </w:r>
    </w:p>
    <w:p>
      <w:pPr>
        <w:pStyle w:val="ListBullet"/>
      </w:pPr>
      <w:r>
        <w:t>Tenue confortable mais festive</w:t>
      </w:r>
    </w:p>
    <w:p>
      <w:pPr>
        <w:pStyle w:val="ListBullet"/>
      </w:pPr>
      <w:r>
        <w:t>Accessoires bienvenus : bonnet de Noël, serre-tête, etc.</w:t>
      </w:r>
    </w:p>
    <w:p/>
    <w:p>
      <w:r>
        <w:rPr>
          <w:b/>
          <w:color w:val="006400"/>
          <w:sz w:val="28"/>
        </w:rPr>
        <w:t>🍽️ Buffet &amp; boissons</w:t>
      </w:r>
    </w:p>
    <w:p>
      <w:r>
        <w:rPr>
          <w:b/>
        </w:rPr>
        <w:t xml:space="preserve">Type de buffet : </w:t>
      </w:r>
      <w:r>
        <w:t>[Cocktail / Dînatoire / Partagé (auberge espagnole)]</w:t>
      </w:r>
    </w:p>
    <w:p>
      <w:r>
        <w:rPr>
          <w:b/>
        </w:rPr>
        <w:t xml:space="preserve">Boissons : </w:t>
      </w:r>
      <w:r>
        <w:t>[Sans alcool / Avec alcool / Mixte]</w:t>
      </w:r>
    </w:p>
    <w:p>
      <w:r>
        <w:rPr>
          <w:b/>
        </w:rPr>
        <w:t xml:space="preserve">Allergies / régimes alimentaires : </w:t>
      </w:r>
      <w:r>
        <w:t xml:space="preserve"> Merci de signaler vos contraintes à [Nom / Email] avant le [date].</w:t>
      </w:r>
    </w:p>
    <w:p/>
    <w:p>
      <w:r>
        <w:rPr>
          <w:b/>
          <w:color w:val="006400"/>
          <w:sz w:val="28"/>
        </w:rPr>
        <w:t>📝 Infos pratiques</w:t>
      </w:r>
    </w:p>
    <w:p>
      <w:r>
        <w:rPr>
          <w:b/>
        </w:rPr>
        <w:t xml:space="preserve">Contact organisateur : </w:t>
      </w:r>
      <w:r>
        <w:t>[Nom, téléphone, email]</w:t>
      </w:r>
    </w:p>
    <w:p>
      <w:r>
        <w:rPr>
          <w:b/>
        </w:rPr>
        <w:t xml:space="preserve">Date limite d’inscription : </w:t>
      </w:r>
      <w:r>
        <w:t>[Date]</w:t>
      </w:r>
    </w:p>
    <w:p>
      <w:r>
        <w:rPr>
          <w:b/>
        </w:rPr>
        <w:t xml:space="preserve">Participation éventuelle : </w:t>
      </w:r>
      <w:r>
        <w:t>[Montant / Gratuit]</w:t>
      </w:r>
    </w:p>
    <w:p/>
    <w:p>
      <w:r>
        <w:rPr>
          <w:i/>
          <w:sz w:val="18"/>
        </w:rPr>
        <w:t>Suggestion design : imprimez cette fiche en A4, ajoutez une bordure fine rouge ou verte et insérez votre logo en en-tête.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