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5e – Reconnaître COD, COI et complément du nom</w:t>
      </w:r>
    </w:p>
    <w:p>
      <w:pPr>
        <w:jc w:val="center"/>
      </w:pPr>
      <w:r>
        <w:rPr>
          <w:i/>
        </w:rPr>
        <w:t>CORRIGÉS DES EXERCICES</w:t>
      </w:r>
    </w:p>
    <w:p/>
    <w:p>
      <w:r>
        <w:rPr>
          <w:b/>
        </w:rPr>
        <w:t>Correction – Exercice 1</w:t>
      </w:r>
    </w:p>
    <w:p>
      <w:r>
        <w:t>1. Les élèves préparent un exposé d’histoire.</w:t>
        <w:br/>
        <w:t xml:space="preserve">   Verbe : préparent – Sujet : Les élèves – COD : un exposé d’histoire.</w:t>
      </w:r>
    </w:p>
    <w:p>
      <w:r>
        <w:t>2. Nous regardons les nuages par la fenêtre.</w:t>
        <w:br/>
        <w:t xml:space="preserve">   Verbe : regardons – Sujet : Nous – COD : les nuages – CC de lieu : par la fenêtre.</w:t>
      </w:r>
    </w:p>
    <w:p>
      <w:r>
        <w:t>3. Elle pense à son contrôle de maths.</w:t>
        <w:br/>
        <w:t xml:space="preserve">   Verbe : pense – Sujet : Elle – COI : à son contrôle de maths.</w:t>
      </w:r>
    </w:p>
    <w:p>
      <w:r>
        <w:t>4. J’ai oublié mon cahier de français.</w:t>
        <w:br/>
        <w:t xml:space="preserve">   Verbe : ai oublié – Sujet : Je – COD : mon cahier de français (de français = complément du nom cahier).</w:t>
      </w:r>
    </w:p>
    <w:p>
      <w:r>
        <w:t>5. Ils parlent à leurs camarades.</w:t>
        <w:br/>
        <w:t xml:space="preserve">   Verbe : parlent – Sujet : Ils – COI : à leurs camarades.</w:t>
      </w:r>
    </w:p>
    <w:p>
      <w:r>
        <w:t>6. Le chien de la voisine aboie toute la nuit.</w:t>
        <w:br/>
        <w:t xml:space="preserve">   Verbe : aboie – Sujet : Le chien de la voisine – Complément du nom : de la voisine – CC de temps : toute la nuit.</w:t>
      </w:r>
    </w:p>
    <w:p/>
    <w:p>
      <w:r>
        <w:rPr>
          <w:b/>
        </w:rPr>
        <w:t>Correction – Exercice 2</w:t>
      </w:r>
    </w:p>
    <w:p>
      <w:r>
        <w:t>1. mes amis → COD (Je retrouve qui ? mes amis).</w:t>
      </w:r>
    </w:p>
    <w:p>
      <w:r>
        <w:t>2. de notre projet → COI (Nous parlons de quoi ? de notre projet).</w:t>
      </w:r>
    </w:p>
    <w:p>
      <w:r>
        <w:t>3. les copies du contrôle → COD (Le professeur rend quoi ? les copies du contrôle ; du contrôle = complément du nom copies).</w:t>
      </w:r>
    </w:p>
    <w:p>
      <w:r>
        <w:t>4. à ses vacances → COI (Il pense à quoi ? à ses vacances).</w:t>
      </w:r>
    </w:p>
    <w:p>
      <w:r>
        <w:t>5. de Thomas → complément du nom (complète cartable).</w:t>
      </w:r>
    </w:p>
    <w:p>
      <w:r>
        <w:t>6. à sa cousine → COI (Elle écrit à qui ? à sa cousine).</w:t>
      </w:r>
    </w:p>
    <w:p/>
    <w:p>
      <w:r>
        <w:rPr>
          <w:b/>
        </w:rPr>
        <w:t>Correction – Exercice 3</w:t>
      </w:r>
    </w:p>
    <w:p>
      <w:r>
        <w:t>1. J’admire ce monument. → Je l’admire.</w:t>
      </w:r>
    </w:p>
    <w:p>
      <w:r>
        <w:t>2. Nous téléphonons à notre grand-mère. → Nous lui téléphonons.</w:t>
      </w:r>
    </w:p>
    <w:p>
      <w:r>
        <w:t>3. Ils rêvent de cette sortie. → Ils en rêvent.</w:t>
      </w:r>
    </w:p>
    <w:p>
      <w:r>
        <w:t>4. Elle attend ses amis devant le collège. → Elle les attend devant le collège.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