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Graphisme : traits verticaux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144"/>
        </w:rPr>
        <w:t xml:space="preserve"> |   |   |   |   |   |   |   |   |   |   |   |   |   |   |   |   |   |   |   |   |   |   |   |   |  </w:t>
      </w:r>
    </w:p>
    <w:p>
      <w:pPr>
        <w:jc w:val="center"/>
      </w:pPr>
      <w:r>
        <w:rPr>
          <w:b w:val="0"/>
          <w:color w:val="C8C8C8"/>
          <w:sz w:val="144"/>
        </w:rPr>
        <w:t xml:space="preserve"> |   |   |   |   |   |   |   |   |   |   |   |   |   |   |   |   |   |   |   |   |   |   |   |   |  </w:t>
      </w:r>
    </w:p>
    <w:p>
      <w:pPr>
        <w:jc w:val="center"/>
      </w:pPr>
      <w:r>
        <w:rPr>
          <w:b w:val="0"/>
          <w:color w:val="C8C8C8"/>
          <w:sz w:val="144"/>
        </w:rPr>
        <w:t xml:space="preserve"> |   |   |   |   |   |   |   |   |   |   |   |   |   |   |   |   |   |   |   |   |   |   |   |   |  </w:t>
      </w:r>
    </w:p>
    <w:p>
      <w:pPr>
        <w:jc w:val="center"/>
      </w:pPr>
      <w:r>
        <w:rPr>
          <w:b w:val="0"/>
          <w:color w:val="C8C8C8"/>
          <w:sz w:val="144"/>
        </w:rPr>
        <w:t xml:space="preserve"> |   |   |   |   |   |   |   |   |   |   |   |   |   |   |   |   |   |   |   |   |   |   |   |   |  </w:t>
      </w:r>
    </w:p>
    <w:p>
      <w:pPr>
        <w:jc w:val="center"/>
      </w:pPr>
      <w:r>
        <w:rPr>
          <w:b w:val="0"/>
          <w:color w:val="C8C8C8"/>
          <w:sz w:val="144"/>
        </w:rPr>
        <w:t xml:space="preserve"> |   |   |   |   |   |   |   |   |   |   |   |   |   |   |   |   |   |   |   |   |   |   |   |   |  </w:t>
      </w:r>
    </w:p>
    <w:p>
      <w:pPr>
        <w:jc w:val="center"/>
      </w:pPr>
      <w:r>
        <w:rPr>
          <w:b w:val="0"/>
          <w:color w:val="C8C8C8"/>
          <w:sz w:val="144"/>
        </w:rPr>
        <w:t xml:space="preserve"> |   |   |   |   |   |   |   |   |   |   |   |   |   |   |   |   |   |   |   |   |   |   |   |   |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Graphisme : traits horizontaux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144"/>
        </w:rPr>
        <w:t xml:space="preserve"> ―   ―   ―   ―   ―   ―   ―   ―   ―   ―   ―   ―   ―   ―   ―   ―   ―   ―   ―   ―  </w:t>
      </w:r>
    </w:p>
    <w:p>
      <w:pPr>
        <w:jc w:val="center"/>
      </w:pPr>
      <w:r>
        <w:rPr>
          <w:b w:val="0"/>
          <w:color w:val="C8C8C8"/>
          <w:sz w:val="144"/>
        </w:rPr>
        <w:t xml:space="preserve"> ―   ―   ―   ―   ―   ―   ―   ―   ―   ―   ―   ―   ―   ―   ―   ―   ―   ―   ―   ―  </w:t>
      </w:r>
    </w:p>
    <w:p>
      <w:pPr>
        <w:jc w:val="center"/>
      </w:pPr>
      <w:r>
        <w:rPr>
          <w:b w:val="0"/>
          <w:color w:val="C8C8C8"/>
          <w:sz w:val="144"/>
        </w:rPr>
        <w:t xml:space="preserve"> ―   ―   ―   ―   ―   ―   ―   ―   ―   ―   ―   ―   ―   ―   ―   ―   ―   ―   ―   ―  </w:t>
      </w:r>
    </w:p>
    <w:p>
      <w:pPr>
        <w:jc w:val="center"/>
      </w:pPr>
      <w:r>
        <w:rPr>
          <w:b w:val="0"/>
          <w:color w:val="C8C8C8"/>
          <w:sz w:val="144"/>
        </w:rPr>
        <w:t xml:space="preserve"> ―   ―   ―   ―   ―   ―   ―   ―   ―   ―   ―   ―   ―   ―   ―   ―   ―   ―   ―   ―  </w:t>
      </w:r>
    </w:p>
    <w:p>
      <w:pPr>
        <w:jc w:val="center"/>
      </w:pPr>
      <w:r>
        <w:rPr>
          <w:b w:val="0"/>
          <w:color w:val="C8C8C8"/>
          <w:sz w:val="144"/>
        </w:rPr>
        <w:t xml:space="preserve"> ―   ―   ―   ―   ―   ―   ―   ―   ―   ―   ―   ―   ―   ―   ―   ―   ―   ―   ―   ―  </w:t>
      </w:r>
    </w:p>
    <w:p>
      <w:pPr>
        <w:jc w:val="center"/>
      </w:pPr>
      <w:r>
        <w:rPr>
          <w:b w:val="0"/>
          <w:color w:val="C8C8C8"/>
          <w:sz w:val="144"/>
        </w:rPr>
        <w:t xml:space="preserve"> ―   ―   ―   ―   ―   ―   ―   ―   ―   ―   ―   ―   ―   ―   ―   ―   ―   ―   ―   ―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Graphisme : vagues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180"/>
        </w:rPr>
        <w:t xml:space="preserve"> ~   ~   ~   ~   ~   ~   ~   ~   ~   ~   ~   ~   ~   ~   ~   ~   ~   ~   ~   ~   ~   ~  </w:t>
      </w:r>
    </w:p>
    <w:p>
      <w:pPr>
        <w:jc w:val="center"/>
      </w:pPr>
      <w:r>
        <w:rPr>
          <w:b w:val="0"/>
          <w:color w:val="C8C8C8"/>
          <w:sz w:val="180"/>
        </w:rPr>
        <w:t xml:space="preserve"> ~   ~   ~   ~   ~   ~   ~   ~   ~   ~   ~   ~   ~   ~   ~   ~   ~   ~   ~   ~   ~   ~  </w:t>
      </w:r>
    </w:p>
    <w:p>
      <w:pPr>
        <w:jc w:val="center"/>
      </w:pPr>
      <w:r>
        <w:rPr>
          <w:b w:val="0"/>
          <w:color w:val="C8C8C8"/>
          <w:sz w:val="180"/>
        </w:rPr>
        <w:t xml:space="preserve"> ~   ~   ~   ~   ~   ~   ~   ~   ~   ~   ~   ~   ~   ~   ~   ~   ~   ~   ~   ~   ~   ~  </w:t>
      </w:r>
    </w:p>
    <w:p>
      <w:pPr>
        <w:jc w:val="center"/>
      </w:pPr>
      <w:r>
        <w:rPr>
          <w:b w:val="0"/>
          <w:color w:val="C8C8C8"/>
          <w:sz w:val="180"/>
        </w:rPr>
        <w:t xml:space="preserve"> ~   ~   ~   ~   ~   ~   ~   ~   ~   ~   ~   ~   ~   ~   ~   ~   ~   ~   ~   ~   ~   ~  </w:t>
      </w:r>
    </w:p>
    <w:p>
      <w:pPr>
        <w:jc w:val="center"/>
      </w:pPr>
      <w:r>
        <w:rPr>
          <w:b w:val="0"/>
          <w:color w:val="C8C8C8"/>
          <w:sz w:val="180"/>
        </w:rPr>
        <w:t xml:space="preserve"> ~   ~   ~   ~   ~   ~   ~   ~   ~   ~   ~   ~   ~   ~   ~   ~   ~   ~   ~   ~   ~   ~  </w:t>
      </w:r>
    </w:p>
    <w:p>
      <w:pPr>
        <w:jc w:val="center"/>
      </w:pPr>
      <w:r>
        <w:rPr>
          <w:b w:val="0"/>
          <w:color w:val="C8C8C8"/>
          <w:sz w:val="180"/>
        </w:rPr>
        <w:t xml:space="preserve"> ~   ~   ~   ~   ~   ~   ~   ~   ~   ~   ~   ~   ~   ~   ~   ~   ~   ~   ~   ~   ~   ~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Graphisme : boucles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192"/>
        </w:rPr>
        <w:t xml:space="preserve"> oo   oo   oo   oo   oo   oo   oo   oo   oo   oo   oo   oo   oo   oo   oo   oo  </w:t>
      </w:r>
    </w:p>
    <w:p>
      <w:pPr>
        <w:jc w:val="center"/>
      </w:pPr>
      <w:r>
        <w:rPr>
          <w:b w:val="0"/>
          <w:color w:val="C8C8C8"/>
          <w:sz w:val="192"/>
        </w:rPr>
        <w:t xml:space="preserve"> oo   oo   oo   oo   oo   oo   oo   oo   oo   oo   oo   oo   oo   oo   oo   oo  </w:t>
      </w:r>
    </w:p>
    <w:p>
      <w:pPr>
        <w:jc w:val="center"/>
      </w:pPr>
      <w:r>
        <w:rPr>
          <w:b w:val="0"/>
          <w:color w:val="C8C8C8"/>
          <w:sz w:val="192"/>
        </w:rPr>
        <w:t xml:space="preserve"> oo   oo   oo   oo   oo   oo   oo   oo   oo   oo   oo   oo   oo   oo   oo   oo  </w:t>
      </w:r>
    </w:p>
    <w:p>
      <w:pPr>
        <w:jc w:val="center"/>
      </w:pPr>
      <w:r>
        <w:rPr>
          <w:b w:val="0"/>
          <w:color w:val="C8C8C8"/>
          <w:sz w:val="192"/>
        </w:rPr>
        <w:t xml:space="preserve"> oo   oo   oo   oo   oo   oo   oo   oo   oo   oo   oo   oo   oo   oo   oo   oo  </w:t>
      </w:r>
    </w:p>
    <w:p>
      <w:pPr>
        <w:jc w:val="center"/>
      </w:pPr>
      <w:r>
        <w:rPr>
          <w:b w:val="0"/>
          <w:color w:val="C8C8C8"/>
          <w:sz w:val="192"/>
        </w:rPr>
        <w:t xml:space="preserve"> oo   oo   oo   oo   oo   oo   oo   oo   oo   oo   oo   oo   oo   oo   oo   oo  </w:t>
      </w:r>
    </w:p>
    <w:p>
      <w:pPr>
        <w:jc w:val="center"/>
      </w:pPr>
      <w:r>
        <w:rPr>
          <w:b w:val="0"/>
          <w:color w:val="C8C8C8"/>
          <w:sz w:val="192"/>
        </w:rPr>
        <w:t xml:space="preserve"> oo   oo   oo   oo   oo   oo   oo   oo   oo   oo   oo   oo   oo   oo   oo   oo  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Graphisme : pics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180"/>
        </w:rPr>
        <w:t xml:space="preserve"> ∧∨   ∧∨   ∧∨   ∧∨   ∧∨   ∧∨   ∧∨   ∧∨   ∧∨   ∧∨   ∧∨   ∧∨   ∧∨   ∧∨   ∧∨   ∧∨   ∧∨   ∧∨  </w:t>
      </w:r>
    </w:p>
    <w:p>
      <w:pPr>
        <w:jc w:val="center"/>
      </w:pPr>
      <w:r>
        <w:rPr>
          <w:b w:val="0"/>
          <w:color w:val="C8C8C8"/>
          <w:sz w:val="180"/>
        </w:rPr>
        <w:t xml:space="preserve"> ∧∨   ∧∨   ∧∨   ∧∨   ∧∨   ∧∨   ∧∨   ∧∨   ∧∨   ∧∨   ∧∨   ∧∨   ∧∨   ∧∨   ∧∨   ∧∨   ∧∨   ∧∨  </w:t>
      </w:r>
    </w:p>
    <w:p>
      <w:pPr>
        <w:jc w:val="center"/>
      </w:pPr>
      <w:r>
        <w:rPr>
          <w:b w:val="0"/>
          <w:color w:val="C8C8C8"/>
          <w:sz w:val="180"/>
        </w:rPr>
        <w:t xml:space="preserve"> ∧∨   ∧∨   ∧∨   ∧∨   ∧∨   ∧∨   ∧∨   ∧∨   ∧∨   ∧∨   ∧∨   ∧∨   ∧∨   ∧∨   ∧∨   ∧∨   ∧∨   ∧∨  </w:t>
      </w:r>
    </w:p>
    <w:p>
      <w:pPr>
        <w:jc w:val="center"/>
      </w:pPr>
      <w:r>
        <w:rPr>
          <w:b w:val="0"/>
          <w:color w:val="C8C8C8"/>
          <w:sz w:val="180"/>
        </w:rPr>
        <w:t xml:space="preserve"> ∧∨   ∧∨   ∧∨   ∧∨   ∧∨   ∧∨   ∧∨   ∧∨   ∧∨   ∧∨   ∧∨   ∧∨   ∧∨   ∧∨   ∧∨   ∧∨   ∧∨   ∧∨  </w:t>
      </w:r>
    </w:p>
    <w:p>
      <w:pPr>
        <w:jc w:val="center"/>
      </w:pPr>
      <w:r>
        <w:rPr>
          <w:b w:val="0"/>
          <w:color w:val="C8C8C8"/>
          <w:sz w:val="180"/>
        </w:rPr>
        <w:t xml:space="preserve"> ∧∨   ∧∨   ∧∨   ∧∨   ∧∨   ∧∨   ∧∨   ∧∨   ∧∨   ∧∨   ∧∨   ∧∨   ∧∨   ∧∨   ∧∨   ∧∨   ∧∨   ∧∨  </w:t>
      </w:r>
    </w:p>
    <w:p>
      <w:pPr>
        <w:jc w:val="center"/>
      </w:pPr>
      <w:r>
        <w:rPr>
          <w:b w:val="0"/>
          <w:color w:val="C8C8C8"/>
          <w:sz w:val="180"/>
        </w:rPr>
        <w:t xml:space="preserve"> ∧∨   ∧∨   ∧∨   ∧∨   ∧∨   ∧∨   ∧∨   ∧∨   ∧∨   ∧∨   ∧∨   ∧∨   ∧∨   ∧∨   ∧∨   ∧∨   ∧∨   ∧∨  </w:t>
      </w:r>
    </w:p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