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6366F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Capitales à tracer — Page 1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300"/>
        </w:rPr>
        <w:t xml:space="preserve">  A    A    A    A    A    A  </w:t>
      </w:r>
    </w:p>
    <w:p>
      <w:pPr>
        <w:jc w:val="center"/>
      </w:pPr>
      <w:r>
        <w:rPr>
          <w:b w:val="0"/>
          <w:color w:val="C8C8C8"/>
          <w:sz w:val="300"/>
        </w:rPr>
        <w:t xml:space="preserve">  B    B    B    B    B    B  </w:t>
      </w:r>
    </w:p>
    <w:p>
      <w:pPr>
        <w:jc w:val="center"/>
      </w:pPr>
      <w:r>
        <w:rPr>
          <w:b w:val="0"/>
          <w:color w:val="C8C8C8"/>
          <w:sz w:val="300"/>
        </w:rPr>
        <w:t xml:space="preserve">  C    C    C    C    C    C  </w:t>
      </w:r>
    </w:p>
    <w:p>
      <w:pPr>
        <w:jc w:val="center"/>
      </w:pPr>
      <w:r>
        <w:rPr>
          <w:b w:val="0"/>
          <w:color w:val="C8C8C8"/>
          <w:sz w:val="300"/>
        </w:rPr>
        <w:t xml:space="preserve">  D    D    D    D    D    D  </w:t>
      </w:r>
    </w:p>
    <w:p>
      <w:pPr>
        <w:jc w:val="center"/>
      </w:pPr>
      <w:r>
        <w:rPr>
          <w:b w:val="0"/>
          <w:color w:val="C8C8C8"/>
          <w:sz w:val="300"/>
        </w:rPr>
        <w:t xml:space="preserve">  E    E    E    E    E    E  </w:t>
      </w:r>
    </w:p>
    <w:p>
      <w:pPr>
        <w:jc w:val="center"/>
      </w:pPr>
      <w:r>
        <w:rPr>
          <w:b w:val="0"/>
          <w:color w:val="C8C8C8"/>
          <w:sz w:val="300"/>
        </w:rPr>
        <w:t xml:space="preserve">  F    F    F    F    F    F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6366F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Capitales à tracer — Page 2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300"/>
        </w:rPr>
        <w:t xml:space="preserve">  G    G    G    G    G    G  </w:t>
      </w:r>
    </w:p>
    <w:p>
      <w:pPr>
        <w:jc w:val="center"/>
      </w:pPr>
      <w:r>
        <w:rPr>
          <w:b w:val="0"/>
          <w:color w:val="C8C8C8"/>
          <w:sz w:val="300"/>
        </w:rPr>
        <w:t xml:space="preserve">  H    H    H    H    H    H  </w:t>
      </w:r>
    </w:p>
    <w:p>
      <w:pPr>
        <w:jc w:val="center"/>
      </w:pPr>
      <w:r>
        <w:rPr>
          <w:b w:val="0"/>
          <w:color w:val="C8C8C8"/>
          <w:sz w:val="300"/>
        </w:rPr>
        <w:t xml:space="preserve">  I    I    I    I    I    I  </w:t>
      </w:r>
    </w:p>
    <w:p>
      <w:pPr>
        <w:jc w:val="center"/>
      </w:pPr>
      <w:r>
        <w:rPr>
          <w:b w:val="0"/>
          <w:color w:val="C8C8C8"/>
          <w:sz w:val="300"/>
        </w:rPr>
        <w:t xml:space="preserve">  J    J    J    J    J    J  </w:t>
      </w:r>
    </w:p>
    <w:p>
      <w:pPr>
        <w:jc w:val="center"/>
      </w:pPr>
      <w:r>
        <w:rPr>
          <w:b w:val="0"/>
          <w:color w:val="C8C8C8"/>
          <w:sz w:val="300"/>
        </w:rPr>
        <w:t xml:space="preserve">  K    K    K    K    K    K  </w:t>
      </w:r>
    </w:p>
    <w:p>
      <w:pPr>
        <w:jc w:val="center"/>
      </w:pPr>
      <w:r>
        <w:rPr>
          <w:b w:val="0"/>
          <w:color w:val="C8C8C8"/>
          <w:sz w:val="300"/>
        </w:rPr>
        <w:t xml:space="preserve">  L    L    L    L    L    L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6366F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Capitales à tracer — Page 3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300"/>
        </w:rPr>
        <w:t xml:space="preserve">  M    M    M    M    M    M  </w:t>
      </w:r>
    </w:p>
    <w:p>
      <w:pPr>
        <w:jc w:val="center"/>
      </w:pPr>
      <w:r>
        <w:rPr>
          <w:b w:val="0"/>
          <w:color w:val="C8C8C8"/>
          <w:sz w:val="300"/>
        </w:rPr>
        <w:t xml:space="preserve">  N    N    N    N    N    N  </w:t>
      </w:r>
    </w:p>
    <w:p>
      <w:pPr>
        <w:jc w:val="center"/>
      </w:pPr>
      <w:r>
        <w:rPr>
          <w:b w:val="0"/>
          <w:color w:val="C8C8C8"/>
          <w:sz w:val="300"/>
        </w:rPr>
        <w:t xml:space="preserve">  O    O    O    O    O    O  </w:t>
      </w:r>
    </w:p>
    <w:p>
      <w:pPr>
        <w:jc w:val="center"/>
      </w:pPr>
      <w:r>
        <w:rPr>
          <w:b w:val="0"/>
          <w:color w:val="C8C8C8"/>
          <w:sz w:val="300"/>
        </w:rPr>
        <w:t xml:space="preserve">  P    P    P    P    P    P  </w:t>
      </w:r>
    </w:p>
    <w:p>
      <w:pPr>
        <w:jc w:val="center"/>
      </w:pPr>
      <w:r>
        <w:rPr>
          <w:b w:val="0"/>
          <w:color w:val="C8C8C8"/>
          <w:sz w:val="300"/>
        </w:rPr>
        <w:t xml:space="preserve">  Q    Q    Q    Q    Q    Q  </w:t>
      </w:r>
    </w:p>
    <w:p>
      <w:pPr>
        <w:jc w:val="center"/>
      </w:pPr>
      <w:r>
        <w:rPr>
          <w:b w:val="0"/>
          <w:color w:val="C8C8C8"/>
          <w:sz w:val="300"/>
        </w:rPr>
        <w:t xml:space="preserve">  R    R    R    R    R    R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6366F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Capitales à tracer — Page 4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300"/>
        </w:rPr>
        <w:t xml:space="preserve">  S    S    S    S    S    S  </w:t>
      </w:r>
    </w:p>
    <w:p>
      <w:pPr>
        <w:jc w:val="center"/>
      </w:pPr>
      <w:r>
        <w:rPr>
          <w:b w:val="0"/>
          <w:color w:val="C8C8C8"/>
          <w:sz w:val="300"/>
        </w:rPr>
        <w:t xml:space="preserve">  T    T    T    T    T    T  </w:t>
      </w:r>
    </w:p>
    <w:p>
      <w:pPr>
        <w:jc w:val="center"/>
      </w:pPr>
      <w:r>
        <w:rPr>
          <w:b w:val="0"/>
          <w:color w:val="C8C8C8"/>
          <w:sz w:val="300"/>
        </w:rPr>
        <w:t xml:space="preserve">  U    U    U    U    U    U  </w:t>
      </w:r>
    </w:p>
    <w:p>
      <w:pPr>
        <w:jc w:val="center"/>
      </w:pPr>
      <w:r>
        <w:rPr>
          <w:b w:val="0"/>
          <w:color w:val="C8C8C8"/>
          <w:sz w:val="300"/>
        </w:rPr>
        <w:t xml:space="preserve">  V    V    V    V    V    V  </w:t>
      </w:r>
    </w:p>
    <w:p>
      <w:pPr>
        <w:jc w:val="center"/>
      </w:pPr>
      <w:r>
        <w:rPr>
          <w:b w:val="0"/>
          <w:color w:val="C8C8C8"/>
          <w:sz w:val="300"/>
        </w:rPr>
        <w:t xml:space="preserve">  W    W    W    W    W    W  </w:t>
      </w:r>
    </w:p>
    <w:p>
      <w:pPr>
        <w:jc w:val="center"/>
      </w:pPr>
      <w:r>
        <w:rPr>
          <w:b w:val="0"/>
          <w:color w:val="C8C8C8"/>
          <w:sz w:val="300"/>
        </w:rPr>
        <w:t xml:space="preserve">  X    X    X    X    X    X  </w:t>
      </w:r>
    </w:p>
    <w:p>
      <w:pPr>
        <w:jc w:val="center"/>
      </w:pPr>
      <w:r>
        <w:rPr>
          <w:b w:val="0"/>
          <w:color w:val="C8C8C8"/>
          <w:sz w:val="300"/>
        </w:rPr>
        <w:t xml:space="preserve">  Y    Y    Y    Y    Y    Y  </w:t>
      </w:r>
    </w:p>
    <w:p>
      <w:pPr>
        <w:jc w:val="center"/>
      </w:pPr>
      <w:r>
        <w:rPr>
          <w:b w:val="0"/>
          <w:color w:val="C8C8C8"/>
          <w:sz w:val="300"/>
        </w:rPr>
        <w:t xml:space="preserve">  Z    Z    Z    Z    Z    Z  </w:t>
      </w:r>
    </w:p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