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val="clear" w:color="auto" w:fill="0EA5E9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Mon prénom</w:t>
            </w:r>
          </w:p>
        </w:tc>
      </w:tr>
    </w:tbl>
    <w:p/>
    <w:p>
      <w:r>
        <w:rPr>
          <w:sz w:val="32"/>
        </w:rPr>
        <w:t xml:space="preserve">Écris ton prénom : </w:t>
      </w:r>
      <w:r>
        <w:rPr>
          <w:sz w:val="32"/>
        </w:rPr>
        <w:t>_______________________________</w:t>
      </w:r>
    </w:p>
    <w:p>
      <w:pPr>
        <w:jc w:val="center"/>
      </w:pPr>
      <w:r>
        <w:rPr>
          <w:b w:val="0"/>
          <w:color w:val="C8C8C8"/>
          <w:sz w:val="260"/>
        </w:rPr>
        <w:t xml:space="preserve">  P  R  É  N  O  M  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shd w:val="clear" w:color="auto" w:fill="10B981"/>
          </w:tcPr>
          <w:p>
            <w:pPr>
              <w:jc w:val="center"/>
            </w:pPr>
            <w:r>
              <w:rPr>
                <w:b/>
                <w:color w:val="FFFFFF"/>
                <w:sz w:val="56"/>
              </w:rPr>
              <w:t>Je m'entraîne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6"/>
      </w:tblGrid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  <w:tr>
        <w:tc>
          <w:tcPr>
            <w:tcW w:type="dxa" w:w="10546"/>
            <w:tcBorders>
              <w:bottom w:val="single" w:sz="16" w:space="0" w:color="9CA3AF"/>
            </w:tcBorders>
          </w:tcPr>
          <w:p>
            <w:pPr>
              <w:jc w:val="left"/>
            </w:pPr>
            <w:r>
              <w:rPr>
                <w:color w:val="D2D2D2"/>
                <w:sz w:val="24"/>
              </w:rPr>
              <w:t xml:space="preserve">· · · · · · · · · · · · · · · · · · · · · · · · · · · · · · · · · · · · · · · · </w:t>
            </w:r>
          </w:p>
        </w:tc>
      </w:tr>
    </w:tbl>
    <w:p/>
    <w:sectPr w:rsidR="00FC693F" w:rsidRPr="0006063C" w:rsidSect="00034616"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