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C80000"/>
          <w:sz w:val="40"/>
        </w:rPr>
        <w:t>DOMINOS — Syllabes Coccinelles</w:t>
      </w:r>
    </w:p>
    <w:p>
      <w:pPr>
        <w:jc w:val="center"/>
      </w:pPr>
      <w:r>
        <w:rPr>
          <w:sz w:val="24"/>
        </w:rPr>
        <w:t>CP · Découper · Associer · Lire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938"/>
        <w:gridCol w:w="2938"/>
        <w:gridCol w:w="2938"/>
        <w:gridCol w:w="2938"/>
        <w:gridCol w:w="2938"/>
      </w:tblGrid>
      <w:tr>
        <w:tc>
          <w:tcPr>
            <w:tcW w:type="dxa" w:w="2938"/>
            <w:tcMar>
              <w:top w:w="160" w:type="dxa"/>
              <w:start w:w="140" w:type="dxa"/>
              <w:bottom w:w="160" w:type="dxa"/>
              <w:end w:w="140" w:type="dxa"/>
            </w:tcMar>
            <w:shd w:fill="FFD1DC"/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🐞 </w:t>
            </w:r>
            <w:r>
              <w:rPr>
                <w:b/>
                <w:sz w:val="36"/>
              </w:rPr>
              <w:t>MA</w:t>
            </w:r>
          </w:p>
          <w:p>
            <w:pPr>
              <w:jc w:val="center"/>
            </w:pPr>
            <w:r>
              <w:rPr>
                <w:sz w:val="20"/>
              </w:rPr>
              <w:t>————————————</w:t>
            </w:r>
          </w:p>
          <w:p>
            <w:pPr>
              <w:jc w:val="center"/>
            </w:pPr>
            <w:r>
              <w:rPr>
                <w:b/>
                <w:sz w:val="36"/>
              </w:rPr>
              <w:t>MI</w:t>
            </w:r>
          </w:p>
        </w:tc>
        <w:tc>
          <w:tcPr>
            <w:tcW w:type="dxa" w:w="2938"/>
            <w:tcMar>
              <w:top w:w="160" w:type="dxa"/>
              <w:start w:w="140" w:type="dxa"/>
              <w:bottom w:w="160" w:type="dxa"/>
              <w:end w:w="140" w:type="dxa"/>
            </w:tcMar>
            <w:shd w:fill="FFF2CC"/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🐞 </w:t>
            </w:r>
            <w:r>
              <w:rPr>
                <w:b/>
                <w:sz w:val="36"/>
              </w:rPr>
              <w:t>SA</w:t>
            </w:r>
          </w:p>
          <w:p>
            <w:pPr>
              <w:jc w:val="center"/>
            </w:pPr>
            <w:r>
              <w:rPr>
                <w:sz w:val="20"/>
              </w:rPr>
              <w:t>————————————</w:t>
            </w:r>
          </w:p>
          <w:p>
            <w:pPr>
              <w:jc w:val="center"/>
            </w:pPr>
            <w:r>
              <w:rPr>
                <w:b/>
                <w:sz w:val="36"/>
              </w:rPr>
              <w:t>SI</w:t>
            </w:r>
          </w:p>
        </w:tc>
        <w:tc>
          <w:tcPr>
            <w:tcW w:type="dxa" w:w="2938"/>
            <w:tcMar>
              <w:top w:w="160" w:type="dxa"/>
              <w:start w:w="140" w:type="dxa"/>
              <w:bottom w:w="160" w:type="dxa"/>
              <w:end w:w="140" w:type="dxa"/>
            </w:tcMar>
            <w:shd w:fill="D9EAD3"/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🐞 </w:t>
            </w:r>
            <w:r>
              <w:rPr>
                <w:b/>
                <w:sz w:val="36"/>
              </w:rPr>
              <w:t>TA</w:t>
            </w:r>
          </w:p>
          <w:p>
            <w:pPr>
              <w:jc w:val="center"/>
            </w:pPr>
            <w:r>
              <w:rPr>
                <w:sz w:val="20"/>
              </w:rPr>
              <w:t>————————————</w:t>
            </w:r>
          </w:p>
          <w:p>
            <w:pPr>
              <w:jc w:val="center"/>
            </w:pPr>
            <w:r>
              <w:rPr>
                <w:b/>
                <w:sz w:val="36"/>
              </w:rPr>
              <w:t>TI</w:t>
            </w:r>
          </w:p>
        </w:tc>
        <w:tc>
          <w:tcPr>
            <w:tcW w:type="dxa" w:w="2938"/>
            <w:tcMar>
              <w:top w:w="160" w:type="dxa"/>
              <w:start w:w="140" w:type="dxa"/>
              <w:bottom w:w="160" w:type="dxa"/>
              <w:end w:w="140" w:type="dxa"/>
            </w:tcMar>
            <w:shd w:fill="D0E0E3"/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🐞 </w:t>
            </w:r>
            <w:r>
              <w:rPr>
                <w:b/>
                <w:sz w:val="36"/>
              </w:rPr>
              <w:t>LA</w:t>
            </w:r>
          </w:p>
          <w:p>
            <w:pPr>
              <w:jc w:val="center"/>
            </w:pPr>
            <w:r>
              <w:rPr>
                <w:sz w:val="20"/>
              </w:rPr>
              <w:t>————————————</w:t>
            </w:r>
          </w:p>
          <w:p>
            <w:pPr>
              <w:jc w:val="center"/>
            </w:pPr>
            <w:r>
              <w:rPr>
                <w:b/>
                <w:sz w:val="36"/>
              </w:rPr>
              <w:t>LI</w:t>
            </w:r>
          </w:p>
        </w:tc>
        <w:tc>
          <w:tcPr>
            <w:tcW w:type="dxa" w:w="2938"/>
            <w:tcMar>
              <w:top w:w="160" w:type="dxa"/>
              <w:start w:w="140" w:type="dxa"/>
              <w:bottom w:w="160" w:type="dxa"/>
              <w:end w:w="140" w:type="dxa"/>
            </w:tcMar>
            <w:shd w:fill="CFE2F3"/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🐞 </w:t>
            </w:r>
            <w:r>
              <w:rPr>
                <w:b/>
                <w:sz w:val="36"/>
              </w:rPr>
              <w:t>PA</w:t>
            </w:r>
          </w:p>
          <w:p>
            <w:pPr>
              <w:jc w:val="center"/>
            </w:pPr>
            <w:r>
              <w:rPr>
                <w:sz w:val="20"/>
              </w:rPr>
              <w:t>————————————</w:t>
            </w:r>
          </w:p>
          <w:p>
            <w:pPr>
              <w:jc w:val="center"/>
            </w:pPr>
            <w:r>
              <w:rPr>
                <w:b/>
                <w:sz w:val="36"/>
              </w:rPr>
              <w:t>PI</w:t>
            </w:r>
          </w:p>
        </w:tc>
      </w:tr>
      <w:tr>
        <w:tc>
          <w:tcPr>
            <w:tcW w:type="dxa" w:w="2938"/>
            <w:tcMar>
              <w:top w:w="160" w:type="dxa"/>
              <w:start w:w="140" w:type="dxa"/>
              <w:bottom w:w="160" w:type="dxa"/>
              <w:end w:w="140" w:type="dxa"/>
            </w:tcMar>
            <w:shd w:fill="FFD1DC"/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🐞 </w:t>
            </w:r>
            <w:r>
              <w:rPr>
                <w:b/>
                <w:sz w:val="36"/>
              </w:rPr>
              <w:t>RA</w:t>
            </w:r>
          </w:p>
          <w:p>
            <w:pPr>
              <w:jc w:val="center"/>
            </w:pPr>
            <w:r>
              <w:rPr>
                <w:sz w:val="20"/>
              </w:rPr>
              <w:t>————————————</w:t>
            </w:r>
          </w:p>
          <w:p>
            <w:pPr>
              <w:jc w:val="center"/>
            </w:pPr>
            <w:r>
              <w:rPr>
                <w:b/>
                <w:sz w:val="36"/>
              </w:rPr>
              <w:t>RI</w:t>
            </w:r>
          </w:p>
        </w:tc>
        <w:tc>
          <w:tcPr>
            <w:tcW w:type="dxa" w:w="2938"/>
            <w:tcMar>
              <w:top w:w="160" w:type="dxa"/>
              <w:start w:w="140" w:type="dxa"/>
              <w:bottom w:w="160" w:type="dxa"/>
              <w:end w:w="140" w:type="dxa"/>
            </w:tcMar>
            <w:shd w:fill="FFF2CC"/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🐞 </w:t>
            </w:r>
            <w:r>
              <w:rPr>
                <w:b/>
                <w:sz w:val="36"/>
              </w:rPr>
              <w:t>NA</w:t>
            </w:r>
          </w:p>
          <w:p>
            <w:pPr>
              <w:jc w:val="center"/>
            </w:pPr>
            <w:r>
              <w:rPr>
                <w:sz w:val="20"/>
              </w:rPr>
              <w:t>————————————</w:t>
            </w:r>
          </w:p>
          <w:p>
            <w:pPr>
              <w:jc w:val="center"/>
            </w:pPr>
            <w:r>
              <w:rPr>
                <w:b/>
                <w:sz w:val="36"/>
              </w:rPr>
              <w:t>NI</w:t>
            </w:r>
          </w:p>
        </w:tc>
        <w:tc>
          <w:tcPr>
            <w:tcW w:type="dxa" w:w="2938"/>
            <w:tcMar>
              <w:top w:w="160" w:type="dxa"/>
              <w:start w:w="140" w:type="dxa"/>
              <w:bottom w:w="160" w:type="dxa"/>
              <w:end w:w="140" w:type="dxa"/>
            </w:tcMar>
            <w:shd w:fill="D9EAD3"/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🐞 </w:t>
            </w:r>
            <w:r>
              <w:rPr>
                <w:b/>
                <w:sz w:val="36"/>
              </w:rPr>
              <w:t>FA</w:t>
            </w:r>
          </w:p>
          <w:p>
            <w:pPr>
              <w:jc w:val="center"/>
            </w:pPr>
            <w:r>
              <w:rPr>
                <w:sz w:val="20"/>
              </w:rPr>
              <w:t>————————————</w:t>
            </w:r>
          </w:p>
          <w:p>
            <w:pPr>
              <w:jc w:val="center"/>
            </w:pPr>
            <w:r>
              <w:rPr>
                <w:b/>
                <w:sz w:val="36"/>
              </w:rPr>
              <w:t>FI</w:t>
            </w:r>
          </w:p>
        </w:tc>
        <w:tc>
          <w:tcPr>
            <w:tcW w:type="dxa" w:w="2938"/>
            <w:tcMar>
              <w:top w:w="160" w:type="dxa"/>
              <w:start w:w="140" w:type="dxa"/>
              <w:bottom w:w="160" w:type="dxa"/>
              <w:end w:w="140" w:type="dxa"/>
            </w:tcMar>
            <w:shd w:fill="D0E0E3"/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🐞 </w:t>
            </w:r>
            <w:r>
              <w:rPr>
                <w:b/>
                <w:sz w:val="36"/>
              </w:rPr>
              <w:t>VA</w:t>
            </w:r>
          </w:p>
          <w:p>
            <w:pPr>
              <w:jc w:val="center"/>
            </w:pPr>
            <w:r>
              <w:rPr>
                <w:sz w:val="20"/>
              </w:rPr>
              <w:t>————————————</w:t>
            </w:r>
          </w:p>
          <w:p>
            <w:pPr>
              <w:jc w:val="center"/>
            </w:pPr>
            <w:r>
              <w:rPr>
                <w:b/>
                <w:sz w:val="36"/>
              </w:rPr>
              <w:t>VI</w:t>
            </w:r>
          </w:p>
        </w:tc>
        <w:tc>
          <w:tcPr>
            <w:tcW w:type="dxa" w:w="2938"/>
            <w:tcMar>
              <w:top w:w="160" w:type="dxa"/>
              <w:start w:w="140" w:type="dxa"/>
              <w:bottom w:w="160" w:type="dxa"/>
              <w:end w:w="140" w:type="dxa"/>
            </w:tcMar>
            <w:shd w:fill="CFE2F3"/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🐞 </w:t>
            </w:r>
            <w:r>
              <w:rPr>
                <w:b/>
                <w:sz w:val="36"/>
              </w:rPr>
              <w:t>CHA</w:t>
            </w:r>
          </w:p>
          <w:p>
            <w:pPr>
              <w:jc w:val="center"/>
            </w:pPr>
            <w:r>
              <w:rPr>
                <w:sz w:val="20"/>
              </w:rPr>
              <w:t>————————————</w:t>
            </w:r>
          </w:p>
          <w:p>
            <w:pPr>
              <w:jc w:val="center"/>
            </w:pPr>
            <w:r>
              <w:rPr>
                <w:b/>
                <w:sz w:val="36"/>
              </w:rPr>
              <w:t>CHI</w:t>
            </w:r>
          </w:p>
        </w:tc>
      </w:tr>
      <w:tr>
        <w:tc>
          <w:tcPr>
            <w:tcW w:type="dxa" w:w="2938"/>
            <w:tcMar>
              <w:top w:w="160" w:type="dxa"/>
              <w:start w:w="140" w:type="dxa"/>
              <w:bottom w:w="160" w:type="dxa"/>
              <w:end w:w="140" w:type="dxa"/>
            </w:tcMar>
            <w:shd w:fill="FFD1DC"/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🐞 </w:t>
            </w:r>
            <w:r>
              <w:rPr>
                <w:b/>
                <w:sz w:val="36"/>
              </w:rPr>
              <w:t>MA</w:t>
            </w:r>
          </w:p>
          <w:p>
            <w:pPr>
              <w:jc w:val="center"/>
            </w:pPr>
            <w:r>
              <w:rPr>
                <w:sz w:val="20"/>
              </w:rPr>
              <w:t>————————————</w:t>
            </w:r>
          </w:p>
          <w:p>
            <w:pPr>
              <w:jc w:val="center"/>
            </w:pPr>
            <w:r>
              <w:rPr>
                <w:b/>
                <w:sz w:val="36"/>
              </w:rPr>
              <w:t>MI</w:t>
            </w:r>
          </w:p>
        </w:tc>
        <w:tc>
          <w:tcPr>
            <w:tcW w:type="dxa" w:w="2938"/>
            <w:tcMar>
              <w:top w:w="160" w:type="dxa"/>
              <w:start w:w="140" w:type="dxa"/>
              <w:bottom w:w="160" w:type="dxa"/>
              <w:end w:w="140" w:type="dxa"/>
            </w:tcMar>
            <w:shd w:fill="FFF2CC"/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🐞 </w:t>
            </w:r>
            <w:r>
              <w:rPr>
                <w:b/>
                <w:sz w:val="36"/>
              </w:rPr>
              <w:t>SA</w:t>
            </w:r>
          </w:p>
          <w:p>
            <w:pPr>
              <w:jc w:val="center"/>
            </w:pPr>
            <w:r>
              <w:rPr>
                <w:sz w:val="20"/>
              </w:rPr>
              <w:t>————————————</w:t>
            </w:r>
          </w:p>
          <w:p>
            <w:pPr>
              <w:jc w:val="center"/>
            </w:pPr>
            <w:r>
              <w:rPr>
                <w:b/>
                <w:sz w:val="36"/>
              </w:rPr>
              <w:t>SI</w:t>
            </w:r>
          </w:p>
        </w:tc>
        <w:tc>
          <w:tcPr>
            <w:tcW w:type="dxa" w:w="2938"/>
            <w:tcMar>
              <w:top w:w="160" w:type="dxa"/>
              <w:start w:w="140" w:type="dxa"/>
              <w:bottom w:w="160" w:type="dxa"/>
              <w:end w:w="140" w:type="dxa"/>
            </w:tcMar>
            <w:shd w:fill="D9EAD3"/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🐞 </w:t>
            </w:r>
            <w:r>
              <w:rPr>
                <w:b/>
                <w:sz w:val="36"/>
              </w:rPr>
              <w:t>TA</w:t>
            </w:r>
          </w:p>
          <w:p>
            <w:pPr>
              <w:jc w:val="center"/>
            </w:pPr>
            <w:r>
              <w:rPr>
                <w:sz w:val="20"/>
              </w:rPr>
              <w:t>————————————</w:t>
            </w:r>
          </w:p>
          <w:p>
            <w:pPr>
              <w:jc w:val="center"/>
            </w:pPr>
            <w:r>
              <w:rPr>
                <w:b/>
                <w:sz w:val="36"/>
              </w:rPr>
              <w:t>TI</w:t>
            </w:r>
          </w:p>
        </w:tc>
        <w:tc>
          <w:tcPr>
            <w:tcW w:type="dxa" w:w="2938"/>
            <w:tcMar>
              <w:top w:w="160" w:type="dxa"/>
              <w:start w:w="140" w:type="dxa"/>
              <w:bottom w:w="160" w:type="dxa"/>
              <w:end w:w="140" w:type="dxa"/>
            </w:tcMar>
            <w:shd w:fill="D0E0E3"/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🐞 </w:t>
            </w:r>
            <w:r>
              <w:rPr>
                <w:b/>
                <w:sz w:val="36"/>
              </w:rPr>
              <w:t>LA</w:t>
            </w:r>
          </w:p>
          <w:p>
            <w:pPr>
              <w:jc w:val="center"/>
            </w:pPr>
            <w:r>
              <w:rPr>
                <w:sz w:val="20"/>
              </w:rPr>
              <w:t>————————————</w:t>
            </w:r>
          </w:p>
          <w:p>
            <w:pPr>
              <w:jc w:val="center"/>
            </w:pPr>
            <w:r>
              <w:rPr>
                <w:b/>
                <w:sz w:val="36"/>
              </w:rPr>
              <w:t>LI</w:t>
            </w:r>
          </w:p>
        </w:tc>
        <w:tc>
          <w:tcPr>
            <w:tcW w:type="dxa" w:w="2938"/>
            <w:tcMar>
              <w:top w:w="160" w:type="dxa"/>
              <w:start w:w="140" w:type="dxa"/>
              <w:bottom w:w="160" w:type="dxa"/>
              <w:end w:w="140" w:type="dxa"/>
            </w:tcMar>
            <w:shd w:fill="CFE2F3"/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🐞 </w:t>
            </w:r>
            <w:r>
              <w:rPr>
                <w:b/>
                <w:sz w:val="36"/>
              </w:rPr>
              <w:t>PA</w:t>
            </w:r>
          </w:p>
          <w:p>
            <w:pPr>
              <w:jc w:val="center"/>
            </w:pPr>
            <w:r>
              <w:rPr>
                <w:sz w:val="20"/>
              </w:rPr>
              <w:t>————————————</w:t>
            </w:r>
          </w:p>
          <w:p>
            <w:pPr>
              <w:jc w:val="center"/>
            </w:pPr>
            <w:r>
              <w:rPr>
                <w:b/>
                <w:sz w:val="36"/>
              </w:rPr>
              <w:t>PI</w:t>
            </w:r>
          </w:p>
        </w:tc>
      </w:tr>
      <w:tr>
        <w:tc>
          <w:tcPr>
            <w:tcW w:type="dxa" w:w="2938"/>
            <w:tcMar>
              <w:top w:w="160" w:type="dxa"/>
              <w:start w:w="140" w:type="dxa"/>
              <w:bottom w:w="160" w:type="dxa"/>
              <w:end w:w="140" w:type="dxa"/>
            </w:tcMar>
            <w:shd w:fill="FFD1DC"/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🐞 </w:t>
            </w:r>
            <w:r>
              <w:rPr>
                <w:b/>
                <w:sz w:val="36"/>
              </w:rPr>
              <w:t>RA</w:t>
            </w:r>
          </w:p>
          <w:p>
            <w:pPr>
              <w:jc w:val="center"/>
            </w:pPr>
            <w:r>
              <w:rPr>
                <w:sz w:val="20"/>
              </w:rPr>
              <w:t>————————————</w:t>
            </w:r>
          </w:p>
          <w:p>
            <w:pPr>
              <w:jc w:val="center"/>
            </w:pPr>
            <w:r>
              <w:rPr>
                <w:b/>
                <w:sz w:val="36"/>
              </w:rPr>
              <w:t>RI</w:t>
            </w:r>
          </w:p>
        </w:tc>
        <w:tc>
          <w:tcPr>
            <w:tcW w:type="dxa" w:w="2938"/>
            <w:tcMar>
              <w:top w:w="160" w:type="dxa"/>
              <w:start w:w="140" w:type="dxa"/>
              <w:bottom w:w="160" w:type="dxa"/>
              <w:end w:w="140" w:type="dxa"/>
            </w:tcMar>
            <w:shd w:fill="FFF2CC"/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🐞 </w:t>
            </w:r>
            <w:r>
              <w:rPr>
                <w:b/>
                <w:sz w:val="36"/>
              </w:rPr>
              <w:t>NA</w:t>
            </w:r>
          </w:p>
          <w:p>
            <w:pPr>
              <w:jc w:val="center"/>
            </w:pPr>
            <w:r>
              <w:rPr>
                <w:sz w:val="20"/>
              </w:rPr>
              <w:t>————————————</w:t>
            </w:r>
          </w:p>
          <w:p>
            <w:pPr>
              <w:jc w:val="center"/>
            </w:pPr>
            <w:r>
              <w:rPr>
                <w:b/>
                <w:sz w:val="36"/>
              </w:rPr>
              <w:t>NI</w:t>
            </w:r>
          </w:p>
        </w:tc>
        <w:tc>
          <w:tcPr>
            <w:tcW w:type="dxa" w:w="2938"/>
            <w:tcMar>
              <w:top w:w="160" w:type="dxa"/>
              <w:start w:w="140" w:type="dxa"/>
              <w:bottom w:w="160" w:type="dxa"/>
              <w:end w:w="140" w:type="dxa"/>
            </w:tcMar>
            <w:shd w:fill="D9EAD3"/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🐞 </w:t>
            </w:r>
            <w:r>
              <w:rPr>
                <w:b/>
                <w:sz w:val="36"/>
              </w:rPr>
              <w:t>FA</w:t>
            </w:r>
          </w:p>
          <w:p>
            <w:pPr>
              <w:jc w:val="center"/>
            </w:pPr>
            <w:r>
              <w:rPr>
                <w:sz w:val="20"/>
              </w:rPr>
              <w:t>————————————</w:t>
            </w:r>
          </w:p>
          <w:p>
            <w:pPr>
              <w:jc w:val="center"/>
            </w:pPr>
            <w:r>
              <w:rPr>
                <w:b/>
                <w:sz w:val="36"/>
              </w:rPr>
              <w:t>FI</w:t>
            </w:r>
          </w:p>
        </w:tc>
        <w:tc>
          <w:tcPr>
            <w:tcW w:type="dxa" w:w="2938"/>
            <w:tcMar>
              <w:top w:w="160" w:type="dxa"/>
              <w:start w:w="140" w:type="dxa"/>
              <w:bottom w:w="160" w:type="dxa"/>
              <w:end w:w="140" w:type="dxa"/>
            </w:tcMar>
            <w:shd w:fill="D0E0E3"/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🐞 </w:t>
            </w:r>
            <w:r>
              <w:rPr>
                <w:b/>
                <w:sz w:val="36"/>
              </w:rPr>
              <w:t>VA</w:t>
            </w:r>
          </w:p>
          <w:p>
            <w:pPr>
              <w:jc w:val="center"/>
            </w:pPr>
            <w:r>
              <w:rPr>
                <w:sz w:val="20"/>
              </w:rPr>
              <w:t>————————————</w:t>
            </w:r>
          </w:p>
          <w:p>
            <w:pPr>
              <w:jc w:val="center"/>
            </w:pPr>
            <w:r>
              <w:rPr>
                <w:b/>
                <w:sz w:val="36"/>
              </w:rPr>
              <w:t>VI</w:t>
            </w:r>
          </w:p>
        </w:tc>
        <w:tc>
          <w:tcPr>
            <w:tcW w:type="dxa" w:w="2938"/>
            <w:tcMar>
              <w:top w:w="160" w:type="dxa"/>
              <w:start w:w="140" w:type="dxa"/>
              <w:bottom w:w="160" w:type="dxa"/>
              <w:end w:w="140" w:type="dxa"/>
            </w:tcMar>
            <w:shd w:fill="CFE2F3"/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🐞 </w:t>
            </w:r>
            <w:r>
              <w:rPr>
                <w:b/>
                <w:sz w:val="36"/>
              </w:rPr>
              <w:t>CHA</w:t>
            </w:r>
          </w:p>
          <w:p>
            <w:pPr>
              <w:jc w:val="center"/>
            </w:pPr>
            <w:r>
              <w:rPr>
                <w:sz w:val="20"/>
              </w:rPr>
              <w:t>————————————</w:t>
            </w:r>
          </w:p>
          <w:p>
            <w:pPr>
              <w:jc w:val="center"/>
            </w:pPr>
            <w:r>
              <w:rPr>
                <w:b/>
                <w:sz w:val="36"/>
              </w:rPr>
              <w:t>CHI</w:t>
            </w:r>
          </w:p>
        </w:tc>
      </w:tr>
    </w:tbl>
    <w:p>
      <w:pPr>
        <w:jc w:val="center"/>
      </w:pPr>
      <w:r>
        <w:rPr>
          <w:color w:val="5A5A5A"/>
          <w:sz w:val="18"/>
        </w:rPr>
        <w:t>Dominos — Coccinelles CP  •  © lecoursgratuit.com</w:t>
      </w:r>
    </w:p>
    <w:sectPr w:rsidR="00FC693F" w:rsidRPr="0006063C" w:rsidSect="00034616">
      <w:pgSz w:w="15840" w:h="12240" w:orient="landscape"/>
      <w:pgMar w:top="576" w:right="576" w:bottom="576" w:left="57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