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80000"/>
          <w:sz w:val="40"/>
        </w:rPr>
        <w:t>PROBLÈMES ILLUSTRÉS — Coccinelles</w:t>
      </w:r>
    </w:p>
    <w:p>
      <w:pPr>
        <w:jc w:val="center"/>
      </w:pPr>
      <w:r>
        <w:rPr>
          <w:sz w:val="24"/>
        </w:rPr>
        <w:t>CP · Écouter · Modéliser · Calculer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 xml:space="preserve">Prénom : </w:t>
            </w:r>
          </w:p>
        </w:tc>
        <w:tc>
          <w:tcPr>
            <w:tcW w:type="dxa" w:w="2880"/>
          </w:tcPr>
          <w:p>
            <w:r>
              <w:t xml:space="preserve">Date : </w:t>
            </w:r>
          </w:p>
        </w:tc>
        <w:tc>
          <w:tcPr>
            <w:tcW w:type="dxa" w:w="2880"/>
          </w:tcPr>
          <w:p>
            <w:r>
              <w:t xml:space="preserve">Classe : </w:t>
            </w:r>
          </w:p>
        </w:tc>
      </w:tr>
    </w:tbl>
    <w:p/>
    <w:p>
      <w:r>
        <w:rPr>
          <w:b/>
        </w:rPr>
        <w:t xml:space="preserve">Consigne : </w:t>
      </w:r>
      <w:r>
        <w:t>Lis chaque histoire, représente (dessin/points), écris l'opération puis la réponse.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3F3F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sz w:val="24"/>
              </w:rPr>
              <w:t xml:space="preserve">🐞 </w:t>
            </w:r>
            <w:r>
              <w:rPr>
                <w:sz w:val="24"/>
              </w:rPr>
              <w:t>Sur une feuille, 3 coccinelles se promènent. 2 autres arrivent. Combien y en a-t-il maintenant ?</w:t>
            </w:r>
          </w:p>
          <w:p>
            <w:r>
              <w:rPr>
                <w:sz w:val="20"/>
              </w:rPr>
              <w:br/>
              <w:t>Dessine / Représente ici :</w:t>
              <w:br/>
              <w:br/>
            </w:r>
          </w:p>
          <w:p>
            <w:r>
              <w:rPr>
                <w:sz w:val="24"/>
              </w:rPr>
              <w:t>____ + ____ = ____   Réponse : ______ coccinelles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3F3F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sz w:val="24"/>
              </w:rPr>
              <w:t xml:space="preserve">🐞 </w:t>
            </w:r>
            <w:r>
              <w:rPr>
                <w:sz w:val="24"/>
              </w:rPr>
              <w:t>Dans le jardin, 5 fleurs sont ouvertes. 1 se ferme. Combien en reste-t-il ouvertes ?</w:t>
            </w:r>
          </w:p>
          <w:p>
            <w:r>
              <w:rPr>
                <w:sz w:val="20"/>
              </w:rPr>
              <w:br/>
              <w:t>Dessine / Représente ici :</w:t>
              <w:br/>
              <w:br/>
            </w:r>
          </w:p>
          <w:p>
            <w:r>
              <w:rPr>
                <w:sz w:val="24"/>
              </w:rPr>
              <w:t>____ - ____ = ____   Réponse : ______ fleurs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3F3F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sz w:val="24"/>
              </w:rPr>
              <w:t xml:space="preserve">🐞 </w:t>
            </w:r>
            <w:r>
              <w:rPr>
                <w:sz w:val="24"/>
              </w:rPr>
              <w:t>Amine compte 4 graines rouges et 3 graines jaunes. Combien de graines en tout ?</w:t>
            </w:r>
          </w:p>
          <w:p>
            <w:r>
              <w:rPr>
                <w:sz w:val="20"/>
              </w:rPr>
              <w:br/>
              <w:t>Dessine / Représente ici :</w:t>
              <w:br/>
              <w:br/>
            </w:r>
          </w:p>
          <w:p>
            <w:r>
              <w:rPr>
                <w:sz w:val="24"/>
              </w:rPr>
              <w:t>____ + ____ = ____   Réponse : ______ graines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3F3F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sz w:val="24"/>
              </w:rPr>
              <w:t xml:space="preserve">🐞 </w:t>
            </w:r>
            <w:r>
              <w:rPr>
                <w:sz w:val="24"/>
              </w:rPr>
              <w:t>Il y a 10 points sur une carte. On en cache 4 avec la main. Combien en voit-on encore ?</w:t>
            </w:r>
          </w:p>
          <w:p>
            <w:r>
              <w:rPr>
                <w:sz w:val="20"/>
              </w:rPr>
              <w:br/>
              <w:t>Dessine / Représente ici :</w:t>
              <w:br/>
              <w:br/>
            </w:r>
          </w:p>
          <w:p>
            <w:r>
              <w:rPr>
                <w:sz w:val="24"/>
              </w:rPr>
              <w:t>____ - ____ = ____   Réponse : ______ points</w:t>
            </w:r>
          </w:p>
        </w:tc>
      </w:tr>
    </w:tbl>
    <w:p/>
    <w:p>
      <w:pPr>
        <w:jc w:val="center"/>
      </w:pPr>
      <w:r>
        <w:rPr>
          <w:color w:val="5A5A5A"/>
          <w:sz w:val="18"/>
        </w:rPr>
        <w:t>Problèmes — Coccinelles CP  •  © lecoursgratuit.com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