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🪪 CARTE DE MEMBRE OFFICIELLE</w:t>
      </w:r>
    </w:p>
    <w:p>
      <w:pPr>
        <w:jc w:val="center"/>
      </w:pPr>
      <w:r>
        <w:rPr>
          <w:b/>
        </w:rPr>
        <w:t>Association : ________________________________</w:t>
        <w:br/>
      </w:r>
      <w:r>
        <w:t>Saison : ____________     N° Carte : __________________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  <w:shd w:fill="1F4E78"/>
          </w:tcPr>
          <w:p>
            <w:r>
              <w:rPr>
                <w:b/>
                <w:color w:val="FFFFFF"/>
              </w:rPr>
              <w:t>Nom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2F75B5"/>
          </w:tcPr>
          <w:p>
            <w:r>
              <w:rPr>
                <w:b/>
                <w:color w:val="FFFFFF"/>
              </w:rPr>
              <w:t>Prénom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5B9BD5"/>
          </w:tcPr>
          <w:p>
            <w:r>
              <w:rPr>
                <w:b/>
                <w:color w:val="FFFFFF"/>
              </w:rPr>
              <w:t>Date de naissance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0AD47"/>
          </w:tcPr>
          <w:p>
            <w:r>
              <w:rPr>
                <w:b/>
                <w:color w:val="FFFFFF"/>
              </w:rPr>
              <w:t>Adresse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92D050"/>
          </w:tcPr>
          <w:p>
            <w:r>
              <w:rPr>
                <w:b/>
                <w:color w:val="FFFFFF"/>
              </w:rPr>
              <w:t>Téléphone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ED7D31"/>
          </w:tcPr>
          <w:p>
            <w:r>
              <w:rPr>
                <w:b/>
                <w:color w:val="FFFFFF"/>
              </w:rPr>
              <w:t>Email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C55A11"/>
          </w:tcPr>
          <w:p>
            <w:r>
              <w:rPr>
                <w:b/>
                <w:color w:val="FFFFFF"/>
              </w:rPr>
              <w:t>Catégorie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030A0"/>
          </w:tcPr>
          <w:p>
            <w:r>
              <w:rPr>
                <w:b/>
                <w:color w:val="FFFFFF"/>
              </w:rPr>
              <w:t>Date d'adhésion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00B0F0"/>
          </w:tcPr>
          <w:p>
            <w:r>
              <w:rPr>
                <w:b/>
                <w:color w:val="FFFFFF"/>
              </w:rPr>
              <w:t>Date d'expiration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F7F7F"/>
          </w:tcPr>
          <w:p>
            <w:r>
              <w:rPr>
                <w:b/>
                <w:color w:val="FFFFFF"/>
              </w:rPr>
              <w:t>Statut</w:t>
            </w:r>
          </w:p>
        </w:tc>
        <w:tc>
          <w:tcPr>
            <w:tcW w:type="dxa" w:w="5553"/>
          </w:tcPr>
          <w:p/>
        </w:tc>
      </w:tr>
    </w:tbl>
    <w:p>
      <w:pPr>
        <w:pStyle w:val="Heading2"/>
      </w:pPr>
      <w:r>
        <w:t>☑ Droits du membre</w:t>
      </w:r>
    </w:p>
    <w:p>
      <w:pPr>
        <w:pStyle w:val="ListBullet"/>
      </w:pPr>
      <w:r>
        <w:t>Participation aux activités de l'association</w:t>
      </w:r>
    </w:p>
    <w:p>
      <w:pPr>
        <w:pStyle w:val="ListBullet"/>
      </w:pPr>
      <w:r>
        <w:t>Droit de vote (selon les statuts)</w:t>
      </w:r>
    </w:p>
    <w:p>
      <w:pPr>
        <w:pStyle w:val="ListBullet"/>
      </w:pPr>
      <w:r>
        <w:t>Accès aux événements réservés aux membres</w:t>
      </w:r>
    </w:p>
    <w:p>
      <w:pPr>
        <w:pStyle w:val="ListBullet"/>
      </w:pPr>
      <w:r>
        <w:t>Réception des convocations et informations</w:t>
      </w:r>
    </w:p>
    <w:p>
      <w:pPr>
        <w:pStyle w:val="Heading2"/>
      </w:pPr>
      <w:r>
        <w:t>📌 Vérifications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  <w:shd w:fill="4472C4"/>
          </w:tcPr>
          <w:p>
            <w:r>
              <w:rPr>
                <w:b/>
                <w:color w:val="FFFFFF"/>
              </w:rPr>
              <w:t>Photo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4472C4"/>
          </w:tcPr>
          <w:p>
            <w:r>
              <w:rPr>
                <w:b/>
                <w:color w:val="FFFFFF"/>
              </w:rPr>
              <w:t>QR Code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4472C4"/>
          </w:tcPr>
          <w:p>
            <w:r>
              <w:rPr>
                <w:b/>
                <w:color w:val="FFFFFF"/>
              </w:rPr>
              <w:t>Signature du membre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4472C4"/>
          </w:tcPr>
          <w:p>
            <w:r>
              <w:rPr>
                <w:b/>
                <w:color w:val="FFFFFF"/>
              </w:rPr>
              <w:t>Cachet de l'association</w:t>
            </w:r>
          </w:p>
        </w:tc>
        <w:tc>
          <w:tcPr>
            <w:tcW w:type="dxa" w:w="5553"/>
          </w:tcPr>
          <w:p/>
        </w:tc>
      </w:tr>
    </w:tbl>
    <w:p>
      <w:pPr>
        <w:pStyle w:val="Heading2"/>
      </w:pPr>
      <w:r>
        <w:t>🔐 Mentions</w:t>
      </w:r>
    </w:p>
    <w:p>
      <w:r>
        <w:t>Cette carte est personnelle, incessible et demeure la propriété de l'association. Elle peut être demandée lors des assemblées générales, activités, compétitions ou manifestations.</w:t>
      </w:r>
    </w:p>
    <w:sectPr w:rsidR="00FC693F" w:rsidRPr="0006063C" w:rsidSect="0003461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