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80000"/>
          <w:sz w:val="40"/>
        </w:rPr>
        <w:t>Cartes à découper — Nombres 0–20</w:t>
      </w:r>
    </w:p>
    <w:p>
      <w:pPr>
        <w:jc w:val="center"/>
      </w:pPr>
      <w:r>
        <w:rPr>
          <w:sz w:val="24"/>
        </w:rPr>
        <w:t>Thème Coccinelles · CP (manipulation)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995"/>
        <w:gridCol w:w="2995"/>
        <w:gridCol w:w="2995"/>
        <w:gridCol w:w="2995"/>
        <w:gridCol w:w="2995"/>
      </w:tblGrid>
      <w:tr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8"/>
              </w:rPr>
              <w:t>Nombre : 0</w:t>
            </w:r>
          </w:p>
          <w:p>
            <w:pPr>
              <w:jc w:val="center"/>
            </w:pPr>
            <w:r>
              <w:rPr>
                <w:sz w:val="36"/>
              </w:rPr>
              <w:br/>
              <w:t>—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8"/>
              </w:rPr>
              <w:t>Nombre : 1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8"/>
              </w:rPr>
              <w:t>Nombre : 2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b/>
                <w:sz w:val="28"/>
              </w:rPr>
              <w:t>Nombre : 3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b/>
                <w:sz w:val="28"/>
              </w:rPr>
              <w:t>Nombre : 4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</w:tr>
      <w:tr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8"/>
              </w:rPr>
              <w:t>Nombre : 5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8"/>
              </w:rPr>
              <w:t>Nombre : 6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8"/>
              </w:rPr>
              <w:t>Nombre : 7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b/>
                <w:sz w:val="28"/>
              </w:rPr>
              <w:t>Nombre : 8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b/>
                <w:sz w:val="28"/>
              </w:rPr>
              <w:t>Nombre : 9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● 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</w:tr>
      <w:tr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8"/>
              </w:rPr>
              <w:t>Nombre : 10</w:t>
            </w:r>
          </w:p>
          <w:p>
            <w:pPr>
              <w:jc w:val="center"/>
            </w:pPr>
            <w:r>
              <w:rPr>
                <w:sz w:val="36"/>
              </w:rPr>
              <w:br/>
              <w:t xml:space="preserve">● ● ● ● ● ● ● ● ● ● </w:t>
              <w:br/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8"/>
              </w:rPr>
              <w:t>Nombre : 11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8"/>
              </w:rPr>
              <w:t>Nombre : 12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b/>
                <w:sz w:val="28"/>
              </w:rPr>
              <w:t>Nombre : 13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b/>
                <w:sz w:val="28"/>
              </w:rPr>
              <w:t>Nombre : 14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</w:tr>
      <w:tr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D1DC"/>
          </w:tcPr>
          <w:p>
            <w:pPr>
              <w:jc w:val="center"/>
            </w:pPr>
            <w:r>
              <w:rPr>
                <w:b/>
                <w:sz w:val="28"/>
              </w:rPr>
              <w:t>Nombre : 15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FFF2CC"/>
          </w:tcPr>
          <w:p>
            <w:pPr>
              <w:jc w:val="center"/>
            </w:pPr>
            <w:r>
              <w:rPr>
                <w:b/>
                <w:sz w:val="28"/>
              </w:rPr>
              <w:t>Nombre : 16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9EAD3"/>
          </w:tcPr>
          <w:p>
            <w:pPr>
              <w:jc w:val="center"/>
            </w:pPr>
            <w:r>
              <w:rPr>
                <w:b/>
                <w:sz w:val="28"/>
              </w:rPr>
              <w:t>Nombre : 17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● 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D0E0E3"/>
          </w:tcPr>
          <w:p>
            <w:pPr>
              <w:jc w:val="center"/>
            </w:pPr>
            <w:r>
              <w:rPr>
                <w:b/>
                <w:sz w:val="28"/>
              </w:rPr>
              <w:t>Nombre : 18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● ● 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  <w:tc>
          <w:tcPr>
            <w:tcW w:type="dxa" w:w="2995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  <w:shd w:fill="CFE2F3"/>
          </w:tcPr>
          <w:p>
            <w:pPr>
              <w:jc w:val="center"/>
            </w:pPr>
            <w:r>
              <w:rPr>
                <w:b/>
                <w:sz w:val="28"/>
              </w:rPr>
              <w:t>Nombre : 19</w:t>
            </w:r>
          </w:p>
          <w:p>
            <w:pPr>
              <w:jc w:val="center"/>
            </w:pPr>
            <w:r>
              <w:rPr>
                <w:sz w:val="36"/>
              </w:rPr>
              <w:t xml:space="preserve">● ● ● ● ● ● ● ● ● ● </w:t>
              <w:br/>
              <w:t xml:space="preserve">● ● ● ● ● ● ● ● ● </w:t>
            </w:r>
          </w:p>
          <w:p>
            <w:pPr>
              <w:jc w:val="center"/>
            </w:pPr>
            <w:r>
              <w:rPr>
                <w:sz w:val="24"/>
              </w:rPr>
              <w:t>J'écris : ______</w:t>
            </w:r>
          </w:p>
          <w:p>
            <w:pPr>
              <w:jc w:val="center"/>
            </w:pPr>
            <w:r>
              <w:rPr>
                <w:sz w:val="18"/>
              </w:rPr>
              <w:t>🐞 Carte nombre</w:t>
            </w:r>
          </w:p>
        </w:tc>
      </w:tr>
    </w:tbl>
    <w:p>
      <w:pPr>
        <w:jc w:val="center"/>
      </w:pPr>
      <w:r>
        <w:rPr>
          <w:color w:val="5A5A5A"/>
          <w:sz w:val="18"/>
        </w:rPr>
        <w:t>Découpe et manipule — Coccinelles 0–20  •  © lecoursgratuit.com</w:t>
      </w:r>
    </w:p>
    <w:sectPr w:rsidR="00FC693F" w:rsidRPr="0006063C" w:rsidSect="00034616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