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ATELIER SYLLABES — Plateau Coccinelles</w:t>
      </w:r>
    </w:p>
    <w:p>
      <w:pPr>
        <w:jc w:val="center"/>
      </w:pPr>
      <w:r>
        <w:rPr>
          <w:sz w:val="24"/>
        </w:rPr>
        <w:t>CP · Paysage · 12 cartes d'entraînement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672"/>
        <w:gridCol w:w="3672"/>
        <w:gridCol w:w="3672"/>
        <w:gridCol w:w="3672"/>
      </w:tblGrid>
      <w:tr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2"/>
              </w:rPr>
              <w:t>Série 1 — co · ca · cu</w:t>
            </w:r>
          </w:p>
          <w:p>
            <w:pPr>
              <w:jc w:val="center"/>
            </w:pPr>
            <w:r>
              <w:rPr>
                <w:sz w:val="44"/>
              </w:rPr>
              <w:t xml:space="preserve">🐞 🐞 🐞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[co]   [ca]   [cu]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2"/>
              </w:rPr>
              <w:t>Série 1 — co · ca · cu</w:t>
            </w:r>
          </w:p>
          <w:p>
            <w:pPr>
              <w:jc w:val="center"/>
            </w:pPr>
            <w:r>
              <w:rPr>
                <w:sz w:val="44"/>
              </w:rPr>
              <w:t xml:space="preserve">🌸 🌸 🌸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[co]   [ca]   [cu]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2"/>
              </w:rPr>
              <w:t>Série 1 — co · ca · cu</w:t>
            </w:r>
          </w:p>
          <w:p>
            <w:pPr>
              <w:jc w:val="center"/>
            </w:pPr>
            <w:r>
              <w:rPr>
                <w:sz w:val="44"/>
              </w:rPr>
              <w:t xml:space="preserve">🍀 🍀 🍀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[co]   [ca]   [cu]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b/>
                <w:sz w:val="22"/>
              </w:rPr>
              <w:t>Série 1 — co · ca · cu</w:t>
            </w:r>
          </w:p>
          <w:p>
            <w:pPr>
              <w:jc w:val="center"/>
            </w:pPr>
            <w:r>
              <w:rPr>
                <w:sz w:val="44"/>
              </w:rPr>
              <w:t xml:space="preserve">🌻 🌻 🌻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[co]   [ca]   [cu]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</w:tr>
      <w:tr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2"/>
              </w:rPr>
              <w:t>Série 2 — ta · te · ti</w:t>
            </w:r>
          </w:p>
          <w:p>
            <w:pPr>
              <w:jc w:val="center"/>
            </w:pPr>
            <w:r>
              <w:rPr>
                <w:sz w:val="44"/>
              </w:rPr>
              <w:t xml:space="preserve">🍄 🍄 🍄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[ta]   [te]   [ti]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2"/>
              </w:rPr>
              <w:t>Série 2 — ta · te · ti</w:t>
            </w:r>
          </w:p>
          <w:p>
            <w:pPr>
              <w:jc w:val="center"/>
            </w:pPr>
            <w:r>
              <w:rPr>
                <w:sz w:val="44"/>
              </w:rPr>
              <w:t xml:space="preserve">🐞 🐞 🐞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[ta]   [te]   [ti]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2"/>
              </w:rPr>
              <w:t>Série 2 — ta · te · ti</w:t>
            </w:r>
          </w:p>
          <w:p>
            <w:pPr>
              <w:jc w:val="center"/>
            </w:pPr>
            <w:r>
              <w:rPr>
                <w:sz w:val="44"/>
              </w:rPr>
              <w:t xml:space="preserve">🌺 🌺 🌺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[ta]   [te]   [ti]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2"/>
              </w:rPr>
              <w:t>Série 2 — ta · te · ti</w:t>
            </w:r>
          </w:p>
          <w:p>
            <w:pPr>
              <w:jc w:val="center"/>
            </w:pPr>
            <w:r>
              <w:rPr>
                <w:sz w:val="44"/>
              </w:rPr>
              <w:t xml:space="preserve">🌷 🌷 🌷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[ta]   [te]   [ti]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</w:tr>
      <w:tr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2"/>
              </w:rPr>
              <w:t>Série 3 — mo · me · mi</w:t>
            </w:r>
          </w:p>
          <w:p>
            <w:pPr>
              <w:jc w:val="center"/>
            </w:pPr>
            <w:r>
              <w:rPr>
                <w:sz w:val="44"/>
              </w:rPr>
              <w:t xml:space="preserve">🍎 🍎 🍎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[mo]   [me]   [mi]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2"/>
              </w:rPr>
              <w:t>Série 3 — mo · me · mi</w:t>
            </w:r>
          </w:p>
          <w:p>
            <w:pPr>
              <w:jc w:val="center"/>
            </w:pPr>
            <w:r>
              <w:rPr>
                <w:sz w:val="44"/>
              </w:rPr>
              <w:t xml:space="preserve">🐞 🐞 🐞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[mo]   [me]   [mi]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2"/>
              </w:rPr>
              <w:t>Série 3 — mo · me · mi</w:t>
            </w:r>
          </w:p>
          <w:p>
            <w:pPr>
              <w:jc w:val="center"/>
            </w:pPr>
            <w:r>
              <w:rPr>
                <w:sz w:val="44"/>
              </w:rPr>
              <w:t xml:space="preserve">🍂 🍂 🍂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[mo]   [me]   [mi]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  <w:tc>
          <w:tcPr>
            <w:tcW w:type="dxa" w:w="3672"/>
            <w:tcMar>
              <w:top w:w="120" w:type="dxa"/>
              <w:start w:w="120" w:type="dxa"/>
              <w:bottom w:w="120" w:type="dxa"/>
              <w:end w:w="12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2"/>
              </w:rPr>
              <w:t>Série 3 — mo · me · mi</w:t>
            </w:r>
          </w:p>
          <w:p>
            <w:pPr>
              <w:jc w:val="center"/>
            </w:pPr>
            <w:r>
              <w:rPr>
                <w:sz w:val="44"/>
              </w:rPr>
              <w:t xml:space="preserve">🌼 🌼 🌼 </w:t>
            </w:r>
          </w:p>
          <w:p>
            <w:pPr>
              <w:jc w:val="center"/>
            </w:pPr>
            <w:r>
              <w:rPr>
                <w:sz w:val="24"/>
              </w:rPr>
              <w:t>J'écris : ________</w:t>
            </w:r>
          </w:p>
          <w:p>
            <w:pPr>
              <w:jc w:val="center"/>
            </w:pPr>
            <w:r>
              <w:rPr>
                <w:sz w:val="24"/>
              </w:rPr>
              <w:t>[mo]   [me]   [mi]</w:t>
            </w:r>
          </w:p>
          <w:p>
            <w:pPr>
              <w:jc w:val="center"/>
            </w:pPr>
            <w:r>
              <w:rPr>
                <w:sz w:val="18"/>
              </w:rPr>
              <w:t>✅ Je relis   ✅ J'épelle</w:t>
            </w:r>
          </w:p>
        </w:tc>
      </w:tr>
    </w:tbl>
    <w:p>
      <w:pPr>
        <w:jc w:val="center"/>
      </w:pPr>
      <w:r>
        <w:rPr>
          <w:color w:val="5A5A5A"/>
          <w:sz w:val="18"/>
        </w:rPr>
        <w:t>Thème Coccinelles — CP  •  © lecoursgratuit.com</w:t>
      </w:r>
    </w:p>
    <w:p>
      <w:r>
        <w:br w:type="page"/>
      </w:r>
    </w:p>
    <w:p>
      <w:pPr>
        <w:jc w:val="center"/>
      </w:pPr>
      <w:r>
        <w:rPr>
          <w:b/>
          <w:color w:val="C80000"/>
          <w:sz w:val="40"/>
        </w:rPr>
        <w:t>Cartes à découper — Syllabes Coccinelles</w:t>
      </w:r>
    </w:p>
    <w:p>
      <w:pPr>
        <w:jc w:val="center"/>
      </w:pPr>
      <w:r>
        <w:rPr>
          <w:sz w:val="24"/>
        </w:rPr>
        <w:t>4 x 6 mini-cartes (manipulation)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6"/>
        <w:gridCol w:w="2496"/>
        <w:gridCol w:w="2496"/>
        <w:gridCol w:w="2496"/>
        <w:gridCol w:w="2496"/>
        <w:gridCol w:w="2496"/>
      </w:tblGrid>
      <w:tr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36"/>
              </w:rPr>
              <w:t xml:space="preserve">🐞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36"/>
              </w:rPr>
              <w:t xml:space="preserve">🌸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36"/>
              </w:rPr>
              <w:t xml:space="preserve">🍀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36"/>
              </w:rPr>
              <w:t xml:space="preserve">🌻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36"/>
              </w:rPr>
              <w:t xml:space="preserve">🌷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36"/>
              </w:rPr>
              <w:t xml:space="preserve">🍄  </w:t>
            </w:r>
            <w:r>
              <w:rPr>
                <w:sz w:val="24"/>
              </w:rPr>
              <w:t>[co]  [ca]  [cu]</w:t>
            </w:r>
            <w:r>
              <w:rPr>
                <w:sz w:val="24"/>
              </w:rPr>
              <w:br/>
              <w:t>_____</w:t>
            </w:r>
          </w:p>
        </w:tc>
      </w:tr>
      <w:tr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36"/>
              </w:rPr>
              <w:t xml:space="preserve">🐞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36"/>
              </w:rPr>
              <w:t xml:space="preserve">🌸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36"/>
              </w:rPr>
              <w:t xml:space="preserve">🍀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36"/>
              </w:rPr>
              <w:t xml:space="preserve">🌻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36"/>
              </w:rPr>
              <w:t xml:space="preserve">🌷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36"/>
              </w:rPr>
              <w:t xml:space="preserve">🍄  </w:t>
            </w:r>
            <w:r>
              <w:rPr>
                <w:sz w:val="24"/>
              </w:rPr>
              <w:t>[ta]  [te]  [ti]</w:t>
            </w:r>
            <w:r>
              <w:rPr>
                <w:sz w:val="24"/>
              </w:rPr>
              <w:br/>
              <w:t>_____</w:t>
            </w:r>
          </w:p>
        </w:tc>
      </w:tr>
      <w:tr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36"/>
              </w:rPr>
              <w:t xml:space="preserve">🐞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36"/>
              </w:rPr>
              <w:t xml:space="preserve">🌸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36"/>
              </w:rPr>
              <w:t xml:space="preserve">🍀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36"/>
              </w:rPr>
              <w:t xml:space="preserve">🌻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36"/>
              </w:rPr>
              <w:t xml:space="preserve">🌷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36"/>
              </w:rPr>
              <w:t xml:space="preserve">🍄  </w:t>
            </w:r>
            <w:r>
              <w:rPr>
                <w:sz w:val="24"/>
              </w:rPr>
              <w:t>[mo]  [me]  [mi]</w:t>
            </w:r>
            <w:r>
              <w:rPr>
                <w:sz w:val="24"/>
              </w:rPr>
              <w:br/>
              <w:t>_____</w:t>
            </w:r>
          </w:p>
        </w:tc>
      </w:tr>
      <w:tr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sz w:val="36"/>
              </w:rPr>
              <w:t xml:space="preserve">🐞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sz w:val="36"/>
              </w:rPr>
              <w:t xml:space="preserve">🌸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sz w:val="36"/>
              </w:rPr>
              <w:t xml:space="preserve">🍀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sz w:val="36"/>
              </w:rPr>
              <w:t xml:space="preserve">🌻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sz w:val="36"/>
              </w:rPr>
              <w:t xml:space="preserve">🌷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  <w:tc>
          <w:tcPr>
            <w:tcW w:type="dxa" w:w="2496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  <w:shd w:fill="FFE599"/>
          </w:tcPr>
          <w:p>
            <w:pPr>
              <w:jc w:val="center"/>
            </w:pPr>
            <w:r>
              <w:rPr>
                <w:sz w:val="36"/>
              </w:rPr>
              <w:t xml:space="preserve">🍄  </w:t>
            </w:r>
            <w:r>
              <w:rPr>
                <w:sz w:val="24"/>
              </w:rPr>
              <w:t>[pa]  [pe]  [pi]</w:t>
            </w:r>
            <w:r>
              <w:rPr>
                <w:sz w:val="24"/>
              </w:rPr>
              <w:br/>
              <w:t>_____</w:t>
            </w:r>
          </w:p>
        </w:tc>
      </w:tr>
    </w:tbl>
    <w:p>
      <w:pPr>
        <w:jc w:val="center"/>
      </w:pPr>
      <w:r>
        <w:rPr>
          <w:color w:val="5A5A5A"/>
          <w:sz w:val="18"/>
        </w:rPr>
        <w:t>Découpe le long des cases — Atelier manipulatif  •  © lecoursgratuit.com</w:t>
      </w:r>
    </w:p>
    <w:sectPr w:rsidR="00FC693F" w:rsidRPr="0006063C" w:rsidSect="00034616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