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285AA0"/>
          <w:sz w:val="40"/>
        </w:rPr>
        <w:t>Cartes de problèmes — CM1</w:t>
      </w:r>
    </w:p>
    <w:p>
      <w:pPr>
        <w:jc w:val="center"/>
      </w:pPr>
      <w:r>
        <w:rPr>
          <w:sz w:val="22"/>
        </w:rPr>
        <w:t>Additions &amp; soustractions · Version gamifiée pour ateliers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96"/>
        <w:gridCol w:w="4896"/>
        <w:gridCol w:w="4896"/>
      </w:tblGrid>
      <w:tr>
        <w:tc>
          <w:tcPr>
            <w:tcW w:type="dxa" w:w="4896"/>
            <w:tcMar>
              <w:top w:w="140" w:type="dxa"/>
              <w:start w:w="140" w:type="dxa"/>
              <w:bottom w:w="140" w:type="dxa"/>
              <w:end w:w="140" w:type="dxa"/>
            </w:tcMar>
            <w:vAlign w:val="center"/>
            <w:shd w:fill="FFF2CC"/>
          </w:tcPr>
          <w:p>
            <w:pPr>
              <w:jc w:val="left"/>
            </w:pPr>
            <w:r>
              <w:rPr>
                <w:b/>
                <w:sz w:val="24"/>
              </w:rPr>
              <w:t>Mission 1  ⭐</w:t>
            </w:r>
          </w:p>
          <w:p>
            <w:pPr>
              <w:jc w:val="left"/>
            </w:pPr>
            <w:r>
              <w:rPr>
                <w:sz w:val="20"/>
              </w:rPr>
              <w:t>🎒 Dans son sac, Lina a 135 billes. Son ami lui en donne 47. Combien de billes a-t-elle maintenant ?</w:t>
            </w:r>
          </w:p>
          <w:p>
            <w:pPr>
              <w:jc w:val="left"/>
            </w:pPr>
            <w:r>
              <w:rPr>
                <w:b/>
              </w:rPr>
              <w:br/>
              <w:t xml:space="preserve">Ton calcul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Ta réponse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Points gagnés : </w:t>
            </w:r>
            <w:r>
              <w:t xml:space="preserve"> ____ ⭐</w:t>
            </w:r>
          </w:p>
        </w:tc>
        <w:tc>
          <w:tcPr>
            <w:tcW w:type="dxa" w:w="4896"/>
            <w:tcMar>
              <w:top w:w="140" w:type="dxa"/>
              <w:start w:w="140" w:type="dxa"/>
              <w:bottom w:w="140" w:type="dxa"/>
              <w:end w:w="140" w:type="dxa"/>
            </w:tcMar>
            <w:vAlign w:val="center"/>
            <w:shd w:fill="D9EAD3"/>
          </w:tcPr>
          <w:p>
            <w:pPr>
              <w:jc w:val="left"/>
            </w:pPr>
            <w:r>
              <w:rPr>
                <w:b/>
                <w:sz w:val="24"/>
              </w:rPr>
              <w:t>Mission 2  ⭐</w:t>
            </w:r>
          </w:p>
          <w:p>
            <w:pPr>
              <w:jc w:val="left"/>
            </w:pPr>
            <w:r>
              <w:rPr>
                <w:sz w:val="20"/>
              </w:rPr>
              <w:t>🏟 L'équipe A marque 128 points sur un tournoi et l'équipe B en marque 95. Combien de points en tout ?</w:t>
            </w:r>
          </w:p>
          <w:p>
            <w:pPr>
              <w:jc w:val="left"/>
            </w:pPr>
            <w:r>
              <w:rPr>
                <w:b/>
              </w:rPr>
              <w:br/>
              <w:t xml:space="preserve">Ton calcul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Ta réponse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Points gagnés : </w:t>
            </w:r>
            <w:r>
              <w:t xml:space="preserve"> ____ ⭐</w:t>
            </w:r>
          </w:p>
        </w:tc>
        <w:tc>
          <w:tcPr>
            <w:tcW w:type="dxa" w:w="4896"/>
            <w:tcMar>
              <w:top w:w="140" w:type="dxa"/>
              <w:start w:w="140" w:type="dxa"/>
              <w:bottom w:w="140" w:type="dxa"/>
              <w:end w:w="140" w:type="dxa"/>
            </w:tcMar>
            <w:vAlign w:val="center"/>
            <w:shd w:fill="CFE2F3"/>
          </w:tcPr>
          <w:p>
            <w:pPr>
              <w:jc w:val="left"/>
            </w:pPr>
            <w:r>
              <w:rPr>
                <w:b/>
                <w:sz w:val="24"/>
              </w:rPr>
              <w:t>Mission 3  ⭐</w:t>
            </w:r>
          </w:p>
          <w:p>
            <w:pPr>
              <w:jc w:val="left"/>
            </w:pPr>
            <w:r>
              <w:rPr>
                <w:sz w:val="20"/>
              </w:rPr>
              <w:t>🍎 Sur un marché, un stand avait 250 pommes. Il en vend 87. Combien de pommes restent sur le stand ?</w:t>
            </w:r>
          </w:p>
          <w:p>
            <w:pPr>
              <w:jc w:val="left"/>
            </w:pPr>
            <w:r>
              <w:rPr>
                <w:b/>
              </w:rPr>
              <w:br/>
              <w:t xml:space="preserve">Ton calcul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Ta réponse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Points gagnés : </w:t>
            </w:r>
            <w:r>
              <w:t xml:space="preserve"> ____ ⭐</w:t>
            </w:r>
          </w:p>
        </w:tc>
      </w:tr>
      <w:tr>
        <w:tc>
          <w:tcPr>
            <w:tcW w:type="dxa" w:w="4896"/>
            <w:tcMar>
              <w:top w:w="140" w:type="dxa"/>
              <w:start w:w="140" w:type="dxa"/>
              <w:bottom w:w="140" w:type="dxa"/>
              <w:end w:w="140" w:type="dxa"/>
            </w:tcMar>
            <w:vAlign w:val="center"/>
            <w:shd w:fill="FCE5CD"/>
          </w:tcPr>
          <w:p>
            <w:pPr>
              <w:jc w:val="left"/>
            </w:pPr>
            <w:r>
              <w:rPr>
                <w:b/>
                <w:sz w:val="24"/>
              </w:rPr>
              <w:t>Mission 4  ⭐</w:t>
            </w:r>
          </w:p>
          <w:p>
            <w:pPr>
              <w:jc w:val="left"/>
            </w:pPr>
            <w:r>
              <w:rPr>
                <w:sz w:val="20"/>
              </w:rPr>
              <w:t>🎟 Au cinéma, il y a 180 places. 124 sont occupées. Combien de places restent libres ?</w:t>
            </w:r>
          </w:p>
          <w:p>
            <w:pPr>
              <w:jc w:val="left"/>
            </w:pPr>
            <w:r>
              <w:rPr>
                <w:b/>
              </w:rPr>
              <w:br/>
              <w:t xml:space="preserve">Ton calcul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Ta réponse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Points gagnés : </w:t>
            </w:r>
            <w:r>
              <w:t xml:space="preserve"> ____ ⭐</w:t>
            </w:r>
          </w:p>
        </w:tc>
        <w:tc>
          <w:tcPr>
            <w:tcW w:type="dxa" w:w="4896"/>
            <w:tcMar>
              <w:top w:w="140" w:type="dxa"/>
              <w:start w:w="140" w:type="dxa"/>
              <w:bottom w:w="140" w:type="dxa"/>
              <w:end w:w="140" w:type="dxa"/>
            </w:tcMar>
            <w:vAlign w:val="center"/>
            <w:shd w:fill="EAD1DC"/>
          </w:tcPr>
          <w:p>
            <w:pPr>
              <w:jc w:val="left"/>
            </w:pPr>
            <w:r>
              <w:rPr>
                <w:b/>
                <w:sz w:val="24"/>
              </w:rPr>
              <w:t>Mission 5  ⭐</w:t>
            </w:r>
          </w:p>
          <w:p>
            <w:pPr>
              <w:jc w:val="left"/>
            </w:pPr>
            <w:r>
              <w:rPr>
                <w:sz w:val="20"/>
              </w:rPr>
              <w:t>🚲 Un club de vélo organise deux sorties : 56 km le samedi et 39 km le dimanche. Quelle distance totale ont-ils parcourue ?</w:t>
            </w:r>
          </w:p>
          <w:p>
            <w:pPr>
              <w:jc w:val="left"/>
            </w:pPr>
            <w:r>
              <w:rPr>
                <w:b/>
              </w:rPr>
              <w:br/>
              <w:t xml:space="preserve">Ton calcul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Ta réponse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Points gagnés : </w:t>
            </w:r>
            <w:r>
              <w:t xml:space="preserve"> ____ ⭐</w:t>
            </w:r>
          </w:p>
        </w:tc>
        <w:tc>
          <w:tcPr>
            <w:tcW w:type="dxa" w:w="4896"/>
            <w:tcMar>
              <w:top w:w="140" w:type="dxa"/>
              <w:start w:w="140" w:type="dxa"/>
              <w:bottom w:w="140" w:type="dxa"/>
              <w:end w:w="140" w:type="dxa"/>
            </w:tcMar>
            <w:vAlign w:val="center"/>
            <w:shd w:fill="FFF2CC"/>
          </w:tcPr>
          <w:p>
            <w:pPr>
              <w:jc w:val="left"/>
            </w:pPr>
            <w:r>
              <w:rPr>
                <w:b/>
                <w:sz w:val="24"/>
              </w:rPr>
              <w:t>Mission 6  ⭐</w:t>
            </w:r>
          </w:p>
          <w:p>
            <w:pPr>
              <w:jc w:val="left"/>
            </w:pPr>
            <w:r>
              <w:rPr>
                <w:sz w:val="20"/>
              </w:rPr>
              <w:t>📚 Une classe a 320 livres. La maîtresse en prête 145 aux élèves. Combien de livres restent dans la bibliothèque de classe ?</w:t>
            </w:r>
          </w:p>
          <w:p>
            <w:pPr>
              <w:jc w:val="left"/>
            </w:pPr>
            <w:r>
              <w:rPr>
                <w:b/>
              </w:rPr>
              <w:br/>
              <w:t xml:space="preserve">Ton calcul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Ta réponse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Points gagnés : </w:t>
            </w:r>
            <w:r>
              <w:t xml:space="preserve"> ____ ⭐</w:t>
            </w:r>
          </w:p>
        </w:tc>
      </w:tr>
      <w:tr>
        <w:tc>
          <w:tcPr>
            <w:tcW w:type="dxa" w:w="4896"/>
            <w:tcMar>
              <w:top w:w="140" w:type="dxa"/>
              <w:start w:w="140" w:type="dxa"/>
              <w:bottom w:w="140" w:type="dxa"/>
              <w:end w:w="140" w:type="dxa"/>
            </w:tcMar>
            <w:vAlign w:val="center"/>
            <w:shd w:fill="D9EAD3"/>
          </w:tcPr>
          <w:p>
            <w:pPr>
              <w:jc w:val="left"/>
            </w:pPr>
            <w:r>
              <w:rPr>
                <w:b/>
                <w:sz w:val="24"/>
              </w:rPr>
              <w:t>Mission 7  ⭐</w:t>
            </w:r>
          </w:p>
          <w:p>
            <w:pPr>
              <w:jc w:val="left"/>
            </w:pPr>
            <w:r>
              <w:rPr>
                <w:sz w:val="20"/>
              </w:rPr>
              <w:t>🎂 Pour une fête, on prépare 96 petits gâteaux. On en mange 38. Combien en reste-t-il ?</w:t>
            </w:r>
          </w:p>
          <w:p>
            <w:pPr>
              <w:jc w:val="left"/>
            </w:pPr>
            <w:r>
              <w:rPr>
                <w:b/>
              </w:rPr>
              <w:br/>
              <w:t xml:space="preserve">Ton calcul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Ta réponse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Points gagnés : </w:t>
            </w:r>
            <w:r>
              <w:t xml:space="preserve"> ____ ⭐</w:t>
            </w:r>
          </w:p>
        </w:tc>
        <w:tc>
          <w:tcPr>
            <w:tcW w:type="dxa" w:w="4896"/>
            <w:tcMar>
              <w:top w:w="140" w:type="dxa"/>
              <w:start w:w="140" w:type="dxa"/>
              <w:bottom w:w="140" w:type="dxa"/>
              <w:end w:w="140" w:type="dxa"/>
            </w:tcMar>
            <w:vAlign w:val="center"/>
            <w:shd w:fill="CFE2F3"/>
          </w:tcPr>
          <w:p>
            <w:pPr>
              <w:jc w:val="left"/>
            </w:pPr>
            <w:r>
              <w:rPr>
                <w:b/>
                <w:sz w:val="24"/>
              </w:rPr>
              <w:t>Mission 8  ⭐</w:t>
            </w:r>
          </w:p>
          <w:p>
            <w:pPr>
              <w:jc w:val="left"/>
            </w:pPr>
            <w:r>
              <w:rPr>
                <w:sz w:val="20"/>
              </w:rPr>
              <w:t>🎧 Sam a économisé 75 €. Il gagne encore 48 € en gardant son petit frère. Combien d’argent a-t-il maintenant ?</w:t>
            </w:r>
          </w:p>
          <w:p>
            <w:pPr>
              <w:jc w:val="left"/>
            </w:pPr>
            <w:r>
              <w:rPr>
                <w:b/>
              </w:rPr>
              <w:br/>
              <w:t xml:space="preserve">Ton calcul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Ta réponse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Points gagnés : </w:t>
            </w:r>
            <w:r>
              <w:t xml:space="preserve"> ____ ⭐</w:t>
            </w:r>
          </w:p>
        </w:tc>
        <w:tc>
          <w:tcPr>
            <w:tcW w:type="dxa" w:w="4896"/>
            <w:tcMar>
              <w:top w:w="140" w:type="dxa"/>
              <w:start w:w="140" w:type="dxa"/>
              <w:bottom w:w="140" w:type="dxa"/>
              <w:end w:w="140" w:type="dxa"/>
            </w:tcMar>
            <w:vAlign w:val="center"/>
            <w:shd w:fill="FCE5CD"/>
          </w:tcPr>
          <w:p>
            <w:pPr>
              <w:jc w:val="left"/>
            </w:pPr>
            <w:r>
              <w:rPr>
                <w:b/>
                <w:sz w:val="24"/>
              </w:rPr>
              <w:t>Mission 9  ⭐</w:t>
            </w:r>
          </w:p>
          <w:p>
            <w:pPr>
              <w:jc w:val="left"/>
            </w:pPr>
            <w:r>
              <w:rPr>
                <w:sz w:val="20"/>
              </w:rPr>
              <w:t>⚽ Une équipe marque 234 buts sur une saison. L’année suivante, elle en marque 157. Combien de buts au total sur les deux saisons ?</w:t>
            </w:r>
          </w:p>
          <w:p>
            <w:pPr>
              <w:jc w:val="left"/>
            </w:pPr>
            <w:r>
              <w:rPr>
                <w:b/>
              </w:rPr>
              <w:br/>
              <w:t xml:space="preserve">Ton calcul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Ta réponse : </w:t>
            </w:r>
            <w:r>
              <w:t xml:space="preserve"> ________________________________</w:t>
            </w:r>
          </w:p>
          <w:p>
            <w:pPr>
              <w:jc w:val="left"/>
            </w:pPr>
            <w:r>
              <w:rPr>
                <w:b/>
              </w:rPr>
              <w:t xml:space="preserve">Points gagnés : </w:t>
            </w:r>
            <w:r>
              <w:t xml:space="preserve"> ____ ⭐</w:t>
            </w:r>
          </w:p>
        </w:tc>
      </w:tr>
    </w:tbl>
    <w:p>
      <w:pPr>
        <w:jc w:val="center"/>
      </w:pPr>
      <w:r>
        <w:rPr>
          <w:color w:val="5A5A5A"/>
          <w:sz w:val="18"/>
        </w:rPr>
        <w:t>Cartes de problèmes CM1 — à découper et plastifier  •  © lecoursgratuit.com</w:t>
      </w:r>
    </w:p>
    <w:sectPr w:rsidR="00FC693F" w:rsidRPr="0006063C" w:rsidSect="00034616">
      <w:pgSz w:w="15840" w:h="12240" w:orient="landscape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