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Calibri" w:hAnsi="Calibri"/>
          <w:b/>
          <w:sz w:val="32"/>
        </w:rPr>
        <w:t>BULLETIN D’ADHÉSION – VERSION DESIGN</w:t>
      </w:r>
    </w:p>
    <w:p>
      <w:pPr>
        <w:jc w:val="center"/>
      </w:pPr>
      <w:r>
        <w:rPr>
          <w:rFonts w:ascii="Calibri" w:hAnsi="Calibri"/>
          <w:b w:val="0"/>
          <w:sz w:val="18"/>
        </w:rPr>
        <w:t>À compléter en lettres lisibles et à retourner à l’association</w:t>
      </w:r>
    </w:p>
    <w:p/>
    <w:tbl>
      <w:tblPr>
        <w:tblStyle w:val="TableGrid"/>
        <w:tblW w:type="auto" w:w="0"/>
        <w:tblLook w:firstColumn="1" w:firstRow="1" w:lastColumn="0" w:lastRow="0" w:noHBand="0" w:noVBand="1" w:val="04A0"/>
      </w:tblPr>
      <w:tblGrid>
        <w:gridCol w:w="5270"/>
        <w:gridCol w:w="5270"/>
      </w:tblGrid>
      <w:tr>
        <w:tc>
          <w:tcPr>
            <w:tcW w:type="dxa" w:w="5270"/>
            <w:shd w:fill="FCE4D6" w:val="clear"/>
          </w:tcPr>
          <w:p>
            <w:r>
              <w:rPr>
                <w:rFonts w:ascii="Calibri" w:hAnsi="Calibri"/>
                <w:b/>
                <w:sz w:val="22"/>
              </w:rPr>
              <w:t>Association :</w:t>
            </w:r>
          </w:p>
        </w:tc>
        <w:tc>
          <w:tcPr>
            <w:tcW w:type="dxa" w:w="5270"/>
            <w:shd w:fill="FCE4D6" w:val="clear"/>
          </w:tcPr>
          <w:p>
            <w:r>
              <w:rPr>
                <w:rFonts w:ascii="Calibri" w:hAnsi="Calibri"/>
                <w:b w:val="0"/>
                <w:sz w:val="22"/>
              </w:rPr>
              <w:t>............................................................................................</w:t>
            </w:r>
          </w:p>
        </w:tc>
      </w:tr>
      <w:tr>
        <w:tc>
          <w:tcPr>
            <w:tcW w:type="dxa" w:w="5270"/>
          </w:tcPr>
          <w:p>
            <w:r>
              <w:rPr>
                <w:rFonts w:ascii="Calibri" w:hAnsi="Calibri"/>
                <w:b/>
                <w:sz w:val="22"/>
              </w:rPr>
              <w:t>Exercice :</w:t>
            </w:r>
          </w:p>
        </w:tc>
        <w:tc>
          <w:tcPr>
            <w:tcW w:type="dxa" w:w="5270"/>
          </w:tcPr>
          <w:p>
            <w:r>
              <w:rPr>
                <w:rFonts w:ascii="Calibri" w:hAnsi="Calibri"/>
                <w:b w:val="0"/>
                <w:sz w:val="22"/>
              </w:rPr>
              <w:t>............................................................................................</w:t>
            </w:r>
          </w:p>
        </w:tc>
      </w:tr>
    </w:tbl>
    <w:p/>
    <w:p>
      <w:r>
        <w:rPr>
          <w:rFonts w:ascii="Calibri" w:hAnsi="Calibri"/>
          <w:b/>
          <w:sz w:val="24"/>
        </w:rPr>
        <w:t>1. Identité de l’adhérent</w:t>
      </w:r>
    </w:p>
    <w:tbl>
      <w:tblPr>
        <w:tblStyle w:val="TableGrid"/>
        <w:tblW w:type="auto" w:w="0"/>
        <w:tblLook w:firstColumn="1" w:firstRow="1" w:lastColumn="0" w:lastRow="0" w:noHBand="0" w:noVBand="1" w:val="04A0"/>
      </w:tblPr>
      <w:tblGrid>
        <w:gridCol w:w="5270"/>
        <w:gridCol w:w="5270"/>
      </w:tblGrid>
      <w:tr>
        <w:tc>
          <w:tcPr>
            <w:tcW w:type="dxa" w:w="5270"/>
          </w:tcPr>
          <w:p>
            <w:r>
              <w:rPr>
                <w:rFonts w:ascii="Calibri" w:hAnsi="Calibri"/>
                <w:b/>
                <w:sz w:val="22"/>
              </w:rPr>
              <w:t>Nom :</w:t>
            </w:r>
          </w:p>
        </w:tc>
        <w:tc>
          <w:tcPr>
            <w:tcW w:type="dxa" w:w="5270"/>
          </w:tcPr>
          <w:p>
            <w:r>
              <w:rPr>
                <w:rFonts w:ascii="Calibri" w:hAnsi="Calibri"/>
                <w:b w:val="0"/>
                <w:sz w:val="22"/>
              </w:rPr>
            </w:r>
          </w:p>
        </w:tc>
      </w:tr>
      <w:tr>
        <w:tc>
          <w:tcPr>
            <w:tcW w:type="dxa" w:w="5270"/>
          </w:tcPr>
          <w:p>
            <w:r>
              <w:rPr>
                <w:rFonts w:ascii="Calibri" w:hAnsi="Calibri"/>
                <w:b/>
                <w:sz w:val="22"/>
              </w:rPr>
              <w:t>Prénom :</w:t>
            </w:r>
          </w:p>
        </w:tc>
        <w:tc>
          <w:tcPr>
            <w:tcW w:type="dxa" w:w="5270"/>
          </w:tcPr>
          <w:p>
            <w:r>
              <w:rPr>
                <w:rFonts w:ascii="Calibri" w:hAnsi="Calibri"/>
                <w:b w:val="0"/>
                <w:sz w:val="22"/>
              </w:rPr>
            </w:r>
          </w:p>
        </w:tc>
      </w:tr>
      <w:tr>
        <w:tc>
          <w:tcPr>
            <w:tcW w:type="dxa" w:w="5270"/>
          </w:tcPr>
          <w:p>
            <w:r>
              <w:rPr>
                <w:rFonts w:ascii="Calibri" w:hAnsi="Calibri"/>
                <w:b/>
                <w:sz w:val="22"/>
              </w:rPr>
              <w:t>Date de naissance :</w:t>
            </w:r>
          </w:p>
        </w:tc>
        <w:tc>
          <w:tcPr>
            <w:tcW w:type="dxa" w:w="5270"/>
          </w:tcPr>
          <w:p>
            <w:r>
              <w:rPr>
                <w:rFonts w:ascii="Calibri" w:hAnsi="Calibri"/>
                <w:b w:val="0"/>
                <w:sz w:val="22"/>
              </w:rPr>
            </w:r>
          </w:p>
        </w:tc>
      </w:tr>
      <w:tr>
        <w:tc>
          <w:tcPr>
            <w:tcW w:type="dxa" w:w="5270"/>
          </w:tcPr>
          <w:p>
            <w:r>
              <w:rPr>
                <w:rFonts w:ascii="Calibri" w:hAnsi="Calibri"/>
                <w:b/>
                <w:sz w:val="22"/>
              </w:rPr>
              <w:t>Adresse :</w:t>
            </w:r>
          </w:p>
        </w:tc>
        <w:tc>
          <w:tcPr>
            <w:tcW w:type="dxa" w:w="5270"/>
          </w:tcPr>
          <w:p>
            <w:r>
              <w:rPr>
                <w:rFonts w:ascii="Calibri" w:hAnsi="Calibri"/>
                <w:b w:val="0"/>
                <w:sz w:val="22"/>
              </w:rPr>
            </w:r>
          </w:p>
        </w:tc>
      </w:tr>
      <w:tr>
        <w:tc>
          <w:tcPr>
            <w:tcW w:type="dxa" w:w="5270"/>
          </w:tcPr>
          <w:p>
            <w:r>
              <w:rPr>
                <w:rFonts w:ascii="Calibri" w:hAnsi="Calibri"/>
                <w:b/>
                <w:sz w:val="22"/>
              </w:rPr>
              <w:t>Code postal / Ville :</w:t>
            </w:r>
          </w:p>
        </w:tc>
        <w:tc>
          <w:tcPr>
            <w:tcW w:type="dxa" w:w="5270"/>
          </w:tcPr>
          <w:p>
            <w:r>
              <w:t>.............................................. / ....................................................</w:t>
            </w:r>
          </w:p>
        </w:tc>
      </w:tr>
    </w:tbl>
    <w:p/>
    <w:p>
      <w:r>
        <w:rPr>
          <w:rFonts w:ascii="Calibri" w:hAnsi="Calibri"/>
          <w:b/>
          <w:sz w:val="24"/>
        </w:rPr>
        <w:t>2. Coordonnées de contact</w:t>
      </w:r>
    </w:p>
    <w:tbl>
      <w:tblPr>
        <w:tblStyle w:val="TableGrid"/>
        <w:tblW w:type="auto" w:w="0"/>
        <w:tblLook w:firstColumn="1" w:firstRow="1" w:lastColumn="0" w:lastRow="0" w:noHBand="0" w:noVBand="1" w:val="04A0"/>
      </w:tblPr>
      <w:tblGrid>
        <w:gridCol w:w="5270"/>
        <w:gridCol w:w="5270"/>
      </w:tblGrid>
      <w:tr>
        <w:tc>
          <w:tcPr>
            <w:tcW w:type="dxa" w:w="5270"/>
          </w:tcPr>
          <w:p>
            <w:r>
              <w:rPr>
                <w:rFonts w:ascii="Calibri" w:hAnsi="Calibri"/>
                <w:b/>
                <w:sz w:val="22"/>
              </w:rPr>
              <w:t>Téléphone :</w:t>
            </w:r>
          </w:p>
        </w:tc>
        <w:tc>
          <w:tcPr>
            <w:tcW w:type="dxa" w:w="5270"/>
          </w:tcPr>
          <w:p>
            <w:r>
              <w:rPr>
                <w:rFonts w:ascii="Calibri" w:hAnsi="Calibri"/>
                <w:b w:val="0"/>
                <w:sz w:val="22"/>
              </w:rPr>
            </w:r>
          </w:p>
        </w:tc>
      </w:tr>
      <w:tr>
        <w:tc>
          <w:tcPr>
            <w:tcW w:type="dxa" w:w="5270"/>
          </w:tcPr>
          <w:p>
            <w:r>
              <w:rPr>
                <w:rFonts w:ascii="Calibri" w:hAnsi="Calibri"/>
                <w:b/>
                <w:sz w:val="22"/>
              </w:rPr>
              <w:t>E-mail :</w:t>
            </w:r>
          </w:p>
        </w:tc>
        <w:tc>
          <w:tcPr>
            <w:tcW w:type="dxa" w:w="5270"/>
          </w:tcPr>
          <w:p>
            <w:r>
              <w:rPr>
                <w:rFonts w:ascii="Calibri" w:hAnsi="Calibri"/>
                <w:b w:val="0"/>
                <w:sz w:val="22"/>
              </w:rPr>
            </w:r>
          </w:p>
        </w:tc>
      </w:tr>
    </w:tbl>
    <w:p/>
    <w:p>
      <w:r>
        <w:rPr>
          <w:rFonts w:ascii="Calibri" w:hAnsi="Calibri"/>
          <w:b/>
          <w:sz w:val="24"/>
        </w:rPr>
        <w:t>3. Formule d’adhésion</w:t>
      </w:r>
    </w:p>
    <w:tbl>
      <w:tblPr>
        <w:tblW w:type="auto" w:w="0"/>
        <w:tblLook w:firstColumn="1" w:firstRow="1" w:lastColumn="0" w:lastRow="0" w:noHBand="0" w:noVBand="1" w:val="04A0"/>
      </w:tblPr>
      <w:tblGrid>
        <w:gridCol w:w="10540"/>
      </w:tblGrid>
      <w:tr>
        <w:tc>
          <w:tcPr>
            <w:tcW w:type="dxa" w:w="10540"/>
            <w:shd w:fill="E2F0D9" w:val="clear"/>
          </w:tcPr>
          <w:p>
            <w:r>
              <w:rPr>
                <w:rFonts w:ascii="Calibri" w:hAnsi="Calibri"/>
                <w:b w:val="0"/>
                <w:sz w:val="20"/>
              </w:rPr>
              <w:t>☐ Adhésion individuelle      ☐ Adhésion familiale      ☐ Adhésion de soutien      ☐ Adhésion bienfaiteur</w:t>
            </w:r>
          </w:p>
        </w:tc>
      </w:tr>
      <w:tr>
        <w:tc>
          <w:tcPr>
            <w:tcW w:type="dxa" w:w="10540"/>
            <w:shd w:fill="E2F0D9" w:val="clear"/>
          </w:tcPr>
          <w:p>
            <w:r>
              <w:rPr>
                <w:rFonts w:ascii="Calibri" w:hAnsi="Calibri"/>
                <w:b w:val="0"/>
                <w:sz w:val="20"/>
              </w:rPr>
              <w:t>Montant de la cotisation : .......................... €</w:t>
            </w:r>
          </w:p>
        </w:tc>
      </w:tr>
      <w:tr>
        <w:tc>
          <w:tcPr>
            <w:tcW w:type="dxa" w:w="10540"/>
            <w:shd w:fill="E2F0D9" w:val="clear"/>
          </w:tcPr>
          <w:p>
            <w:r>
              <w:rPr>
                <w:rFonts w:ascii="Calibri" w:hAnsi="Calibri"/>
                <w:b w:val="0"/>
                <w:sz w:val="20"/>
              </w:rPr>
              <w:t>Montant éventuel du don : .......................... €</w:t>
            </w:r>
          </w:p>
        </w:tc>
      </w:tr>
    </w:tbl>
    <w:p/>
    <w:p>
      <w:r>
        <w:rPr>
          <w:rFonts w:ascii="Calibri" w:hAnsi="Calibri"/>
          <w:b/>
          <w:sz w:val="24"/>
        </w:rPr>
        <w:t>4. Règlement</w:t>
      </w:r>
    </w:p>
    <w:p>
      <w:r>
        <w:rPr>
          <w:rFonts w:ascii="Calibri" w:hAnsi="Calibri"/>
          <w:b w:val="0"/>
          <w:sz w:val="20"/>
        </w:rPr>
        <w:t>☐ Chèque à l’ordre de : ........................................................</w:t>
      </w:r>
    </w:p>
    <w:p>
      <w:r>
        <w:rPr>
          <w:rFonts w:ascii="Calibri" w:hAnsi="Calibri"/>
          <w:b w:val="0"/>
          <w:sz w:val="20"/>
        </w:rPr>
        <w:t>☐ Virement (IBAN : ........................................................)</w:t>
      </w:r>
    </w:p>
    <w:p>
      <w:r>
        <w:rPr>
          <w:rFonts w:ascii="Calibri" w:hAnsi="Calibri"/>
          <w:b w:val="0"/>
          <w:sz w:val="20"/>
        </w:rPr>
        <w:t>☐ Espèces (remise contre reçu interne)</w:t>
      </w:r>
    </w:p>
    <w:p/>
    <w:p>
      <w:r>
        <w:rPr>
          <w:rFonts w:ascii="Calibri" w:hAnsi="Calibri"/>
          <w:b/>
          <w:sz w:val="24"/>
        </w:rPr>
        <w:t>5. Données personnelles et consentements</w:t>
      </w:r>
    </w:p>
    <w:p>
      <w:pPr>
        <w:spacing w:after="80"/>
      </w:pPr>
      <w:r>
        <w:rPr>
          <w:rFonts w:ascii="Calibri" w:hAnsi="Calibri"/>
          <w:b w:val="0"/>
          <w:sz w:val="18"/>
        </w:rPr>
        <w:t>Les informations communiquées sont utilisées pour la gestion des adhésions et des activités de l’association. Elles ne sont ni cédées ni vendues. Vous pouvez exercer vos droits d’accès, de rectification et de suppression en écrivant à : ..................................................</w:t>
      </w:r>
    </w:p>
    <w:p>
      <w:r>
        <w:rPr>
          <w:rFonts w:ascii="Calibri" w:hAnsi="Calibri"/>
          <w:b w:val="0"/>
          <w:sz w:val="18"/>
        </w:rPr>
        <w:t>☐ J’accepte de recevoir les informations de l’association par e-mail.</w:t>
      </w:r>
    </w:p>
    <w:p>
      <w:r>
        <w:rPr>
          <w:rFonts w:ascii="Calibri" w:hAnsi="Calibri"/>
          <w:b w:val="0"/>
          <w:sz w:val="18"/>
        </w:rPr>
        <w:t>☐ J’autorise l’utilisation de mon image dans les supports de communication de l’association.</w:t>
      </w:r>
    </w:p>
    <w:p/>
    <w:p>
      <w:pPr>
        <w:spacing w:after="120"/>
      </w:pPr>
      <w:r>
        <w:rPr>
          <w:rFonts w:ascii="Calibri" w:hAnsi="Calibri"/>
          <w:b w:val="0"/>
          <w:sz w:val="20"/>
        </w:rPr>
        <w:t>Fait à ..........................................................., le ......... / ......... / ..........</w:t>
      </w:r>
    </w:p>
    <w:p>
      <w:r>
        <w:rPr>
          <w:rFonts w:ascii="Calibri" w:hAnsi="Calibri"/>
          <w:b w:val="0"/>
          <w:sz w:val="20"/>
        </w:rPr>
        <w:t>Signature de l’adhérent :</w:t>
      </w:r>
    </w:p>
    <w:p>
      <w:r>
        <w:t xml:space="preserve">                                                  _____________________________</w:t>
      </w:r>
    </w:p>
    <w:sectPr w:rsidR="00FC693F" w:rsidRPr="0006063C" w:rsidSect="00034616">
      <w:footerReference w:type="default" r:id="rId9"/>
      <w:pgSz w:w="12240" w:h="15840"/>
      <w:pgMar w:top="850" w:right="850" w:bottom="850" w:left="8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Calibri" w:hAnsi="Calibri"/>
        <w:b w:val="0"/>
        <w:sz w:val="16"/>
      </w:rPr>
      <w:t>Bulletin d’adhésion – modèle design blocs – lecoursgratuit.com</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