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0070C0" w:val="clear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36"/>
              </w:rPr>
              <w:t>BULLETIN D’ADHÉSION</w:t>
            </w:r>
          </w:p>
          <w:p>
            <w:pPr>
              <w:jc w:val="center"/>
            </w:pPr>
            <w:r>
              <w:rPr>
                <w:rFonts w:ascii="Calibri" w:hAnsi="Calibri"/>
                <w:b w:val="0"/>
                <w:color w:val="FFFFFF"/>
                <w:sz w:val="22"/>
              </w:rPr>
              <w:t>Exercice : ............... / ...............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  <w:shd w:fill="00B0F0" w:val="clear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28"/>
              </w:rPr>
              <w:t>ADHÉSION</w:t>
              <w:br/>
              <w:br/>
              <w:t>ASSOCIATION</w:t>
            </w:r>
          </w:p>
        </w:tc>
        <w:tc>
          <w:tcPr>
            <w:tcW w:type="dxa" w:w="5270"/>
          </w:tcPr>
          <w:p/>
          <w:p>
            <w:r>
              <w:rPr>
                <w:rFonts w:ascii="Calibri" w:hAnsi="Calibri"/>
                <w:b/>
                <w:sz w:val="22"/>
              </w:rPr>
              <w:t xml:space="preserve">Association : </w:t>
            </w:r>
            <w:r>
              <w:rPr>
                <w:rFonts w:ascii="Calibri" w:hAnsi="Calibri"/>
                <w:b w:val="0"/>
                <w:sz w:val="22"/>
              </w:rPr>
              <w:t>.................................................................</w:t>
            </w:r>
          </w:p>
          <w:p>
            <w:r>
              <w:rPr>
                <w:rFonts w:ascii="Calibri" w:hAnsi="Calibri"/>
                <w:b/>
                <w:sz w:val="22"/>
              </w:rPr>
              <w:t xml:space="preserve">Adresse : </w:t>
            </w:r>
            <w:r>
              <w:rPr>
                <w:rFonts w:ascii="Calibri" w:hAnsi="Calibri"/>
                <w:b w:val="0"/>
                <w:sz w:val="22"/>
              </w:rPr>
              <w:t>................................................................................................................</w:t>
            </w:r>
          </w:p>
          <w:p>
            <w:r>
              <w:rPr>
                <w:rFonts w:ascii="Calibri" w:hAnsi="Calibri"/>
                <w:b/>
                <w:sz w:val="22"/>
              </w:rPr>
              <w:t xml:space="preserve">Téléphone / e-mail : </w:t>
            </w:r>
            <w:r>
              <w:rPr>
                <w:rFonts w:ascii="Calibri" w:hAnsi="Calibri"/>
                <w:b w:val="0"/>
                <w:sz w:val="22"/>
              </w:rPr>
              <w:t>....................................................................................</w:t>
            </w:r>
          </w:p>
          <w:p/>
          <w:p>
            <w:r>
              <w:rPr>
                <w:rFonts w:ascii="Calibri" w:hAnsi="Calibri"/>
                <w:b/>
                <w:sz w:val="24"/>
              </w:rPr>
              <w:t>1. Identité de l’adhérent</w:t>
            </w:r>
          </w:p>
          <w:p>
            <w:pPr>
              <w:spacing w:after="40"/>
            </w:pPr>
            <w:r>
              <w:t>Nom : ....................................................................................................................</w:t>
            </w:r>
          </w:p>
          <w:p>
            <w:pPr>
              <w:spacing w:after="40"/>
            </w:pPr>
            <w:r>
              <w:t>Prénom : ...............................................................................................................</w:t>
            </w:r>
          </w:p>
          <w:p>
            <w:pPr>
              <w:spacing w:after="40"/>
            </w:pPr>
            <w:r>
              <w:t>Date de naissance : ......... / ......... / ..........    Lieu : ........................................................</w:t>
            </w:r>
          </w:p>
          <w:p>
            <w:pPr>
              <w:spacing w:after="40"/>
            </w:pPr>
            <w:r>
              <w:t>Adresse : ...............................................................................................................</w:t>
            </w:r>
          </w:p>
          <w:p>
            <w:pPr>
              <w:spacing w:after="40"/>
            </w:pPr>
            <w:r>
              <w:t>Code postal : ..........................   Ville : ....................................................................</w:t>
            </w:r>
          </w:p>
          <w:p>
            <w:pPr>
              <w:spacing w:after="40"/>
            </w:pPr>
            <w:r>
              <w:t>Téléphone : ...........................................................................................................</w:t>
            </w:r>
          </w:p>
          <w:p>
            <w:pPr>
              <w:spacing w:after="40"/>
            </w:pPr>
            <w:r>
              <w:t>E-mail : ...............................................................................................................</w:t>
            </w:r>
          </w:p>
          <w:p/>
          <w:p>
            <w:r>
              <w:rPr>
                <w:rFonts w:ascii="Calibri" w:hAnsi="Calibri"/>
                <w:b/>
                <w:sz w:val="24"/>
              </w:rPr>
              <w:t>2. Formule choisie</w:t>
            </w:r>
          </w:p>
          <w:p>
            <w:r>
              <w:rPr>
                <w:rFonts w:ascii="Calibri" w:hAnsi="Calibri"/>
                <w:b w:val="0"/>
                <w:sz w:val="22"/>
              </w:rPr>
              <w:t xml:space="preserve">   ☐ Adhésion individuelle</w:t>
            </w:r>
          </w:p>
          <w:p>
            <w:r>
              <w:rPr>
                <w:rFonts w:ascii="Calibri" w:hAnsi="Calibri"/>
                <w:b w:val="0"/>
                <w:sz w:val="22"/>
              </w:rPr>
              <w:t xml:space="preserve">   ☐ Adhésion familiale</w:t>
            </w:r>
          </w:p>
          <w:p>
            <w:r>
              <w:rPr>
                <w:rFonts w:ascii="Calibri" w:hAnsi="Calibri"/>
                <w:b w:val="0"/>
                <w:sz w:val="22"/>
              </w:rPr>
              <w:t xml:space="preserve">   ☐ Adhésion de soutien</w:t>
            </w:r>
          </w:p>
          <w:p>
            <w:r>
              <w:rPr>
                <w:rFonts w:ascii="Calibri" w:hAnsi="Calibri"/>
                <w:b w:val="0"/>
                <w:sz w:val="22"/>
              </w:rPr>
              <w:t xml:space="preserve">   ☐ Adhésion bienfaiteur</w:t>
            </w:r>
          </w:p>
          <w:p>
            <w:r>
              <w:rPr>
                <w:rFonts w:ascii="Calibri" w:hAnsi="Calibri"/>
                <w:b w:val="0"/>
                <w:sz w:val="22"/>
              </w:rPr>
              <w:t>Montant de la cotisation : .......................... €</w:t>
            </w:r>
          </w:p>
          <w:p>
            <w:r>
              <w:rPr>
                <w:rFonts w:ascii="Calibri" w:hAnsi="Calibri"/>
                <w:b w:val="0"/>
                <w:sz w:val="22"/>
              </w:rPr>
              <w:t>Montant éventuel du don en plus de la cotisation : .......................... €</w:t>
            </w:r>
          </w:p>
          <w:p/>
          <w:p>
            <w:r>
              <w:rPr>
                <w:rFonts w:ascii="Calibri" w:hAnsi="Calibri"/>
                <w:b/>
                <w:sz w:val="24"/>
              </w:rPr>
              <w:t>3. Règlement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fill="E7F3FF" w:val="clear"/>
          </w:tcPr>
          <w:p>
            <w:r>
              <w:rPr>
                <w:rFonts w:ascii="Calibri" w:hAnsi="Calibri"/>
                <w:b w:val="0"/>
                <w:sz w:val="20"/>
              </w:rPr>
              <w:t>☐ Chèque à l’ordre de : ........................................................</w:t>
            </w:r>
          </w:p>
        </w:tc>
      </w:tr>
      <w:tr>
        <w:tc>
          <w:tcPr>
            <w:tcW w:type="dxa" w:w="10540"/>
            <w:shd w:fill="E7F3FF" w:val="clear"/>
          </w:tcPr>
          <w:p>
            <w:r>
              <w:rPr>
                <w:rFonts w:ascii="Calibri" w:hAnsi="Calibri"/>
                <w:b w:val="0"/>
                <w:sz w:val="20"/>
              </w:rPr>
              <w:t>☐ Virement bancaire (IBAN : ........................................................)</w:t>
            </w:r>
          </w:p>
        </w:tc>
      </w:tr>
      <w:tr>
        <w:tc>
          <w:tcPr>
            <w:tcW w:type="dxa" w:w="10540"/>
            <w:shd w:fill="E7F3FF" w:val="clear"/>
          </w:tcPr>
          <w:p>
            <w:r>
              <w:rPr>
                <w:rFonts w:ascii="Calibri" w:hAnsi="Calibri"/>
                <w:b w:val="0"/>
                <w:sz w:val="20"/>
              </w:rPr>
              <w:t>☐ Espèces (remise contre reçu interne)</w:t>
            </w:r>
          </w:p>
        </w:tc>
      </w:tr>
    </w:tbl>
    <w:p/>
    <w:p>
      <w:r>
        <w:rPr>
          <w:rFonts w:ascii="Calibri" w:hAnsi="Calibri"/>
          <w:b/>
          <w:sz w:val="24"/>
        </w:rPr>
        <w:t>4. Données personnelles et autorisations</w:t>
      </w:r>
    </w:p>
    <w:p>
      <w:pPr>
        <w:spacing w:after="80"/>
      </w:pPr>
      <w:r>
        <w:rPr>
          <w:rFonts w:ascii="Calibri" w:hAnsi="Calibri"/>
          <w:b w:val="0"/>
          <w:sz w:val="18"/>
        </w:rPr>
        <w:t>Les informations recueillies sont nécessaires pour la gestion des adhésions et de la vie associative. Elles sont réservées à l’usage interne de l’association. Vous disposez d’un droit d’accès, de rectification et de suppression de vos données (contact : ...................................................).</w:t>
      </w:r>
    </w:p>
    <w:p>
      <w:r>
        <w:rPr>
          <w:rFonts w:ascii="Calibri" w:hAnsi="Calibri"/>
          <w:b w:val="0"/>
          <w:sz w:val="18"/>
        </w:rPr>
        <w:t>☐ J’accepte de recevoir les informations et actualités de l’association par e-mail.</w:t>
      </w:r>
    </w:p>
    <w:p>
      <w:r>
        <w:rPr>
          <w:rFonts w:ascii="Calibri" w:hAnsi="Calibri"/>
          <w:b w:val="0"/>
          <w:sz w:val="18"/>
        </w:rPr>
        <w:t>☐ J’autorise l’utilisation de mon image dans les supports de communication de l’association.</w:t>
      </w:r>
    </w:p>
    <w:p/>
    <w:p>
      <w:pPr>
        <w:spacing w:after="120"/>
      </w:pPr>
      <w:r>
        <w:rPr>
          <w:rFonts w:ascii="Calibri" w:hAnsi="Calibri"/>
          <w:b w:val="0"/>
          <w:sz w:val="20"/>
        </w:rPr>
        <w:t>Fait à ..........................................................., le ......... / ......... / ..........</w:t>
      </w:r>
    </w:p>
    <w:p>
      <w:r>
        <w:rPr>
          <w:rFonts w:ascii="Calibri" w:hAnsi="Calibri"/>
          <w:b w:val="0"/>
          <w:sz w:val="20"/>
        </w:rPr>
        <w:t>Signature de l’adhérent :</w:t>
      </w:r>
    </w:p>
    <w:p>
      <w:r>
        <w:t xml:space="preserve">                                                  _____________________________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b w:val="0"/>
        <w:sz w:val="16"/>
      </w:rPr>
      <w:t>Bulletin d’adhésion – modèle avec design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