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Calibri" w:hAnsi="Calibri"/>
          <w:b/>
          <w:sz w:val="32"/>
        </w:rPr>
        <w:t>BULLETIN D’ADHÉSION</w:t>
        <w:br/>
        <w:t>À L’ASSOCIATION</w:t>
      </w:r>
    </w:p>
    <w:p>
      <w:pPr>
        <w:jc w:val="center"/>
      </w:pPr>
      <w:r>
        <w:rPr>
          <w:rFonts w:ascii="Calibri" w:hAnsi="Calibri"/>
          <w:b w:val="0"/>
          <w:sz w:val="22"/>
        </w:rPr>
        <w:t>Exercice : ............... / ...............</w:t>
      </w:r>
    </w:p>
    <w:p/>
    <w:p>
      <w:r>
        <w:rPr>
          <w:rFonts w:ascii="Calibri" w:hAnsi="Calibri"/>
          <w:b/>
          <w:sz w:val="22"/>
        </w:rPr>
        <w:t xml:space="preserve">Association : </w:t>
      </w:r>
      <w:r>
        <w:rPr>
          <w:rFonts w:ascii="Calibri" w:hAnsi="Calibri"/>
          <w:b w:val="0"/>
          <w:sz w:val="22"/>
        </w:rPr>
        <w:t>.................................................................</w:t>
      </w:r>
    </w:p>
    <w:p>
      <w:r>
        <w:rPr>
          <w:rFonts w:ascii="Calibri" w:hAnsi="Calibri"/>
          <w:b/>
          <w:sz w:val="22"/>
        </w:rPr>
        <w:t xml:space="preserve">Adresse : </w:t>
      </w:r>
      <w:r>
        <w:rPr>
          <w:rFonts w:ascii="Calibri" w:hAnsi="Calibri"/>
          <w:b w:val="0"/>
          <w:sz w:val="22"/>
        </w:rPr>
        <w:t>................................................................................................................</w:t>
      </w:r>
    </w:p>
    <w:p>
      <w:r>
        <w:rPr>
          <w:rFonts w:ascii="Calibri" w:hAnsi="Calibri"/>
          <w:b/>
          <w:sz w:val="22"/>
        </w:rPr>
        <w:t xml:space="preserve">SIRET (le cas échéant) : </w:t>
      </w:r>
      <w:r>
        <w:rPr>
          <w:rFonts w:ascii="Calibri" w:hAnsi="Calibri"/>
          <w:b w:val="0"/>
          <w:sz w:val="22"/>
        </w:rPr>
        <w:t>........................................</w:t>
      </w:r>
    </w:p>
    <w:p/>
    <w:p>
      <w:r>
        <w:rPr>
          <w:rFonts w:ascii="Calibri" w:hAnsi="Calibri"/>
          <w:b/>
          <w:sz w:val="24"/>
        </w:rPr>
        <w:t>1. Coordonnées de l’adhérent</w:t>
      </w:r>
    </w:p>
    <w:p>
      <w:pPr>
        <w:spacing w:after="40"/>
      </w:pPr>
      <w:r>
        <w:t>Nom : ....................................................................................................................</w:t>
      </w:r>
    </w:p>
    <w:p>
      <w:pPr>
        <w:spacing w:after="40"/>
      </w:pPr>
      <w:r>
        <w:t>Prénom : ...............................................................................................................</w:t>
      </w:r>
    </w:p>
    <w:p>
      <w:pPr>
        <w:spacing w:after="40"/>
      </w:pPr>
      <w:r>
        <w:t>Date de naissance : ......... / ......... / ..........    Lieu : ........................................................</w:t>
      </w:r>
    </w:p>
    <w:p>
      <w:pPr>
        <w:spacing w:after="40"/>
      </w:pPr>
      <w:r>
        <w:t>Adresse : ...............................................................................................................</w:t>
      </w:r>
    </w:p>
    <w:p>
      <w:pPr>
        <w:spacing w:after="40"/>
      </w:pPr>
      <w:r>
        <w:t>Code postal : ..........................   Ville : ....................................................................</w:t>
      </w:r>
    </w:p>
    <w:p>
      <w:pPr>
        <w:spacing w:after="40"/>
      </w:pPr>
      <w:r>
        <w:t>Téléphone : ...........................................................................................................</w:t>
      </w:r>
    </w:p>
    <w:p>
      <w:pPr>
        <w:spacing w:after="40"/>
      </w:pPr>
      <w:r>
        <w:t>E-mail : ...............................................................................................................</w:t>
      </w:r>
    </w:p>
    <w:p/>
    <w:p>
      <w:r>
        <w:rPr>
          <w:rFonts w:ascii="Calibri" w:hAnsi="Calibri"/>
          <w:b/>
          <w:sz w:val="24"/>
        </w:rPr>
        <w:t>2. Type d’adhésion</w:t>
      </w:r>
    </w:p>
    <w:p>
      <w:pPr>
        <w:spacing w:after="20"/>
      </w:pPr>
      <w:r>
        <w:rPr>
          <w:rFonts w:ascii="Calibri" w:hAnsi="Calibri"/>
          <w:b w:val="0"/>
          <w:sz w:val="22"/>
        </w:rPr>
        <w:t xml:space="preserve">   ☐ Adhésion individuelle</w:t>
      </w:r>
    </w:p>
    <w:p>
      <w:pPr>
        <w:spacing w:after="20"/>
      </w:pPr>
      <w:r>
        <w:rPr>
          <w:rFonts w:ascii="Calibri" w:hAnsi="Calibri"/>
          <w:b w:val="0"/>
          <w:sz w:val="22"/>
        </w:rPr>
        <w:t xml:space="preserve">   ☐ Adhésion familiale</w:t>
      </w:r>
    </w:p>
    <w:p>
      <w:pPr>
        <w:spacing w:after="20"/>
      </w:pPr>
      <w:r>
        <w:rPr>
          <w:rFonts w:ascii="Calibri" w:hAnsi="Calibri"/>
          <w:b w:val="0"/>
          <w:sz w:val="22"/>
        </w:rPr>
        <w:t xml:space="preserve">   ☐ Adhésion de soutien</w:t>
      </w:r>
    </w:p>
    <w:p>
      <w:pPr>
        <w:spacing w:after="20"/>
      </w:pPr>
      <w:r>
        <w:rPr>
          <w:rFonts w:ascii="Calibri" w:hAnsi="Calibri"/>
          <w:b w:val="0"/>
          <w:sz w:val="22"/>
        </w:rPr>
        <w:t xml:space="preserve">   ☐ Adhésion bienfaiteur</w:t>
      </w:r>
    </w:p>
    <w:p>
      <w:r>
        <w:t>Montant de la cotisation : .......................... €</w:t>
      </w:r>
    </w:p>
    <w:p>
      <w:r>
        <w:t>Montant éventuel du don en plus de la cotisation : .......................... €</w:t>
      </w:r>
    </w:p>
    <w:p/>
    <w:p>
      <w:r>
        <w:rPr>
          <w:rFonts w:ascii="Calibri" w:hAnsi="Calibri"/>
          <w:b/>
          <w:sz w:val="24"/>
        </w:rPr>
        <w:t>3. Mode de règlement</w:t>
      </w:r>
    </w:p>
    <w:p>
      <w:pPr>
        <w:spacing w:after="20"/>
      </w:pPr>
      <w:r>
        <w:rPr>
          <w:rFonts w:ascii="Calibri" w:hAnsi="Calibri"/>
          <w:b w:val="0"/>
          <w:sz w:val="22"/>
        </w:rPr>
        <w:t xml:space="preserve">   ☐ Chèque à l’ordre de : ........................................................</w:t>
      </w:r>
    </w:p>
    <w:p>
      <w:pPr>
        <w:spacing w:after="20"/>
      </w:pPr>
      <w:r>
        <w:rPr>
          <w:rFonts w:ascii="Calibri" w:hAnsi="Calibri"/>
          <w:b w:val="0"/>
          <w:sz w:val="22"/>
        </w:rPr>
        <w:t xml:space="preserve">   ☐ Virement bancaire (IBAN : ........................................................)</w:t>
      </w:r>
    </w:p>
    <w:p>
      <w:pPr>
        <w:spacing w:after="20"/>
      </w:pPr>
      <w:r>
        <w:rPr>
          <w:rFonts w:ascii="Calibri" w:hAnsi="Calibri"/>
          <w:b w:val="0"/>
          <w:sz w:val="22"/>
        </w:rPr>
        <w:t xml:space="preserve">   ☐ Espèces (remise contre reçu interne)</w:t>
      </w:r>
    </w:p>
    <w:p/>
    <w:p>
      <w:r>
        <w:rPr>
          <w:rFonts w:ascii="Calibri" w:hAnsi="Calibri"/>
          <w:b/>
          <w:sz w:val="24"/>
        </w:rPr>
        <w:t>4. Données personnelles et autorisations</w:t>
      </w:r>
    </w:p>
    <w:p>
      <w:pPr>
        <w:spacing w:after="120"/>
      </w:pPr>
      <w:r>
        <w:t>Les informations recueillies sont nécessaires pour la gestion des adhésions et de la vie associative. Elles sont réservées à l’usage interne de l’association et ne font l’objet d’aucune cession à des tiers. Conformément à la réglementation en vigueur, vous disposez d’un droit d’accès, de rectification et de suppression des données vous concernant (contact : ...................................................).</w:t>
      </w:r>
    </w:p>
    <w:p>
      <w:pPr>
        <w:spacing w:after="40"/>
      </w:pPr>
      <w:r>
        <w:t>☐ J’accepte de recevoir les informations et actualités de l’association par e-mail.</w:t>
      </w:r>
    </w:p>
    <w:p>
      <w:pPr>
        <w:spacing w:after="120"/>
      </w:pPr>
      <w:r>
        <w:t>☐ J’autorise l’utilisation de mon image dans les supports de communication de l’association (site, affiches, réseaux sociaux, etc.).</w:t>
      </w:r>
    </w:p>
    <w:p>
      <w:pPr>
        <w:spacing w:after="240"/>
      </w:pPr>
      <w:r>
        <w:t>Fait à ..........................................................., le ......... / ......... / ..........</w:t>
      </w:r>
    </w:p>
    <w:p>
      <w:pPr>
        <w:spacing w:after="480"/>
      </w:pPr>
      <w:r>
        <w:t>Signature de l’adhérent précédée de la mention « Lu et approuvé » :</w:t>
      </w:r>
    </w:p>
    <w:p>
      <w:r>
        <w:t xml:space="preserve">                                                  ____________________________________________</w:t>
      </w:r>
    </w:p>
    <w:sectPr w:rsidR="00FC693F" w:rsidRPr="0006063C" w:rsidSect="00034616">
      <w:footerReference w:type="default" r:id="rId9"/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Calibri" w:hAnsi="Calibri"/>
        <w:b w:val="0"/>
        <w:sz w:val="16"/>
      </w:rPr>
      <w:t>Modèle gratuit – Bulletin d’adhésion à une association – 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