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BULLETIN D’ADHÉSION — Association / Club</w:t>
      </w:r>
    </w:p>
    <w:p>
      <w:pPr>
        <w:jc w:val="center"/>
      </w:pPr>
      <w:r>
        <w:rPr>
          <w:i/>
        </w:rPr>
        <w:t>Association : ____________________    Exercice : ______    N° RNA (si applicable) : __________</w:t>
      </w:r>
    </w:p>
    <w:p>
      <w:r>
        <w:rPr>
          <w:b/>
          <w:sz w:val="24"/>
        </w:rPr>
        <w:t>1) Identité de l’adhérent(e)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Nom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Prénom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Date de naissance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Adresse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Ville / Code postal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Téléphone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E-mail</w:t>
            </w:r>
          </w:p>
        </w:tc>
        <w:tc>
          <w:tcPr>
            <w:tcW w:type="dxa" w:w="4933"/>
          </w:tcPr>
          <w:p>
            <w:r/>
          </w:p>
        </w:tc>
      </w:tr>
    </w:tbl>
    <w:p/>
    <w:p>
      <w:r>
        <w:rPr>
          <w:b/>
          <w:sz w:val="24"/>
        </w:rPr>
        <w:t>2) Formule &amp; cotisation</w:t>
      </w:r>
    </w:p>
    <w:p>
      <w:r>
        <w:t>☐ Adhérent(e)   ☐ Bienfaiteur(trice)   ☐ Étudiant(e)   ☐ Famille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Montant cotisation (€)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Don (facultatif)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Mode de règlement</w:t>
            </w:r>
          </w:p>
        </w:tc>
        <w:tc>
          <w:tcPr>
            <w:tcW w:type="dxa" w:w="4933"/>
          </w:tcPr>
          <w:p>
            <w:r>
              <w:t>☐ Espèces  ☐ Chèque  ☐ Virement  ☐ CB</w:t>
            </w:r>
          </w:p>
        </w:tc>
      </w:tr>
    </w:tbl>
    <w:p/>
    <w:p>
      <w:r>
        <w:rPr>
          <w:b/>
          <w:sz w:val="24"/>
        </w:rPr>
        <w:t>3) Consentements &amp; engagements</w:t>
      </w:r>
    </w:p>
    <w:p>
      <w:r>
        <w:t>☐ J’atteste avoir pris connaissance des statuts et du règlement intérieur, que j’accepte sans réserve.</w:t>
      </w:r>
    </w:p>
    <w:p>
      <w:r>
        <w:t>☐ J’accepte que mes données soient utilisées aux seules fins de gestion associative et de communication interne.</w:t>
      </w:r>
    </w:p>
    <w:p>
      <w:r>
        <w:t>☐ Autorisation d’usage d’image (communication interne/externe) : ☐ Oui  ☐ Non</w:t>
      </w:r>
    </w:p>
    <w:p>
      <w:r>
        <w:rPr>
          <w:b/>
          <w:sz w:val="24"/>
        </w:rPr>
        <w:t>4) Coordonnées de l’association (paiement)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IBAN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BIC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Référence à indiquer (communication)</w:t>
            </w:r>
          </w:p>
        </w:tc>
        <w:tc>
          <w:tcPr>
            <w:tcW w:type="dxa" w:w="4933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</w:tcPr>
          <w:p>
            <w:r>
              <w:t>Lieu</w:t>
              <w:br/>
              <w:br/>
              <w:br/>
              <w:br/>
              <w:t>Signature :</w:t>
            </w:r>
          </w:p>
        </w:tc>
        <w:tc>
          <w:tcPr>
            <w:tcW w:type="dxa" w:w="2466"/>
          </w:tcPr>
          <w:p>
            <w:r>
              <w:t>Date</w:t>
              <w:br/>
              <w:br/>
              <w:br/>
              <w:br/>
              <w:t>Signature :</w:t>
            </w:r>
          </w:p>
        </w:tc>
        <w:tc>
          <w:tcPr>
            <w:tcW w:type="dxa" w:w="2466"/>
          </w:tcPr>
          <w:p>
            <w:r>
              <w:t>Signature de l’adhérent(e)</w:t>
              <w:br/>
              <w:br/>
              <w:br/>
              <w:br/>
              <w:t>Signature :</w:t>
            </w:r>
          </w:p>
        </w:tc>
        <w:tc>
          <w:tcPr>
            <w:tcW w:type="dxa" w:w="2466"/>
          </w:tcPr>
          <w:p>
            <w:r>
              <w:t>Signature &amp; cachet de l’association</w:t>
              <w:br/>
              <w:br/>
              <w:br/>
              <w:br/>
              <w:t>Signature :</w:t>
            </w:r>
          </w:p>
        </w:tc>
      </w:tr>
    </w:tbl>
    <w:p/>
    <w:sectPr w:rsidR="00FC693F" w:rsidRPr="0006063C" w:rsidSect="00034616">
      <w:pgSz w:w="11906" w:h="16838"/>
      <w:pgMar w:top="1134" w:right="1020" w:bottom="113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