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BON DE RETOUR</w:t>
      </w:r>
    </w:p>
    <w:p>
      <w:pPr>
        <w:jc w:val="center"/>
      </w:pPr>
      <w:r>
        <w:rPr>
          <w:sz w:val="18"/>
        </w:rPr>
        <w:t>Format condensé – À agrafer au ticket ou à la facture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Date retour</w:t>
            </w:r>
          </w:p>
        </w:tc>
        <w:tc>
          <w:tcPr>
            <w:tcW w:type="dxa" w:w="2635"/>
          </w:tcPr>
          <w:p>
            <w:r>
              <w:rPr>
                <w:b/>
              </w:rPr>
              <w:t>N° facture / ticket</w:t>
            </w:r>
          </w:p>
        </w:tc>
        <w:tc>
          <w:tcPr>
            <w:tcW w:type="dxa" w:w="2635"/>
          </w:tcPr>
          <w:p>
            <w:r>
              <w:rPr>
                <w:b/>
              </w:rPr>
              <w:t>Point de vente</w:t>
            </w:r>
          </w:p>
        </w:tc>
      </w:tr>
      <w:tr>
        <w:tc>
          <w:tcPr>
            <w:tcW w:type="dxa" w:w="2635"/>
          </w:tcPr>
          <w:p>
            <w:r>
              <w:t>____________________</w:t>
            </w:r>
          </w:p>
        </w:tc>
        <w:tc>
          <w:tcPr>
            <w:tcW w:type="dxa" w:w="2635"/>
          </w:tcPr>
          <w:p>
            <w:r>
              <w:t>___ / ___ / 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</w:tr>
      <w:tr>
        <w:tc>
          <w:tcPr>
            <w:tcW w:type="dxa" w:w="2635"/>
          </w:tcPr>
          <w:p>
            <w:r>
              <w:t>Tél. client</w:t>
            </w:r>
          </w:p>
        </w:tc>
        <w:tc>
          <w:tcPr>
            <w:tcW w:type="dxa" w:w="2635"/>
          </w:tcPr>
          <w:p>
            <w:r>
              <w:t>E-mail client</w:t>
            </w:r>
          </w:p>
        </w:tc>
        <w:tc>
          <w:tcPr>
            <w:tcW w:type="dxa" w:w="2635"/>
          </w:tcPr>
          <w:p>
            <w:r>
              <w:t>Référence interne</w:t>
            </w:r>
          </w:p>
        </w:tc>
        <w:tc>
          <w:tcPr>
            <w:tcW w:type="dxa" w:w="2635"/>
          </w:tcPr>
          <w:p>
            <w:r>
              <w:t>Préparé par</w:t>
            </w:r>
          </w:p>
        </w:tc>
      </w:tr>
    </w:tbl>
    <w:p/>
    <w:p>
      <w:r>
        <w:rPr>
          <w:b/>
        </w:rPr>
        <w:t>Motif et traitement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</w:rPr>
              <w:t>Motif du retour</w:t>
            </w:r>
          </w:p>
        </w:tc>
        <w:tc>
          <w:tcPr>
            <w:tcW w:type="dxa" w:w="5270"/>
          </w:tcPr>
          <w:p>
            <w:r>
              <w:rPr>
                <w:b/>
              </w:rPr>
              <w:t>Traitement</w:t>
            </w:r>
          </w:p>
        </w:tc>
      </w:tr>
      <w:tr>
        <w:tc>
          <w:tcPr>
            <w:tcW w:type="dxa" w:w="5270"/>
          </w:tcPr>
          <w:p>
            <w:r>
              <w:t>☐ Défaut   ☐ Non conforme   ☐ Erreur   ☐ Autre : ______</w:t>
            </w:r>
          </w:p>
        </w:tc>
        <w:tc>
          <w:tcPr>
            <w:tcW w:type="dxa" w:w="5270"/>
          </w:tcPr>
          <w:p>
            <w:r>
              <w:t>☐ Échange   ☐ Avoir   ☐ Remboursement   ☐ SAV</w:t>
            </w:r>
          </w:p>
        </w:tc>
      </w:tr>
    </w:tbl>
    <w:p/>
    <w:p>
      <w:r>
        <w:rPr>
          <w:b/>
        </w:rPr>
        <w:t>Articles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</w:rPr>
              <w:t>Réf.</w:t>
            </w:r>
          </w:p>
        </w:tc>
        <w:tc>
          <w:tcPr>
            <w:tcW w:type="dxa" w:w="2635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2635"/>
          </w:tcPr>
          <w:p>
            <w:r>
              <w:rPr>
                <w:b/>
              </w:rPr>
              <w:t>Qté</w:t>
            </w:r>
          </w:p>
        </w:tc>
        <w:tc>
          <w:tcPr>
            <w:tcW w:type="dxa" w:w="2635"/>
          </w:tcPr>
          <w:p>
            <w:r>
              <w:rPr>
                <w:b/>
              </w:rPr>
              <w:t>Prix TTC</w:t>
            </w:r>
          </w:p>
        </w:tc>
      </w:tr>
      <w:tr>
        <w:tc>
          <w:tcPr>
            <w:tcW w:type="dxa" w:w="2635"/>
          </w:tcPr>
          <w:p>
            <w:r>
              <w:t>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</w:t>
            </w:r>
          </w:p>
        </w:tc>
        <w:tc>
          <w:tcPr>
            <w:tcW w:type="dxa" w:w="2635"/>
          </w:tcPr>
          <w:p>
            <w:r>
              <w:t>______ €</w:t>
            </w:r>
          </w:p>
        </w:tc>
      </w:tr>
      <w:tr>
        <w:tc>
          <w:tcPr>
            <w:tcW w:type="dxa" w:w="2635"/>
          </w:tcPr>
          <w:p>
            <w:r>
              <w:t>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</w:t>
            </w:r>
          </w:p>
        </w:tc>
        <w:tc>
          <w:tcPr>
            <w:tcW w:type="dxa" w:w="2635"/>
          </w:tcPr>
          <w:p>
            <w:r>
              <w:t>______ €</w:t>
            </w:r>
          </w:p>
        </w:tc>
      </w:tr>
      <w:tr>
        <w:tc>
          <w:tcPr>
            <w:tcW w:type="dxa" w:w="2635"/>
          </w:tcPr>
          <w:p>
            <w:r>
              <w:t>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</w:t>
            </w:r>
          </w:p>
        </w:tc>
        <w:tc>
          <w:tcPr>
            <w:tcW w:type="dxa" w:w="2635"/>
          </w:tcPr>
          <w:p>
            <w:r>
              <w:t>______ €</w:t>
            </w:r>
          </w:p>
        </w:tc>
      </w:tr>
      <w:tr>
        <w:tc>
          <w:tcPr>
            <w:tcW w:type="dxa" w:w="2635"/>
          </w:tcPr>
          <w:p>
            <w:r>
              <w:rPr>
                <w:b/>
              </w:rPr>
              <w:t>Total TTC</w:t>
            </w:r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/>
          </w:p>
        </w:tc>
        <w:tc>
          <w:tcPr>
            <w:tcW w:type="dxa" w:w="2635"/>
          </w:tcPr>
          <w:p>
            <w:r>
              <w:t>______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</w:rPr>
              <w:t>Client</w:t>
            </w:r>
          </w:p>
        </w:tc>
        <w:tc>
          <w:tcPr>
            <w:tcW w:type="dxa" w:w="5270"/>
          </w:tcPr>
          <w:p>
            <w:r>
              <w:rPr>
                <w:b/>
              </w:rPr>
              <w:t>Magasin / Responsable</w:t>
            </w:r>
          </w:p>
        </w:tc>
      </w:tr>
      <w:tr>
        <w:tc>
          <w:tcPr>
            <w:tcW w:type="dxa" w:w="5270"/>
          </w:tcPr>
          <w:p>
            <w:r>
              <w:t>Signature : __________________</w:t>
            </w:r>
          </w:p>
        </w:tc>
        <w:tc>
          <w:tcPr>
            <w:tcW w:type="dxa" w:w="5270"/>
          </w:tcPr>
          <w:p>
            <w:r>
              <w:t>Signature : __________________</w:t>
            </w:r>
          </w:p>
        </w:tc>
      </w:tr>
    </w:tbl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