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BON DE RETOUR MARCHANDISES</w:t>
      </w:r>
    </w:p>
    <w:p>
      <w:pPr>
        <w:jc w:val="center"/>
      </w:pPr>
      <w:r>
        <w:rPr>
          <w:sz w:val="20"/>
        </w:rPr>
        <w:t>Modèle one page – Version nette noir &amp; blanc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Magasin / Fournisseur</w:t>
            </w:r>
          </w:p>
        </w:tc>
        <w:tc>
          <w:tcPr>
            <w:tcW w:type="dxa" w:w="2635"/>
          </w:tcPr>
          <w:p>
            <w:r>
              <w:rPr>
                <w:b/>
              </w:rPr>
              <w:t>N° facture / ticket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 d’achat</w:t>
            </w:r>
          </w:p>
        </w:tc>
      </w:tr>
      <w:tr>
        <w:tc>
          <w:tcPr>
            <w:tcW w:type="dxa" w:w="2635"/>
          </w:tcPr>
          <w:p>
            <w:r>
              <w:t>_________________________</w:t>
            </w:r>
          </w:p>
        </w:tc>
        <w:tc>
          <w:tcPr>
            <w:tcW w:type="dxa" w:w="2635"/>
          </w:tcPr>
          <w:p>
            <w:r>
              <w:t>_________________________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Adresse client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Tél. client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Point de vente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Référence interne</w:t>
            </w:r>
          </w:p>
        </w:tc>
      </w:tr>
      <w:tr>
        <w:tc>
          <w:tcPr>
            <w:tcW w:type="dxa" w:w="2635"/>
          </w:tcPr>
          <w:p>
            <w:r>
              <w:t>_________________________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</w:tbl>
    <w:p/>
    <w:p>
      <w:r>
        <w:rPr>
          <w:b/>
        </w:rPr>
        <w:t>Motif du retour et traitement souhaité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</w:rPr>
              <w:t>Motif du retour</w:t>
            </w:r>
          </w:p>
        </w:tc>
        <w:tc>
          <w:tcPr>
            <w:tcW w:type="dxa" w:w="5270"/>
          </w:tcPr>
          <w:p>
            <w:r>
              <w:rPr>
                <w:b/>
              </w:rPr>
              <w:t>Traitement souhaité</w:t>
            </w:r>
          </w:p>
        </w:tc>
      </w:tr>
      <w:tr>
        <w:tc>
          <w:tcPr>
            <w:tcW w:type="dxa" w:w="5270"/>
          </w:tcPr>
          <w:p>
            <w:r>
              <w:t>☐ Non conforme    ☐ Défectueux    ☐ Erreur de référence</w:t>
              <w:br/>
              <w:t>☐ Taille / couleur    ☐ Autre : ______________________</w:t>
            </w:r>
          </w:p>
        </w:tc>
        <w:tc>
          <w:tcPr>
            <w:tcW w:type="dxa" w:w="5270"/>
          </w:tcPr>
          <w:p>
            <w:r>
              <w:t>☐ Échange    ☐ Avoir    ☐ Remboursement</w:t>
              <w:br/>
              <w:t>☐ Réparation / SAV</w:t>
            </w:r>
          </w:p>
        </w:tc>
      </w:tr>
    </w:tbl>
    <w:p/>
    <w:p>
      <w:r>
        <w:rPr>
          <w:b/>
        </w:rPr>
        <w:t>Articles retournés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2108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2108"/>
          </w:tcPr>
          <w:p>
            <w:r>
              <w:rPr>
                <w:b/>
              </w:rPr>
              <w:t>Qté livrée</w:t>
            </w:r>
          </w:p>
        </w:tc>
        <w:tc>
          <w:tcPr>
            <w:tcW w:type="dxa" w:w="2108"/>
          </w:tcPr>
          <w:p>
            <w:r>
              <w:rPr>
                <w:b/>
              </w:rPr>
              <w:t>Qté retournée</w:t>
            </w:r>
          </w:p>
        </w:tc>
        <w:tc>
          <w:tcPr>
            <w:tcW w:type="dxa" w:w="2108"/>
          </w:tcPr>
          <w:p>
            <w:r>
              <w:rPr>
                <w:b/>
              </w:rPr>
              <w:t>Prix TTC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t>________</w:t>
            </w:r>
          </w:p>
        </w:tc>
        <w:tc>
          <w:tcPr>
            <w:tcW w:type="dxa" w:w="2108"/>
          </w:tcPr>
          <w:p>
            <w:r>
              <w:t>_________________________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</w:t>
            </w:r>
          </w:p>
        </w:tc>
        <w:tc>
          <w:tcPr>
            <w:tcW w:type="dxa" w:w="2108"/>
          </w:tcPr>
          <w:p>
            <w:r>
              <w:t>______ €</w:t>
            </w:r>
          </w:p>
        </w:tc>
      </w:tr>
      <w:tr>
        <w:tc>
          <w:tcPr>
            <w:tcW w:type="dxa" w:w="2108"/>
          </w:tcPr>
          <w:p>
            <w:r>
              <w:rPr>
                <w:b/>
              </w:rPr>
              <w:t>Total TTC</w:t>
            </w:r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>
              <w:t>______ €</w:t>
            </w:r>
          </w:p>
        </w:tc>
      </w:tr>
    </w:tbl>
    <w:p/>
    <w:p>
      <w:r>
        <w:rPr>
          <w:b/>
        </w:rPr>
        <w:t>Signatures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3513"/>
          </w:tcPr>
          <w:p>
            <w:r>
              <w:rPr>
                <w:b/>
              </w:rPr>
              <w:t>Magasin / Fournisseur</w:t>
            </w:r>
          </w:p>
        </w:tc>
        <w:tc>
          <w:tcPr>
            <w:tcW w:type="dxa" w:w="3513"/>
          </w:tcPr>
          <w:p>
            <w:r>
              <w:rPr>
                <w:b/>
              </w:rPr>
              <w:t>Visa SAV / Responsable</w:t>
            </w:r>
          </w:p>
        </w:tc>
      </w:tr>
      <w:tr>
        <w:tc>
          <w:tcPr>
            <w:tcW w:type="dxa" w:w="3513"/>
          </w:tcPr>
          <w:p>
            <w:r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Date : ___ / ___ / ______</w:t>
              <w:br/>
              <w:t>Signature : __________________</w:t>
            </w:r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