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F71"/>
          <w:sz w:val="28"/>
        </w:rPr>
        <w:t>BON DE RETOUR MARCHANDISES – FICHE ONE PAGE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Magasin / Fournisseur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N° facture / ticket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Date retour</w:t>
            </w:r>
          </w:p>
        </w:tc>
      </w:tr>
      <w:tr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 / ___ / ______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Tél. client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E-mail client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Point de vente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Référence interne</w:t>
            </w:r>
          </w:p>
        </w:tc>
      </w:tr>
      <w:tr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2F2"/>
          </w:tcPr>
          <w:p>
            <w:r>
              <w:rPr>
                <w:b/>
              </w:rPr>
              <w:t>Motif du retour</w:t>
            </w:r>
          </w:p>
        </w:tc>
        <w:tc>
          <w:tcPr>
            <w:tcW w:type="dxa" w:w="5270"/>
            <w:shd w:val="clear" w:color="auto" w:fill="F2F2F2"/>
          </w:tcPr>
          <w:p>
            <w:r>
              <w:rPr>
                <w:b/>
              </w:rPr>
              <w:t>Traitement souhaité</w:t>
            </w:r>
          </w:p>
        </w:tc>
      </w:tr>
      <w:tr>
        <w:tc>
          <w:tcPr>
            <w:tcW w:type="dxa" w:w="5270"/>
          </w:tcPr>
          <w:p>
            <w:r>
              <w:t>☐ Non conforme   ☐ Défectueux   ☐ Erreur</w:t>
              <w:br/>
              <w:t>☐ Taille / couleur   ☐ Autre : ___________</w:t>
            </w:r>
          </w:p>
        </w:tc>
        <w:tc>
          <w:tcPr>
            <w:tcW w:type="dxa" w:w="5270"/>
          </w:tcPr>
          <w:p>
            <w:r>
              <w:t>☐ Échange   ☐ Avoir   ☐ Remboursement</w:t>
              <w:br/>
              <w:t>☐ Réparation / SAV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2F0D9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2108"/>
            <w:shd w:val="clear" w:color="auto" w:fill="E2F0D9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2108"/>
            <w:shd w:val="clear" w:color="auto" w:fill="E2F0D9"/>
          </w:tcPr>
          <w:p>
            <w:r>
              <w:rPr>
                <w:b/>
              </w:rPr>
              <w:t>Qté livrée</w:t>
            </w:r>
          </w:p>
        </w:tc>
        <w:tc>
          <w:tcPr>
            <w:tcW w:type="dxa" w:w="2108"/>
            <w:shd w:val="clear" w:color="auto" w:fill="E2F0D9"/>
          </w:tcPr>
          <w:p>
            <w:r>
              <w:rPr>
                <w:b/>
              </w:rPr>
              <w:t>Qté retournée</w:t>
            </w:r>
          </w:p>
        </w:tc>
        <w:tc>
          <w:tcPr>
            <w:tcW w:type="dxa" w:w="2108"/>
            <w:shd w:val="clear" w:color="auto" w:fill="E2F0D9"/>
          </w:tcPr>
          <w:p>
            <w:r>
              <w:rPr>
                <w:b/>
              </w:rPr>
              <w:t>Prix TTC</w:t>
            </w:r>
          </w:p>
        </w:tc>
      </w:tr>
      <w:tr>
        <w:tc>
          <w:tcPr>
            <w:tcW w:type="dxa" w:w="2108"/>
          </w:tcPr>
          <w:p>
            <w:r>
              <w:t>________</w:t>
            </w:r>
          </w:p>
        </w:tc>
        <w:tc>
          <w:tcPr>
            <w:tcW w:type="dxa" w:w="2108"/>
          </w:tcPr>
          <w:p>
            <w:r>
              <w:t>________________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______ €</w:t>
            </w:r>
          </w:p>
        </w:tc>
      </w:tr>
      <w:tr>
        <w:tc>
          <w:tcPr>
            <w:tcW w:type="dxa" w:w="2108"/>
          </w:tcPr>
          <w:p>
            <w:r>
              <w:t>________</w:t>
            </w:r>
          </w:p>
        </w:tc>
        <w:tc>
          <w:tcPr>
            <w:tcW w:type="dxa" w:w="2108"/>
          </w:tcPr>
          <w:p>
            <w:r>
              <w:t>________________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______ €</w:t>
            </w:r>
          </w:p>
        </w:tc>
      </w:tr>
      <w:tr>
        <w:tc>
          <w:tcPr>
            <w:tcW w:type="dxa" w:w="2108"/>
          </w:tcPr>
          <w:p>
            <w:r>
              <w:t>________</w:t>
            </w:r>
          </w:p>
        </w:tc>
        <w:tc>
          <w:tcPr>
            <w:tcW w:type="dxa" w:w="2108"/>
          </w:tcPr>
          <w:p>
            <w:r>
              <w:t>________________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______ €</w:t>
            </w:r>
          </w:p>
        </w:tc>
      </w:tr>
      <w:tr>
        <w:tc>
          <w:tcPr>
            <w:tcW w:type="dxa" w:w="2108"/>
          </w:tcPr>
          <w:p>
            <w:r>
              <w:t>________</w:t>
            </w:r>
          </w:p>
        </w:tc>
        <w:tc>
          <w:tcPr>
            <w:tcW w:type="dxa" w:w="2108"/>
          </w:tcPr>
          <w:p>
            <w:r>
              <w:t>________________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______ €</w:t>
            </w:r>
          </w:p>
        </w:tc>
      </w:tr>
      <w:tr>
        <w:tc>
          <w:tcPr>
            <w:tcW w:type="dxa" w:w="2108"/>
            <w:shd w:val="clear" w:color="auto" w:fill="F2F2F2"/>
          </w:tcPr>
          <w:p>
            <w:r>
              <w:rPr>
                <w:b/>
              </w:rPr>
              <w:t>Total TTC</w:t>
            </w:r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>
              <w:t>______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4CCCC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3513"/>
            <w:shd w:val="clear" w:color="auto" w:fill="F4CCCC"/>
          </w:tcPr>
          <w:p>
            <w:r>
              <w:rPr>
                <w:b/>
              </w:rPr>
              <w:t>Magasin / Fournisseur</w:t>
            </w:r>
          </w:p>
        </w:tc>
        <w:tc>
          <w:tcPr>
            <w:tcW w:type="dxa" w:w="3513"/>
            <w:shd w:val="clear" w:color="auto" w:fill="F4CCCC"/>
          </w:tcPr>
          <w:p>
            <w:r>
              <w:rPr>
                <w:b/>
              </w:rPr>
              <w:t>Visa SAV / Responsable</w:t>
            </w:r>
          </w:p>
        </w:tc>
      </w:tr>
      <w:tr>
        <w:tc>
          <w:tcPr>
            <w:tcW w:type="dxa" w:w="3513"/>
          </w:tcPr>
          <w:p>
            <w:r>
              <w:t>Date : ___ / ___ / ______</w:t>
              <w:br/>
              <w:t>Signature : ____________</w:t>
            </w:r>
          </w:p>
        </w:tc>
        <w:tc>
          <w:tcPr>
            <w:tcW w:type="dxa" w:w="3513"/>
          </w:tcPr>
          <w:p>
            <w:r>
              <w:t>Date : ___ / ___ / ______</w:t>
              <w:br/>
              <w:t>Signature : ____________</w:t>
            </w:r>
          </w:p>
        </w:tc>
        <w:tc>
          <w:tcPr>
            <w:tcW w:type="dxa" w:w="3513"/>
          </w:tcPr>
          <w:p>
            <w:r>
              <w:t>Date : ___ / ___ / ______</w:t>
              <w:br/>
              <w:t>Signature : ____________</w:t>
            </w:r>
          </w:p>
        </w:tc>
      </w:tr>
    </w:tbl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