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F71"/>
          <w:sz w:val="32"/>
        </w:rPr>
        <w:t>BON DE RETOUR MARCHANDISES</w:t>
      </w:r>
    </w:p>
    <w:p>
      <w:pPr>
        <w:jc w:val="center"/>
      </w:pPr>
      <w:r>
        <w:rPr>
          <w:color w:val="666666"/>
          <w:sz w:val="20"/>
        </w:rPr>
        <w:t>Modèle à compléter – Retour, échange, avoir ou remboursement</w:t>
      </w:r>
    </w:p>
    <w:p/>
    <w:p>
      <w:r>
        <w:rPr>
          <w:b/>
        </w:rPr>
        <w:t>1. Informations client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E-mail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</w:tr>
    </w:tbl>
    <w:p/>
    <w:p>
      <w:r>
        <w:rPr>
          <w:b/>
        </w:rPr>
        <w:t>2. Magasin / Fournisseur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Enseigne / Société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Point de vente / Service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Contact / Tél.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</w:tr>
    </w:tbl>
    <w:p/>
    <w:p>
      <w:r>
        <w:rPr>
          <w:b/>
        </w:rPr>
        <w:t>3. Références de la vente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N° facture / ticket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Date d’achat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Mode de paiement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N° commande (si applicable)</w:t>
            </w:r>
          </w:p>
        </w:tc>
      </w:tr>
      <w:tr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 / ___ / ______</w:t>
            </w:r>
          </w:p>
        </w:tc>
        <w:tc>
          <w:tcPr>
            <w:tcW w:type="dxa" w:w="2635"/>
          </w:tcPr>
          <w:p>
            <w:r>
              <w:t>☐ Espèces  ☐ CB  ☐ Chèque  ☐ Virement  ☐ Autre : 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</w:tr>
    </w:tbl>
    <w:p/>
    <w:p>
      <w:r>
        <w:rPr>
          <w:b/>
        </w:rPr>
        <w:t>4. Motif du retour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2F2"/>
          </w:tcPr>
          <w:p>
            <w:r>
              <w:rPr>
                <w:b/>
              </w:rPr>
              <w:t>Type de retour</w:t>
            </w:r>
          </w:p>
        </w:tc>
        <w:tc>
          <w:tcPr>
            <w:tcW w:type="dxa" w:w="5270"/>
            <w:shd w:val="clear" w:color="auto" w:fill="F2F2F2"/>
          </w:tcPr>
          <w:p>
            <w:r>
              <w:rPr>
                <w:b/>
              </w:rPr>
              <w:t>Description du motif</w:t>
            </w:r>
          </w:p>
        </w:tc>
      </w:tr>
      <w:tr>
        <w:tc>
          <w:tcPr>
            <w:tcW w:type="dxa" w:w="5270"/>
          </w:tcPr>
          <w:p>
            <w:r>
              <w:t>☐ Non conforme</w:t>
              <w:br/>
              <w:t>☐ Défectueux / panne</w:t>
              <w:br/>
              <w:t>☐ Erreur de référence</w:t>
              <w:br/>
              <w:t>☐ Taille / couleur inadaptée</w:t>
              <w:br/>
              <w:t>☐ Autre : ____________________</w:t>
            </w:r>
          </w:p>
        </w:tc>
        <w:tc>
          <w:tcPr>
            <w:tcW w:type="dxa" w:w="5270"/>
          </w:tcPr>
          <w:p>
            <w:r>
              <w:t>____________________________________________</w:t>
              <w:br/>
              <w:t>____________________________________________</w:t>
            </w:r>
          </w:p>
        </w:tc>
      </w:tr>
    </w:tbl>
    <w:p/>
    <w:p>
      <w:r>
        <w:rPr>
          <w:b/>
        </w:rPr>
        <w:t>5. Détail des articles retournés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2F0D9"/>
          </w:tcPr>
          <w:p>
            <w:r>
              <w:rPr>
                <w:b/>
              </w:rPr>
              <w:t>Réf. article</w:t>
            </w:r>
          </w:p>
        </w:tc>
        <w:tc>
          <w:tcPr>
            <w:tcW w:type="dxa" w:w="1757"/>
            <w:shd w:val="clear" w:color="auto" w:fill="E2F0D9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57"/>
            <w:shd w:val="clear" w:color="auto" w:fill="E2F0D9"/>
          </w:tcPr>
          <w:p>
            <w:r>
              <w:rPr>
                <w:b/>
              </w:rPr>
              <w:t>Qté livrée</w:t>
            </w:r>
          </w:p>
        </w:tc>
        <w:tc>
          <w:tcPr>
            <w:tcW w:type="dxa" w:w="1757"/>
            <w:shd w:val="clear" w:color="auto" w:fill="E2F0D9"/>
          </w:tcPr>
          <w:p>
            <w:r>
              <w:rPr>
                <w:b/>
              </w:rPr>
              <w:t>Qté retournée</w:t>
            </w:r>
          </w:p>
        </w:tc>
        <w:tc>
          <w:tcPr>
            <w:tcW w:type="dxa" w:w="1757"/>
            <w:shd w:val="clear" w:color="auto" w:fill="E2F0D9"/>
          </w:tcPr>
          <w:p>
            <w:r>
              <w:rPr>
                <w:b/>
              </w:rPr>
              <w:t>Prix unitaire TTC</w:t>
            </w:r>
          </w:p>
        </w:tc>
        <w:tc>
          <w:tcPr>
            <w:tcW w:type="dxa" w:w="1757"/>
            <w:shd w:val="clear" w:color="auto" w:fill="E2F0D9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757"/>
          </w:tcPr>
          <w:p>
            <w:r>
              <w:t>_____________</w:t>
            </w:r>
          </w:p>
        </w:tc>
        <w:tc>
          <w:tcPr>
            <w:tcW w:type="dxa" w:w="1757"/>
          </w:tcPr>
          <w:p>
            <w:r>
              <w:t>________________________________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______ €</w:t>
            </w:r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>
              <w:t>_____________</w:t>
            </w:r>
          </w:p>
        </w:tc>
        <w:tc>
          <w:tcPr>
            <w:tcW w:type="dxa" w:w="1757"/>
          </w:tcPr>
          <w:p>
            <w:r>
              <w:t>________________________________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______ €</w:t>
            </w:r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>
              <w:t>_____________</w:t>
            </w:r>
          </w:p>
        </w:tc>
        <w:tc>
          <w:tcPr>
            <w:tcW w:type="dxa" w:w="1757"/>
          </w:tcPr>
          <w:p>
            <w:r>
              <w:t>________________________________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______ €</w:t>
            </w:r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>
              <w:t>_____________</w:t>
            </w:r>
          </w:p>
        </w:tc>
        <w:tc>
          <w:tcPr>
            <w:tcW w:type="dxa" w:w="1757"/>
          </w:tcPr>
          <w:p>
            <w:r>
              <w:t>________________________________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______ €</w:t>
            </w:r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>
              <w:t>_____________</w:t>
            </w:r>
          </w:p>
        </w:tc>
        <w:tc>
          <w:tcPr>
            <w:tcW w:type="dxa" w:w="1757"/>
          </w:tcPr>
          <w:p>
            <w:r>
              <w:t>________________________________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</w:t>
            </w:r>
          </w:p>
        </w:tc>
        <w:tc>
          <w:tcPr>
            <w:tcW w:type="dxa" w:w="1757"/>
          </w:tcPr>
          <w:p>
            <w:r>
              <w:t>______ €</w:t>
            </w:r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  <w:shd w:val="clear" w:color="auto" w:fill="F2F2F2"/>
          </w:tcPr>
          <w:p>
            <w:r>
              <w:rPr>
                <w:b/>
              </w:rPr>
              <w:t>Total estimé du retour</w:t>
            </w:r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>
              <w:t>______ €</w:t>
            </w:r>
          </w:p>
        </w:tc>
        <w:tc>
          <w:tcPr>
            <w:tcW w:type="dxa" w:w="1757"/>
          </w:tcPr>
          <w:p>
            <w:r/>
          </w:p>
        </w:tc>
      </w:tr>
    </w:tbl>
    <w:p/>
    <w:p>
      <w:r>
        <w:rPr>
          <w:b/>
        </w:rPr>
        <w:t>6. Traitement du retour (à compléter par le magasin / fournisseur)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4CCCC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5270"/>
            <w:shd w:val="clear" w:color="auto" w:fill="F4CCCC"/>
          </w:tcPr>
          <w:p>
            <w:r>
              <w:rPr>
                <w:b/>
              </w:rPr>
              <w:t>Commentaires internes / n° avoir / n° échange</w:t>
            </w:r>
          </w:p>
        </w:tc>
      </w:tr>
      <w:tr>
        <w:tc>
          <w:tcPr>
            <w:tcW w:type="dxa" w:w="5270"/>
          </w:tcPr>
          <w:p>
            <w:r>
              <w:t>☐ Échange immédiat</w:t>
              <w:br/>
              <w:t>☐ Avoir</w:t>
              <w:br/>
              <w:t>☐ Remboursement</w:t>
              <w:br/>
              <w:t>☐ Réparation / SAV</w:t>
              <w:br/>
              <w:t>☐ Refus de retour (motiver ci-contre)</w:t>
            </w:r>
          </w:p>
        </w:tc>
        <w:tc>
          <w:tcPr>
            <w:tcW w:type="dxa" w:w="5270"/>
          </w:tcPr>
          <w:p>
            <w:r>
              <w:t>____________________________________________</w:t>
              <w:br/>
              <w:t>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Montant de l’avoir / remboursement : ________ €</w:t>
            </w:r>
          </w:p>
        </w:tc>
        <w:tc>
          <w:tcPr>
            <w:tcW w:type="dxa" w:w="5270"/>
          </w:tcPr>
          <w:p>
            <w:r>
              <w:t>Modalité : ☐ Espèces ☐ CB ☐ Virement ☐ Autre : ______</w:t>
            </w:r>
          </w:p>
        </w:tc>
      </w:tr>
    </w:tbl>
    <w:p/>
    <w:p>
      <w:r>
        <w:rPr>
          <w:b/>
        </w:rPr>
        <w:t>7. Signatures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DDEBF7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3513"/>
            <w:shd w:val="clear" w:color="auto" w:fill="DDEBF7"/>
          </w:tcPr>
          <w:p>
            <w:r>
              <w:rPr>
                <w:b/>
              </w:rPr>
              <w:t>Magasin / Fournisseur</w:t>
            </w:r>
          </w:p>
        </w:tc>
        <w:tc>
          <w:tcPr>
            <w:tcW w:type="dxa" w:w="3513"/>
            <w:shd w:val="clear" w:color="auto" w:fill="DDEBF7"/>
          </w:tcPr>
          <w:p>
            <w:r>
              <w:rPr>
                <w:b/>
              </w:rPr>
              <w:t>Responsable SAV (si applicable)</w:t>
            </w:r>
          </w:p>
        </w:tc>
      </w:tr>
      <w:tr>
        <w:tc>
          <w:tcPr>
            <w:tcW w:type="dxa" w:w="3513"/>
          </w:tcPr>
          <w:p>
            <w:r>
              <w:t>Nom : __________________________</w:t>
              <w:br/>
              <w:t>Date : ___ / ___ / ______</w:t>
              <w:br/>
              <w:t>Signature : __________________</w:t>
            </w:r>
          </w:p>
        </w:tc>
        <w:tc>
          <w:tcPr>
            <w:tcW w:type="dxa" w:w="3513"/>
          </w:tcPr>
          <w:p>
            <w:r>
              <w:t>Nom : __________________________</w:t>
              <w:br/>
              <w:t>Date : ___ / ___ / ______</w:t>
              <w:br/>
              <w:t>Signature : __________________</w:t>
            </w:r>
          </w:p>
        </w:tc>
        <w:tc>
          <w:tcPr>
            <w:tcW w:type="dxa" w:w="3513"/>
          </w:tcPr>
          <w:p>
            <w:r>
              <w:t>Nom : __________________________</w:t>
              <w:br/>
              <w:t>Date : ___ / ___ / ______</w:t>
              <w:br/>
              <w:t>Signature : __________________</w:t>
            </w:r>
          </w:p>
        </w:tc>
      </w:tr>
    </w:tbl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