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sz w:val="28"/>
        </w:rPr>
        <w:t>BILLET À ORDRE – FORMULAIRE SIMPLIFIÉ</w:t>
      </w:r>
    </w:p>
    <w:p/>
    <w:p>
      <w:r>
        <w:t>À compléter lisiblement en toutes lettres. Ce modèle est destiné à un usage interne entre particuliers ou entreprises et ne remplace pas, le cas échéant, un conseil juridique adapté.</w:t>
      </w:r>
    </w:p>
    <w:p>
      <w:r>
        <w:rPr>
          <w:b/>
        </w:rPr>
        <w:t>A. Données principales</w:t>
      </w:r>
    </w:p>
    <w:p>
      <w:pPr>
        <w:pStyle w:val="ListBullet"/>
      </w:pPr>
      <w:r>
        <w:t>Lieu de création du billet : [VILLE]</w:t>
      </w:r>
    </w:p>
    <w:p>
      <w:pPr>
        <w:pStyle w:val="ListBullet"/>
      </w:pPr>
      <w:r>
        <w:t>Date de création : [JJ/MM/AAAA]</w:t>
      </w:r>
    </w:p>
    <w:p>
      <w:pPr>
        <w:pStyle w:val="ListBullet"/>
      </w:pPr>
      <w:r>
        <w:t>Montant du billet (en chiffres) : [MONTANT]</w:t>
      </w:r>
    </w:p>
    <w:p>
      <w:pPr>
        <w:pStyle w:val="ListBullet"/>
      </w:pPr>
      <w:r>
        <w:t>Montant du billet (en lettres) : [MONTANT EN LETTRES]</w:t>
      </w:r>
    </w:p>
    <w:p>
      <w:pPr>
        <w:pStyle w:val="ListBullet"/>
      </w:pPr>
      <w:r>
        <w:t>Taux d’intérêt annuel : [%]</w:t>
      </w:r>
    </w:p>
    <w:p>
      <w:pPr>
        <w:pStyle w:val="ListBullet"/>
      </w:pPr>
      <w:r>
        <w:t>Date d’échéance finale : [JJ/MM/AAAA]</w:t>
      </w:r>
    </w:p>
    <w:p>
      <w:r>
        <w:rPr>
          <w:b/>
        </w:rPr>
        <w:t>B. Identité des parties</w:t>
      </w:r>
    </w:p>
    <w:p>
      <w:r>
        <w:t>Je soussigné(e),</w:t>
      </w:r>
    </w:p>
    <w:p>
      <w:r>
        <w:t>[NOM / RAISON SOCIALE DE L’EMPRUNTEUR]</w:t>
      </w:r>
    </w:p>
    <w:p>
      <w:r>
        <w:t>[ADRESSE COMPLÈTE DE L’EMPRUNTEUR]</w:t>
      </w:r>
    </w:p>
    <w:p>
      <w:r>
        <w:t>[NUMÉRO D’IDENTIFICATION / SIREN OU AUTRE]</w:t>
      </w:r>
    </w:p>
    <w:p>
      <w:r>
        <w:t>reconnais devoir à :</w:t>
      </w:r>
    </w:p>
    <w:p>
      <w:r>
        <w:t>[NOM / RAISON SOCIALE DU PRÊTEUR]</w:t>
      </w:r>
    </w:p>
    <w:p>
      <w:r>
        <w:t>[ADRESSE COMPLÈTE DU PRÊTEUR]</w:t>
      </w:r>
    </w:p>
    <w:p>
      <w:r>
        <w:rPr>
          <w:b/>
        </w:rPr>
        <w:t>C. Engagement de paiement</w:t>
      </w:r>
    </w:p>
    <w:p>
      <w:r>
        <w:t>Je m’engage irrévocablement à payer à l’ordre du Prêteur le montant indiqué ci-dessus, à la date d’échéance convenue, augmenté, le cas échéant, des intérêts calculés au taux précisé. Les paiements partiels réalisés avant l’échéance seront imputés d’abord sur les intérêts, puis sur le principal.</w:t>
      </w:r>
    </w:p>
    <w:p>
      <w:r>
        <w:rPr>
          <w:b/>
        </w:rPr>
        <w:t>D. Retard et défaut de paiement</w:t>
      </w:r>
    </w:p>
    <w:p>
      <w:r>
        <w:t>Tout retard de paiement supérieur à [NOMBRE] jours ouvrés à compter de la date d’échéance entraînera de plein droit l’application d’intérêts de retard au taux de [%] par an, sans préjudice de la faculté pour le Prêteur d’exiger l’exigibilité immédiate du solde restant dû.</w:t>
      </w:r>
    </w:p>
    <w:p>
      <w:r>
        <w:rPr>
          <w:b/>
        </w:rPr>
        <w:t>E. Signature de l’emprunteur</w:t>
      </w:r>
    </w:p>
    <w:p>
      <w:r>
        <w:t>Fait à [VILLE], le [DATE].</w:t>
      </w:r>
    </w:p>
    <w:p>
      <w:r>
        <w:t>Signature de l’Emprunteur, précédée de la mention manuscrite « Bon pour billet à ordre de [MONTANT EN LETTRES] » :</w:t>
      </w:r>
    </w:p>
    <w:sectPr w:rsidR="00FC693F" w:rsidRPr="0006063C" w:rsidSect="00034616">
      <w:footerReference w:type="default" r:id="rId9"/>
      <w:pgSz w:w="12240" w:h="15840"/>
      <w:pgMar w:top="1008" w:right="1008" w:bottom="1008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Billet à ordre – Modèle 3 (formulaire simplifié)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