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70C0"/>
          <w:sz w:val="44"/>
        </w:rPr>
        <w:t>L’ATTRIBUT DU SUJET, C’EST QUOI ?</w:t>
      </w:r>
    </w:p>
    <w:p>
      <w:r>
        <w:t xml:space="preserve">🔍 </w:t>
      </w:r>
      <w:r>
        <w:rPr>
          <w:b/>
        </w:rPr>
        <w:t xml:space="preserve">L’attribut du sujet </w:t>
      </w:r>
      <w:r>
        <w:rPr>
          <w:b w:val="0"/>
        </w:rPr>
        <w:t xml:space="preserve">donne une </w:t>
      </w:r>
      <w:r>
        <w:rPr>
          <w:b/>
        </w:rPr>
        <w:t>information sur le sujet</w:t>
      </w:r>
      <w:r>
        <w:t>.</w:t>
      </w:r>
    </w:p>
    <w:p/>
    <w:p>
      <w:r>
        <w:t>Il dit :</w:t>
      </w:r>
    </w:p>
    <w:p>
      <w:r>
        <w:t>– qui est le sujet</w:t>
      </w:r>
    </w:p>
    <w:p>
      <w:r>
        <w:t>– comment il est</w:t>
      </w:r>
    </w:p>
    <w:p>
      <w:r>
        <w:t>– dans quel état il se trouve</w:t>
      </w:r>
    </w:p>
    <w:p/>
    <w:p>
      <w:r>
        <w:t xml:space="preserve">✅ Il vient </w:t>
      </w:r>
      <w:r>
        <w:rPr>
          <w:b/>
        </w:rPr>
        <w:t>après un verbe d’état</w:t>
      </w:r>
      <w:r>
        <w:t xml:space="preserve"> :</w:t>
      </w:r>
    </w:p>
    <w:p>
      <w:r>
        <w:t>être, sembler, paraître, devenir, rester, demeurer, avoir l’air, passer pour…</w:t>
      </w:r>
    </w:p>
    <w:p/>
    <w:p>
      <w:r>
        <w:t>🧩 Exemples :</w:t>
      </w:r>
    </w:p>
    <w:p>
      <w:r>
        <w:t>– Le ciel est gris. → « gris » = attribut du sujet « le ciel ».</w:t>
      </w:r>
    </w:p>
    <w:p>
      <w:r>
        <w:t>– Ma sœur devient médecin. → « médecin » = attribut du sujet « ma sœur ».</w:t>
      </w:r>
    </w:p>
    <w:p>
      <w:r>
        <w:br w:type="page"/>
      </w:r>
    </w:p>
    <w:p>
      <w:pPr>
        <w:jc w:val="center"/>
      </w:pPr>
      <w:r>
        <w:rPr>
          <w:b/>
          <w:color w:val="00B050"/>
          <w:sz w:val="44"/>
        </w:rPr>
        <w:t>LES VERBES D’ÉTAT</w:t>
      </w:r>
    </w:p>
    <w:p>
      <w:r>
        <w:t>✨ Après un verbe d’état, on peut trouver un attribut du sujet.</w:t>
      </w:r>
    </w:p>
    <w:p/>
    <w:p>
      <w:r>
        <w:t>🌈 Les verbes d’état les plus utilisés en CM2 :</w:t>
      </w:r>
    </w:p>
    <w:p>
      <w:r>
        <w:t>• être</w:t>
      </w:r>
    </w:p>
    <w:p>
      <w:r>
        <w:t>• sembler</w:t>
      </w:r>
    </w:p>
    <w:p>
      <w:r>
        <w:t>• paraître</w:t>
      </w:r>
    </w:p>
    <w:p>
      <w:r>
        <w:t>• devenir</w:t>
      </w:r>
    </w:p>
    <w:p>
      <w:r>
        <w:t>• rester</w:t>
      </w:r>
    </w:p>
    <w:p>
      <w:r>
        <w:t>• demeurer</w:t>
      </w:r>
    </w:p>
    <w:p>
      <w:r>
        <w:t>• avoir l’air</w:t>
      </w:r>
    </w:p>
    <w:p>
      <w:r>
        <w:t>• passer pour</w:t>
      </w:r>
    </w:p>
    <w:p/>
    <w:p>
      <w:r>
        <w:t>🧠 Astuce :</w:t>
      </w:r>
    </w:p>
    <w:p>
      <w:r>
        <w:t>« Quand je vois un verbe d’état, je cherche l’attribut du sujet ! »</w:t>
      </w:r>
    </w:p>
    <w:p>
      <w:r>
        <w:br w:type="page"/>
      </w:r>
    </w:p>
    <w:p>
      <w:pPr>
        <w:jc w:val="center"/>
      </w:pPr>
      <w:r>
        <w:rPr>
          <w:b/>
          <w:color w:val="ED7D31"/>
          <w:sz w:val="44"/>
        </w:rPr>
        <w:t>TROUVER L’ATTRIBUT DU SUJET EN 3 ÉTAPES</w:t>
      </w:r>
    </w:p>
    <w:p>
      <w:r>
        <w:t xml:space="preserve">✅ </w:t>
      </w:r>
      <w:r>
        <w:rPr>
          <w:b/>
        </w:rPr>
        <w:t>1. Je repère le verbe</w:t>
      </w:r>
    </w:p>
    <w:p>
      <w:r>
        <w:t>Je souligne le verbe de la phrase.</w:t>
      </w:r>
    </w:p>
    <w:p/>
    <w:p>
      <w:r>
        <w:t xml:space="preserve">✅ </w:t>
      </w:r>
      <w:r>
        <w:rPr>
          <w:b/>
        </w:rPr>
        <w:t>2. Je regarde s’il s’agit d’un verbe d’état</w:t>
      </w:r>
    </w:p>
    <w:p>
      <w:r>
        <w:t>Est-ce que c’est : être, sembler, paraître, devenir, rester, demeurer, avoir l’air, passer pour ?</w:t>
      </w:r>
    </w:p>
    <w:p/>
    <w:p>
      <w:r>
        <w:t xml:space="preserve">✅ </w:t>
      </w:r>
      <w:r>
        <w:rPr>
          <w:b/>
        </w:rPr>
        <w:t>3. Je cherche le groupe qui parle du sujet</w:t>
      </w:r>
    </w:p>
    <w:p>
      <w:r>
        <w:t>Je pose la question :</w:t>
      </w:r>
    </w:p>
    <w:p>
      <w:r>
        <w:t>– Comment est le sujet ?</w:t>
      </w:r>
    </w:p>
    <w:p>
      <w:r>
        <w:t>– Qui est le sujet ?</w:t>
      </w:r>
    </w:p>
    <w:p>
      <w:r>
        <w:t>– Que devient-il ?</w:t>
      </w:r>
    </w:p>
    <w:p/>
    <w:p>
      <w:r>
        <w:rPr>
          <w:b/>
        </w:rPr>
        <w:t>👉 La réponse est l’attribut du sujet.</w:t>
      </w:r>
    </w:p>
    <w:p/>
    <w:p>
      <w:r>
        <w:rPr>
          <w:b/>
        </w:rPr>
        <w:t>« L’attribut du sujet donne une information sur le sujet après un verbe d’état. »</w:t>
      </w:r>
    </w:p>
    <w:p>
      <w:r>
        <w:br w:type="page"/>
      </w:r>
    </w:p>
    <w:p>
      <w:pPr>
        <w:jc w:val="center"/>
      </w:pPr>
      <w:r>
        <w:rPr>
          <w:b/>
          <w:color w:val="7030A0"/>
          <w:sz w:val="44"/>
        </w:rPr>
        <w:t>L’ACCORD DE L’ATTRIBUT DU SUJET</w:t>
      </w:r>
    </w:p>
    <w:p>
      <w:r>
        <w:t>🎯 Règle :</w:t>
      </w:r>
    </w:p>
    <w:p>
      <w:r>
        <w:t xml:space="preserve">L’attribut du sujet </w:t>
      </w:r>
      <w:r>
        <w:rPr>
          <w:b/>
        </w:rPr>
        <w:t>s’accorde</w:t>
      </w:r>
      <w:r>
        <w:t xml:space="preserve"> en genre (masculin / féminin) et en nombre (singulier / pluriel) avec le sujet.</w:t>
      </w:r>
    </w:p>
    <w:p/>
    <w:p>
      <w:r>
        <w:t>🧩 Exemples :</w:t>
      </w:r>
    </w:p>
    <w:p>
      <w:r>
        <w:t>– La fleur est belle. → « fleur » (fém. sing.) → « belle » (fém. sing.)</w:t>
      </w:r>
    </w:p>
    <w:p>
      <w:r>
        <w:t>– Les fleurs sont belles. → « fleurs » (fém. plur.) → « belles » (fém. plur.)</w:t>
      </w:r>
    </w:p>
    <w:p>
      <w:r>
        <w:t>– Mon grand-père est fatigué. → « grand-père » (masc. sing.) → « fatigué » (masc. sing.)</w:t>
      </w:r>
    </w:p>
    <w:p>
      <w:r>
        <w:t>– Mes grands-parents sont fatigués. → « grands-parents » (masc. plur.) → « fatigués » (masc. plur.)</w:t>
      </w:r>
    </w:p>
    <w:p/>
    <w:p>
      <w:r>
        <w:t>🧠 Astuce élève :</w:t>
      </w:r>
    </w:p>
    <w:p>
      <w:r>
        <w:t>Je regarde le sujet → j’accorde l’attribut comme lui.</w:t>
      </w:r>
    </w:p>
    <w:p>
      <w:r>
        <w:br w:type="page"/>
      </w:r>
    </w:p>
    <w:p>
      <w:pPr>
        <w:jc w:val="center"/>
      </w:pPr>
      <w:r>
        <w:rPr>
          <w:b/>
          <w:color w:val="C00000"/>
          <w:sz w:val="44"/>
        </w:rPr>
        <w:t>COD OU ATTRIBUT DU SUJET ?</w:t>
      </w:r>
    </w:p>
    <w:p>
      <w:r>
        <w:t>🟧 COD</w:t>
      </w:r>
    </w:p>
    <w:p>
      <w:r>
        <w:t>– Répond à : « qui ? » / « quoi ? » après un verbe d’action.</w:t>
      </w:r>
    </w:p>
    <w:p>
      <w:r>
        <w:t>– Exemples :</w:t>
      </w:r>
    </w:p>
    <w:p>
      <w:r>
        <w:t xml:space="preserve">  • Je mange une pomme. → « une pomme » = COD</w:t>
      </w:r>
    </w:p>
    <w:p>
      <w:r>
        <w:t xml:space="preserve">  • Il regarde le film. → « le film » = COD</w:t>
      </w:r>
    </w:p>
    <w:p/>
    <w:p>
      <w:r>
        <w:t>🟩 Attribut du sujet</w:t>
      </w:r>
    </w:p>
    <w:p>
      <w:r>
        <w:t>– Donne une information sur le sujet après un verbe d’état.</w:t>
      </w:r>
    </w:p>
    <w:p>
      <w:r>
        <w:t>– Exemples :</w:t>
      </w:r>
    </w:p>
    <w:p>
      <w:r>
        <w:t xml:space="preserve">  • Cette pomme est délicieuse. → « délicieuse » = attribut du sujet</w:t>
      </w:r>
    </w:p>
    <w:p>
      <w:r>
        <w:t xml:space="preserve">  • Le film est long. → « long » = attribut du sujet</w:t>
      </w:r>
    </w:p>
    <w:p/>
    <w:p>
      <w:r>
        <w:t>🧠 Astuce :</w:t>
      </w:r>
    </w:p>
    <w:p>
      <w:r>
        <w:t>Si je peux dire « le sujet = … », c’est souvent un attribut du sujet.</w:t>
      </w:r>
    </w:p>
    <w:p>
      <w:r>
        <w:t>Ex. : La pomme est délicieuse → « La pomme = délicieuse. »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