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52"/>
        </w:rPr>
        <w:t>AFFICHE – Les verbes en -YER</w:t>
      </w:r>
    </w:p>
    <w:p>
      <w:pPr>
        <w:jc w:val="center"/>
      </w:pPr>
      <w:r>
        <w:rPr>
          <w:b/>
          <w:sz w:val="32"/>
        </w:rPr>
        <w:t>Je transforme le Y en I devant un E muet !</w:t>
      </w:r>
    </w:p>
    <w:p>
      <w:r>
        <w:rPr>
          <w:b/>
          <w:sz w:val="32"/>
        </w:rPr>
        <w:t>1. Je retiens la règle</w:t>
      </w:r>
    </w:p>
    <w:p>
      <w:r>
        <w:rPr>
          <w:b w:val="0"/>
          <w:i w:val="0"/>
          <w:sz w:val="24"/>
        </w:rPr>
        <w:t>✅ Les verbes en -YER transforment souvent le y en i devant un e muet :</w:t>
      </w:r>
    </w:p>
    <w:p>
      <w:r>
        <w:rPr>
          <w:b w:val="0"/>
          <w:i w:val="0"/>
          <w:sz w:val="24"/>
        </w:rPr>
        <w:t xml:space="preserve">   • j’essaie, tu essaies, il essaie</w:t>
      </w:r>
    </w:p>
    <w:p>
      <w:r>
        <w:rPr>
          <w:b w:val="0"/>
          <w:i w:val="0"/>
          <w:sz w:val="24"/>
        </w:rPr>
        <w:t xml:space="preserve">   • je balaie / balaye, tu balaies / balayes</w:t>
      </w:r>
    </w:p>
    <w:p>
      <w:r>
        <w:rPr>
          <w:b w:val="0"/>
          <w:i w:val="0"/>
          <w:sz w:val="24"/>
        </w:rPr>
        <w:t xml:space="preserve">   • j’essuie, tu essuies, il essuie</w:t>
      </w:r>
    </w:p>
    <w:p>
      <w:r>
        <w:rPr>
          <w:b w:val="0"/>
          <w:i w:val="0"/>
          <w:sz w:val="24"/>
        </w:rPr>
      </w:r>
    </w:p>
    <w:p>
      <w:r>
        <w:rPr>
          <w:b w:val="0"/>
          <w:i w:val="0"/>
          <w:sz w:val="24"/>
        </w:rPr>
        <w:t>🟡 Mais le y reste y devant un son bien entendu (é, è, er…) :</w:t>
      </w:r>
    </w:p>
    <w:p>
      <w:r>
        <w:rPr>
          <w:b w:val="0"/>
          <w:i w:val="0"/>
          <w:sz w:val="24"/>
        </w:rPr>
        <w:t xml:space="preserve">   • nous essayons, vous essayez</w:t>
      </w:r>
    </w:p>
    <w:p>
      <w:r>
        <w:rPr>
          <w:b w:val="0"/>
          <w:i w:val="0"/>
          <w:sz w:val="24"/>
        </w:rPr>
        <w:t xml:space="preserve">   • nous balayons, vous balayez</w:t>
      </w:r>
    </w:p>
    <w:p>
      <w:r>
        <w:rPr>
          <w:b w:val="0"/>
          <w:i w:val="0"/>
          <w:sz w:val="24"/>
        </w:rPr>
        <w:t xml:space="preserve">   • nous essuyons, vous essuyez</w:t>
      </w:r>
    </w:p>
    <w:p>
      <w:r>
        <w:rPr>
          <w:b/>
          <w:sz w:val="32"/>
        </w:rPr>
        <w:t>2. Verbes modèles au présent de l’indicatif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ESSUYER</w:t>
            </w:r>
          </w:p>
        </w:tc>
        <w:tc>
          <w:tcPr>
            <w:tcW w:type="dxa" w:w="4320"/>
          </w:tcPr>
          <w:p>
            <w:r>
              <w:t>PAYER</w:t>
            </w:r>
          </w:p>
        </w:tc>
      </w:tr>
      <w:tr>
        <w:tc>
          <w:tcPr>
            <w:tcW w:type="dxa" w:w="4320"/>
          </w:tcPr>
          <w:p>
            <w:r>
              <w:t>j’essuie</w:t>
            </w:r>
          </w:p>
        </w:tc>
        <w:tc>
          <w:tcPr>
            <w:tcW w:type="dxa" w:w="4320"/>
          </w:tcPr>
          <w:p>
            <w:r>
              <w:t>je paie / paye</w:t>
            </w:r>
          </w:p>
        </w:tc>
      </w:tr>
      <w:tr>
        <w:tc>
          <w:tcPr>
            <w:tcW w:type="dxa" w:w="4320"/>
          </w:tcPr>
          <w:p>
            <w:r>
              <w:t>tu essuies</w:t>
            </w:r>
          </w:p>
        </w:tc>
        <w:tc>
          <w:tcPr>
            <w:tcW w:type="dxa" w:w="4320"/>
          </w:tcPr>
          <w:p>
            <w:r>
              <w:t>tu paies / payes</w:t>
            </w:r>
          </w:p>
        </w:tc>
      </w:tr>
      <w:tr>
        <w:tc>
          <w:tcPr>
            <w:tcW w:type="dxa" w:w="4320"/>
          </w:tcPr>
          <w:p>
            <w:r>
              <w:t>il/elle/on essuie</w:t>
            </w:r>
          </w:p>
        </w:tc>
        <w:tc>
          <w:tcPr>
            <w:tcW w:type="dxa" w:w="4320"/>
          </w:tcPr>
          <w:p>
            <w:r>
              <w:t>il/elle/on paie / paye</w:t>
            </w:r>
          </w:p>
        </w:tc>
      </w:tr>
      <w:tr>
        <w:tc>
          <w:tcPr>
            <w:tcW w:type="dxa" w:w="4320"/>
          </w:tcPr>
          <w:p>
            <w:r>
              <w:t>nous essuyons</w:t>
            </w:r>
          </w:p>
        </w:tc>
        <w:tc>
          <w:tcPr>
            <w:tcW w:type="dxa" w:w="4320"/>
          </w:tcPr>
          <w:p>
            <w:r>
              <w:t>nous payons</w:t>
            </w:r>
          </w:p>
        </w:tc>
      </w:tr>
      <w:tr>
        <w:tc>
          <w:tcPr>
            <w:tcW w:type="dxa" w:w="4320"/>
          </w:tcPr>
          <w:p>
            <w:r>
              <w:t>vous essuyez</w:t>
            </w:r>
          </w:p>
        </w:tc>
        <w:tc>
          <w:tcPr>
            <w:tcW w:type="dxa" w:w="4320"/>
          </w:tcPr>
          <w:p>
            <w:r>
              <w:t>vous payez</w:t>
            </w:r>
          </w:p>
        </w:tc>
      </w:tr>
      <w:tr>
        <w:tc>
          <w:tcPr>
            <w:tcW w:type="dxa" w:w="4320"/>
          </w:tcPr>
          <w:p>
            <w:r>
              <w:t>ils/elles essuient</w:t>
            </w:r>
          </w:p>
        </w:tc>
        <w:tc>
          <w:tcPr>
            <w:tcW w:type="dxa" w:w="4320"/>
          </w:tcPr>
          <w:p>
            <w:r>
              <w:t>ils/elles paient / payent</w:t>
            </w:r>
          </w:p>
        </w:tc>
      </w:tr>
    </w:tbl>
    <w:p>
      <w:r>
        <w:rPr>
          <w:b/>
          <w:sz w:val="32"/>
        </w:rPr>
        <w:t>3. Verbes fréquents en -YER</w:t>
      </w:r>
    </w:p>
    <w:p>
      <w:r>
        <w:rPr>
          <w:b w:val="0"/>
          <w:i w:val="0"/>
          <w:sz w:val="24"/>
        </w:rPr>
        <w:t>Retenir quelques verbes très utilisés :</w:t>
      </w:r>
    </w:p>
    <w:p>
      <w:r>
        <w:rPr>
          <w:b w:val="0"/>
          <w:i w:val="0"/>
          <w:sz w:val="24"/>
        </w:rPr>
        <w:t xml:space="preserve">   • payer, essayer, balayer, essuyer, appuyer, nettoyer, ennuyer</w:t>
      </w:r>
    </w:p>
    <w:p>
      <w:r>
        <w:rPr>
          <w:b/>
          <w:sz w:val="32"/>
        </w:rPr>
        <w:t>4. Je fais attention à…</w:t>
      </w:r>
    </w:p>
    <w:p>
      <w:r>
        <w:rPr>
          <w:b w:val="0"/>
          <w:i w:val="0"/>
          <w:sz w:val="24"/>
        </w:rPr>
        <w:t>⚠️ Les personnes NOUS et VOUS : le y reste :</w:t>
      </w:r>
    </w:p>
    <w:p>
      <w:r>
        <w:rPr>
          <w:b w:val="0"/>
          <w:i w:val="0"/>
          <w:sz w:val="24"/>
        </w:rPr>
        <w:t xml:space="preserve">   • nous essayons, vous essayez</w:t>
      </w:r>
    </w:p>
    <w:p>
      <w:r>
        <w:rPr>
          <w:b w:val="0"/>
          <w:i w:val="0"/>
          <w:sz w:val="24"/>
        </w:rPr>
        <w:t xml:space="preserve">   • nous payons, vous payez</w:t>
      </w:r>
    </w:p>
    <w:p>
      <w:r>
        <w:rPr>
          <w:b w:val="0"/>
          <w:i w:val="0"/>
          <w:sz w:val="24"/>
        </w:rPr>
      </w:r>
    </w:p>
    <w:p>
      <w:r>
        <w:rPr>
          <w:b w:val="0"/>
          <w:i w:val="0"/>
          <w:sz w:val="24"/>
        </w:rPr>
        <w:t>⚠️ À l’imparfait, on garde le y :</w:t>
      </w:r>
    </w:p>
    <w:p>
      <w:r>
        <w:t xml:space="preserve">   • j’essayais, nous essayions, vous essayiez</w:t>
      </w:r>
    </w:p>
    <w:p>
      <w:r>
        <w:t xml:space="preserve">   • je payais, nous payions, vous payiez</w:t>
      </w:r>
    </w:p>
    <w:p>
      <w:r>
        <w:rPr>
          <w:b/>
          <w:sz w:val="32"/>
        </w:rPr>
        <w:t>5. Mini-défi : je complète</w:t>
      </w:r>
    </w:p>
    <w:p>
      <w:r>
        <w:rPr>
          <w:b w:val="0"/>
          <w:i w:val="0"/>
          <w:sz w:val="24"/>
        </w:rPr>
        <w:t>Complète les verbes au présent de l’indicatif :</w:t>
      </w:r>
    </w:p>
    <w:p>
      <w:r>
        <w:rPr>
          <w:b w:val="0"/>
          <w:i w:val="0"/>
          <w:sz w:val="24"/>
        </w:rPr>
        <w:t>1. Je (essuyer) la table : je ______________________ la table.</w:t>
      </w:r>
    </w:p>
    <w:p>
      <w:r>
        <w:rPr>
          <w:b w:val="0"/>
          <w:i w:val="0"/>
          <w:sz w:val="24"/>
        </w:rPr>
        <w:t>2. Ils (payer) leurs courses : ils ______________________ leurs courses.</w:t>
      </w:r>
    </w:p>
    <w:p>
      <w:r>
        <w:rPr>
          <w:b w:val="0"/>
          <w:i w:val="0"/>
          <w:sz w:val="24"/>
        </w:rPr>
        <w:t>3. Nous (balayer) la cour : nous ______________________ la cour.</w:t>
      </w:r>
    </w:p>
    <w:p>
      <w:r>
        <w:rPr>
          <w:b w:val="0"/>
          <w:i w:val="0"/>
          <w:sz w:val="24"/>
        </w:rPr>
      </w:r>
    </w:p>
    <w:p>
      <w:r>
        <w:rPr>
          <w:b w:val="0"/>
          <w:i/>
          <w:sz w:val="24"/>
        </w:rPr>
        <w:t>Idée pour l’affiche : écrire les réponses au feutre une fois travaillées en classe.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